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8天云南经典跟团游：昆明、大理、香格里拉、丽江</w:t>
      </w:r>
    </w:p>
    <w:p>
      <w:pPr>
        <w:widowControl/>
      </w:pPr>
      <w:r>
        <w:t>线路编号：AOT-GT-023</w:t>
      </w:r>
    </w:p>
    <w:p>
      <w:pPr>
        <w:keepNext/>
        <w:widowControl/>
        <w:spacing w:before="240"/>
      </w:pPr>
      <w:r>
        <w:t>第1天 抵达昆明：接机与酒店入住</w:t>
      </w:r>
    </w:p>
    <w:p>
      <w:pPr>
        <w:widowControl/>
      </w:pPr>
      <w:r>
        <w:t>欢迎来到云南省省会昆明！抵达昆明后，我们的当地司机会在约定时间到机场接您和您的团队，并送您前往市中心的酒店。</w:t>
      </w:r>
    </w:p>
    <w:p>
      <w:pPr>
        <w:widowControl/>
      </w:pPr>
      <w:r>
        <w:t>昆明全年气候温和，被称为“春城”，是躲避严寒或酷暑的热门目的地。宜人的天气也让鲜花全年绽放，因此昆明又被称为“花城”。无论您想放松度假、感受当地文化，还是探索壮丽景观、品尝云南美食，昆明都能满足您的需求。</w:t>
      </w:r>
    </w:p>
    <w:p>
      <w:pPr>
        <w:widowControl/>
      </w:pPr>
      <w:r>
        <w:t>抵达昆明的方式：</w:t>
      </w:r>
    </w:p>
    <w:p>
      <w:pPr>
        <w:widowControl/>
      </w:pPr>
      <w:r>
        <w:t>乘飞机：昆明长水国际机场（KMG）有直飞国际航班，目的地包括万象（老挝）、曼谷/清迈/普吉岛（泰国）、河内/胡志明市（越南）、暹粒（柬埔寨）、加德满都（尼泊尔）、加尔各答（印度）、科伦坡（斯里兰卡）、东京（日本）、吉隆坡（马来西亚）和新加坡。也有直飞北京、上海、西安、成都和香港等中国主要城市的航班。</w:t>
      </w:r>
    </w:p>
    <w:p>
      <w:pPr>
        <w:widowControl/>
      </w:pPr>
      <w:r>
        <w:t>乘火车：昆明有昆明站和昆明南站，提供众多高铁连接。在云南省内，到大理需2.5小时、到丽江需4小时、到西双版纳需3.5小时。火车也将昆明与中国各地城市连接，如到贵阳2小时、到重庆4小时、到成都5.5小时、到广州7小时、到香港7.5小时、到北京11小时、到上海11小时。此外，中老铁路的昆明至万象火车大约需要10小时。（注意：如果您乘火车到昆明，请优先选择昆明站。如果您选择昆明南站，将产生额外费用。）</w:t>
      </w:r>
    </w:p>
    <w:p>
      <w:pPr>
        <w:widowControl/>
      </w:pPr>
      <w:r>
        <w:t>概述：抵达昆明后，我们的司机会在机场或火车站接您，并送您到酒店办理入住。</w:t>
      </w:r>
    </w:p>
    <w:p>
      <w:pPr>
        <w:widowControl/>
      </w:pPr>
      <w:r>
        <w:t>景点：今日自由探索</w:t>
      </w:r>
    </w:p>
    <w:p>
      <w:pPr>
        <w:widowControl/>
      </w:pPr>
      <w:r>
        <w:t>交通与活动：自行抵达昆明</w:t>
      </w:r>
    </w:p>
    <w:p>
      <w:pPr>
        <w:widowControl/>
      </w:pPr>
      <w:r>
        <w:t>住宿：舒适</w:t>
      </w:r>
    </w:p>
    <w:p>
      <w:pPr>
        <w:keepNext/>
        <w:widowControl/>
        <w:spacing w:before="240"/>
      </w:pPr>
      <w:r>
        <w:t>第2天 昆明之旅：石林、圆通寺、翠湖公园、云南米线</w:t>
      </w:r>
    </w:p>
    <w:p>
      <w:pPr>
        <w:widowControl/>
      </w:pPr>
      <w:r>
        <w:t>这一天，您所在的团队将前往石林，这是中国南方喀斯特世界遗产地，安排一次难忘的昆明游览。之后，返回昆明市中心进行经典的城市观光，包括圆通寺、翠湖公园，以及根据您的兴趣和时间安排的其他景点。</w:t>
      </w:r>
    </w:p>
    <w:p>
      <w:pPr>
        <w:widowControl/>
      </w:pPr>
      <w:r>
        <w:t>从参观石林开始新的一天（石林距昆明80公里，约1.5小时车程）。这是必看的自然奇观，曾经淹没在古代海洋之下。石林是中国的国家地质公园，展示了经过2.7亿年海洋沉积、地壳抬升、火山熔岩覆盖、侵蚀和夷平作用演化而成的非凡石林。在石林内，乘坐观光巴士探索大石林和小石林，欣赏独特的喀斯特地貌和地质历史痕迹。该景点还突出彝族文化，您可以了解阿诗玛的传说，并探索1986年电视剧《西游记》的拍摄地点。</w:t>
      </w:r>
    </w:p>
    <w:p>
      <w:pPr>
        <w:widowControl/>
      </w:pPr>
      <w:r>
        <w:t>之后，返回昆明参观圆通寺。这是市中心一处宁静的绿洲，拥有独特的水庭院布局和1200多年的历史。圆通寺是中国最古老的观音寺，具有罕见的“下山寺”设计，游客进入时是向下走而不是向上走。这座重要的佛教圣地融合了汉传、南传和藏传佛教传统，包括铜佛殿，这是一座东南亚风格的建筑，里面供奉着泰国佛教协会赠送的佛像。</w:t>
      </w:r>
    </w:p>
    <w:p>
      <w:pPr>
        <w:widowControl/>
      </w:pPr>
      <w:r>
        <w:t>随后，在翠湖公园散步，欣赏风景。翠湖公园距离圆通寺仅700米。这里曾是滇池的一个沼泽海湾，在明代成为城市湖泊，常被称为“城中之玉”。公园由堤岸分隔，让人联想到西湖的苏堤，拥有历史建筑、名人故居和纪念中国国歌作曲家聂耳的雕塑。翠湖深受当地人喜爱，适合散步、喂鱼、观赏来自西伯利亚的季节性迁徙的红嘴鸥，以及欣赏荷花、花灯和热闹的氛围。</w:t>
      </w:r>
    </w:p>
    <w:p>
      <w:pPr>
        <w:widowControl/>
      </w:pPr>
      <w:r>
        <w:t>亚洲奥德赛旅游安排的特色晚餐：</w:t>
      </w:r>
    </w:p>
    <w:p>
      <w:pPr>
        <w:widowControl/>
      </w:pPr>
      <w:r>
        <w:t>今晚，享受特别的款待：正宗的云南过桥米线，云南的标志性菜肴之一。这道传统菜肴以细米线配以浓郁的汤底和各种配料，让您真正品尝到云南的风味。在享用米线的同时，聆听它为什么被称为过桥米线的故事。</w:t>
      </w:r>
    </w:p>
    <w:p>
      <w:pPr>
        <w:widowControl/>
      </w:pPr>
      <w:r>
        <w:t>游览结束后，送您返回昆明的酒店。</w:t>
      </w:r>
    </w:p>
    <w:p>
      <w:pPr>
        <w:widowControl/>
      </w:pPr>
      <w:r>
        <w:t>概述：通过参观石林、圆通寺、翠湖公园和品尝正宗的云南米线，探索昆明的亮点。（含早餐+晚餐）</w:t>
      </w:r>
    </w:p>
    <w:p>
      <w:pPr>
        <w:widowControl/>
      </w:pPr>
      <w:r>
        <w:t>景点：3个标志性景点</w:t>
      </w:r>
    </w:p>
    <w:p>
      <w:pPr>
        <w:widowControl/>
      </w:pPr>
      <w:r>
        <w:t>交通与活动：车辆</w:t>
      </w:r>
    </w:p>
    <w:p>
      <w:pPr>
        <w:widowControl/>
      </w:pPr>
      <w:r>
        <w:t>用餐：早餐,晚餐</w:t>
      </w:r>
    </w:p>
    <w:p>
      <w:pPr>
        <w:widowControl/>
      </w:pPr>
      <w:r>
        <w:t>住宿：舒适</w:t>
      </w:r>
    </w:p>
    <w:p>
      <w:pPr>
        <w:keepNext/>
        <w:widowControl/>
        <w:spacing w:before="240"/>
      </w:pPr>
      <w:r>
        <w:t>第3天 昆明乘高铁至大理：崇圣寺三塔、洱海、大理古城自由活动</w:t>
      </w:r>
    </w:p>
    <w:p>
      <w:pPr>
        <w:widowControl/>
      </w:pPr>
      <w:r>
        <w:t>今天上午，您将乘坐高铁从昆明前往大理。抵达大理后，我们会在火车站接您。导游将带您和团队参观崇圣寺三塔，深入了解大理丰富的历史和佛教文化。</w:t>
      </w:r>
    </w:p>
    <w:p>
      <w:pPr>
        <w:widowControl/>
      </w:pPr>
      <w:r>
        <w:t>崇圣寺三塔景区以苍山为背景，俯瞰洱海，是大理的标志性景观。三塔由一座中央的千寻塔和两侧两座小塔组成，千寻塔高69米。据当地传说，建造三塔是为了震慑曾经栖息在大理沼泽地区的龙。您可以花些时间欣赏这些建筑的精美细节，正是这些工艺让它们历经数百年依然屹立。不要错过塔前风景如画的倒影池，这里能拍出令人惊叹的镜面倒影照片。</w:t>
      </w:r>
    </w:p>
    <w:p>
      <w:pPr>
        <w:widowControl/>
      </w:pPr>
      <w:r>
        <w:t>接下来，参观位于三塔后方的崇圣寺。它曾是南诏国和大理国的皇家寺庙，被誉为“佛教之都”，也是金庸小说《天龙八部》中的天龙寺。在参观寺庙时，您可以探索大雄宝殿等殿堂，感受宁静的氛围。从高处，您可以欣赏苍山和洱海的壮丽全景。</w:t>
      </w:r>
    </w:p>
    <w:p>
      <w:pPr>
        <w:widowControl/>
      </w:pPr>
      <w:r>
        <w:t>之后，乘坐电瓶车沿洱海西侧的生态廊道游览。洱海因其独特形状被称为“耳形海”，是中国第二大高原湖泊，也是大理白族自治州的核心景观。沿途，您将欣赏到广阔的蓝色湖泊被雄伟的苍山环绕的壮丽景色。您还会经过迷人的白族村庄、绿色的田野和鲜艳的花朵。</w:t>
      </w:r>
    </w:p>
    <w:p>
      <w:pPr>
        <w:widowControl/>
      </w:pPr>
      <w:r>
        <w:t>今天下午，您可自由探索迷人的大理古城。黄昏时分，古城热闹的夜市开始活跃起来。您可以在众多舒适的咖啡馆或酒吧中放松身心。大理古城最初建于600多年前的明朝，曾是南诏国和大理国的都城。漫步在人民路和洋人街等主要街道上，这些街道拥有保存完好的传统白族建筑、小巷、独特的工作坊、寺庙，甚至古色古香的学校和教堂。历史与文化的融合带来真正独特的体验。</w:t>
      </w:r>
    </w:p>
    <w:p>
      <w:pPr>
        <w:widowControl/>
      </w:pPr>
      <w:r>
        <w:t>游览结束后，返回大理的酒店。</w:t>
      </w:r>
    </w:p>
    <w:p>
      <w:pPr>
        <w:widowControl/>
      </w:pPr>
      <w:r>
        <w:t>概述：从昆明乘高铁前往大理，探索三塔、洱海、大理古城。（含早餐）</w:t>
      </w:r>
    </w:p>
    <w:p>
      <w:pPr>
        <w:widowControl/>
      </w:pPr>
      <w:r>
        <w:t>景点：3个景点</w:t>
      </w:r>
    </w:p>
    <w:p>
      <w:pPr>
        <w:widowControl/>
      </w:pPr>
      <w:r>
        <w:t>交通与活动：车辆</w:t>
      </w:r>
    </w:p>
    <w:p>
      <w:pPr>
        <w:widowControl/>
      </w:pPr>
      <w:r>
        <w:t>用餐：早餐</w:t>
      </w:r>
    </w:p>
    <w:p>
      <w:pPr>
        <w:widowControl/>
      </w:pPr>
      <w:r>
        <w:t>住宿：舒适</w:t>
      </w:r>
    </w:p>
    <w:p>
      <w:pPr>
        <w:keepNext/>
        <w:widowControl/>
        <w:spacing w:before="240"/>
      </w:pPr>
      <w:r>
        <w:t>第4天 大理至香格里拉：喜洲本地市场、喜洲古镇与周城扎染</w:t>
      </w:r>
    </w:p>
    <w:p>
      <w:pPr>
        <w:widowControl/>
      </w:pPr>
      <w:r>
        <w:t>早餐后，我们先去本地市场感受喜洲的热闹氛围。想真正了解一个地方，逛当地市场是最好的方式，在这里可以亲眼看到当地人的生活习惯，还有让人垂涎的饮食偏好。这个市场已经有一百多年的聚集历史，当地人在这里交易各种商品——从农场新鲜农产品、独特的手工艺品到诱人的当地小吃。云南被称为“动植物王国”，在这里鲜花和昆虫都会出现在当地菜肴里！如果看到不熟悉的蔬菜、水果和野生菌，不用惊讶。在市场里，别错过品尝当地特色，比如喜洲粑粑（一种带馅的煎饼，有咸味或甜味）和一杯现磨的云南咖啡。</w:t>
      </w:r>
    </w:p>
    <w:p>
      <w:pPr>
        <w:widowControl/>
      </w:pPr>
      <w:r>
        <w:t>逛完市场后，步行游览喜洲古镇。这里被誉为“白族第一镇”，因为拥有规模最大、保存最完好的白族传统民居建筑群。喜洲村很适合想要更真实、更宁静地体验白族生活和文化的人。在村中漫步时，参观一些古老的大院和白族民居，比如严家大院，您会注意到白族建筑最显著的特征，也就是“三房一照壁”和“四合院”。这些房屋有精美的细节，比如飞檐、雕花木门和彩绘墙壁，体现了白族美学的典型特征。不要错过“三道茶”仪式，这是到访白族文化中值得体验的一项习俗。这种茶道从苦到甜，再到回味，体现了“经历苦难、珍惜苦后的甘甜、回味人生经历留下的悠长余味”的哲理。另外，喜洲被广阔的麦田环绕，与白族民居的灰白色调形成鲜明对比。这种与自然的和谐共处，给人一种治愈、美好的感觉。美丽的风景，尤其在春季和秋季，吸引游客前来欣赏喜洲的魅力。</w:t>
      </w:r>
    </w:p>
    <w:p>
      <w:pPr>
        <w:widowControl/>
      </w:pPr>
      <w:r>
        <w:t>接下来，前往周城村，距离喜洲只有很短的车程。周城村常被称为“白族刺绣之乡”。这是一个白族村庄，以传统扎染艺术闻名，这种技艺代代相传并保存下来。白族扎染技艺已被列为国家级非物质文化遗产。可以探访村内展示精美白族刺绣的工坊。这些作品通常描绘传统图案，比如莲花、鱼和鸟，具有重要的文化象征意义。与当地工匠交流，他们中许多人从祖辈那里继承了手艺。如果幸运，您可能会看到白族刺绣和扎染技艺的现场演示。</w:t>
      </w:r>
    </w:p>
    <w:p>
      <w:pPr>
        <w:widowControl/>
      </w:pPr>
      <w:r>
        <w:t>今天下午，您的团队将被送往香格里拉（仅含司机），位于大理市西北部，约300公里，4小时车程。欢迎来到香格里拉！香格里拉位于云南省西北部的迪庆藏族自治州，原名中甸。这个迷人的地方被认为是地球上真正的香格里拉。受詹姆斯·希尔顿小说《消失的地平线》中描述的神话天堂启发，香格里拉名副其实。它隐藏在雄伟的群山之中，以笼罩在神秘和传说之中的风景向您招手，童话般的景色等待着您。</w:t>
      </w:r>
    </w:p>
    <w:p>
      <w:pPr>
        <w:widowControl/>
      </w:pPr>
      <w:r>
        <w:t>概述：在大理游览本地市场、喜洲古镇、周城扎染；大理行程结束后前往香格里拉。（含早餐）</w:t>
      </w:r>
    </w:p>
    <w:p>
      <w:pPr>
        <w:widowControl/>
      </w:pPr>
      <w:r>
        <w:t>景点：3个景点</w:t>
      </w:r>
    </w:p>
    <w:p>
      <w:pPr>
        <w:widowControl/>
      </w:pPr>
      <w:r>
        <w:t>交通与活动：车辆</w:t>
      </w:r>
    </w:p>
    <w:p>
      <w:pPr>
        <w:widowControl/>
      </w:pPr>
      <w:r>
        <w:t>用餐：早餐</w:t>
      </w:r>
    </w:p>
    <w:p>
      <w:pPr>
        <w:widowControl/>
      </w:pPr>
      <w:r>
        <w:t>住宿：舒适</w:t>
      </w:r>
    </w:p>
    <w:p>
      <w:pPr>
        <w:keepNext/>
        <w:widowControl/>
        <w:spacing w:before="240"/>
      </w:pPr>
      <w:r>
        <w:t>第5天 香格里拉之旅：普达措国家公园、松赞林寺、独克宗古城、藏民家访</w:t>
      </w:r>
    </w:p>
    <w:p>
      <w:pPr>
        <w:widowControl/>
      </w:pPr>
      <w:r>
        <w:t>今天上午，您将随团队乘车约40分钟前往普达措国家公园（又称Potatso National Park），这是中国第一个国家公园。公园位于广袤的青藏高原，是“三江并流”风景区的重要组成部分，以原始纯净的景观闻名。园内有风景优美的山丘、草甸、湖泊、多样的植物和丰富的鸟类，也是超过100种濒危动物的家园，包括豹、鹤、猕猴和猞猁。行程从乘坐观光车前往属都湖（海拔3,705米）开始，这是公园最大的湖泊，以清澈的湖水和宁静的美景著称。沿着维护良好的步道悠闲徒步，适合大多数体能水平的游客。之后乘坐观光车前往碧塔海（海拔3,568米）。碧塔海是群山环抱中的一颗明珠，被当地藏民视为圣地，碧绿的湖水和雪山的背景构成了一幅完美的画面。再沿湖边短途徒步，这条小径将带您深入公园腹地。</w:t>
      </w:r>
    </w:p>
    <w:p>
      <w:pPr>
        <w:widowControl/>
      </w:pPr>
      <w:r>
        <w:t>之后，当地导游将带您参观松赞林寺（又称Ganden Sumtsenling Monastery），这是一片规模宏大的建筑群，海拔3,380米。松赞林寺由五世达赖喇嘛于1679年创建，是云南省最大的藏传佛教寺院。受拉萨布达拉宫的启发，它常被称为“小布达拉宫”。寺院的建筑融合了藏族和汉族风格。目前，约有700名僧侣居住在200所附属房屋中。拾级而上，进入寺院的三大殿：扎仓大殿（中央最高的大殿）、吉康殿（供奉宗喀巴大师）和释迦牟尼殿（供奉释迦牟尼佛）。在这里，您将看到藏族僧侣诵经和冥想，感受寺院庄严的氛围。攀登之后，您将欣赏到整个寺院建筑群和美丽的拉姆央措湖的壮丽全景。</w:t>
      </w:r>
    </w:p>
    <w:p>
      <w:pPr>
        <w:widowControl/>
      </w:pPr>
      <w:r>
        <w:t>今天下午，您将随团队参观独克宗古城，拥有1300多年历史，是中国保存最好、最大的藏族民居群。它拥有茶马古道上最古老城堡的美誉。“独克宗”意为“建在石头上的月光城堡”，也被称为月光城。在这里，您将看到传统藏族房屋、古老寺庙、美丽佛塔和狭窄蜿蜒的小巷，到处装饰着各种颜色的藏族经幡。登上龟山，与当地人一起转动世界上最大的转经筒，祈求好运和幸福。从这个 vantage point，您可以拍摄整个城镇的壮丽全景。之后，漫步在独特的小巷中，感受丰富的藏族文化。</w:t>
      </w:r>
    </w:p>
    <w:p>
      <w:pPr>
        <w:widowControl/>
      </w:pPr>
      <w:r>
        <w:t>亚洲奥德赛旅游特别安排：</w:t>
      </w:r>
    </w:p>
    <w:p>
      <w:pPr>
        <w:widowControl/>
      </w:pPr>
      <w:r>
        <w:t>今晚，为了与当地藏民密切接触，我们将带您拜访一个藏族家庭，体验他们真实的日常生活，并在他们热情好客的家中品尝当地小吃和酥油茶。</w:t>
      </w:r>
    </w:p>
    <w:p>
      <w:pPr>
        <w:widowControl/>
      </w:pPr>
      <w:r>
        <w:t>游览结束后，送您返回香格里拉的酒店。</w:t>
      </w:r>
    </w:p>
    <w:p>
      <w:pPr>
        <w:widowControl/>
      </w:pPr>
      <w:r>
        <w:t>概述：在香格里拉享受全天，探索普达措国家公园、松赞林寺、独克宗古城；进行藏民家访。（含早餐）</w:t>
      </w:r>
    </w:p>
    <w:p>
      <w:pPr>
        <w:widowControl/>
      </w:pPr>
      <w:r>
        <w:t>景点：4个景点</w:t>
      </w:r>
    </w:p>
    <w:p>
      <w:pPr>
        <w:widowControl/>
      </w:pPr>
      <w:r>
        <w:t>交通与活动：乘车</w:t>
      </w:r>
    </w:p>
    <w:p>
      <w:pPr>
        <w:widowControl/>
      </w:pPr>
      <w:r>
        <w:t>用餐：早餐</w:t>
      </w:r>
    </w:p>
    <w:p>
      <w:pPr>
        <w:widowControl/>
      </w:pPr>
      <w:r>
        <w:t>住宿：舒适</w:t>
      </w:r>
    </w:p>
    <w:p>
      <w:pPr>
        <w:keepNext/>
        <w:widowControl/>
        <w:spacing w:before="240"/>
      </w:pPr>
      <w:r>
        <w:t>第6天 从香格里拉至丽江：虎跳峡、长江第一湾、丽江古城、黑龙潭公园</w:t>
      </w:r>
    </w:p>
    <w:p>
      <w:pPr>
        <w:widowControl/>
      </w:pPr>
      <w:r>
        <w:t>今天上午，团队将从香格里拉前往丽江，沿途有机会欣赏令人惊叹的自然景观。</w:t>
      </w:r>
    </w:p>
    <w:p>
      <w:pPr>
        <w:widowControl/>
      </w:pPr>
      <w:r>
        <w:t>行车途中，您将停留游览虎跳峡上段（上虎跳，海拔1800米）。相传，一只被猎人追赶的老虎被下方奔腾的金沙江（长江的一部分）逼入绝境，纵身跃过峡谷最窄处，此地因此得名。虎跳峡是世界上最深的峡谷之一，可欣赏到咆哮的金沙江及其水流的自然力量，景色令人震撼。玉龙雪山（5596米）与哈巴雪山（5386米）巍然耸立于两侧，您将沉浸在美丽而多样的景观之中。您将沿着栈道步行，其中既有上坡路段，也有下坡路段（可选：付费乘坐电梯以节省体力）。</w:t>
      </w:r>
    </w:p>
    <w:p>
      <w:pPr>
        <w:widowControl/>
      </w:pPr>
      <w:r>
        <w:t>随后，在长江第一湾停留，您将目睹这条壮阔的河流在仅1公里的距离内，从向南急转90度转向东流。登上观景台，可饱览长江全景。</w:t>
      </w:r>
    </w:p>
    <w:p>
      <w:pPr>
        <w:widowControl/>
      </w:pPr>
      <w:r>
        <w:t>之后，团队将继续前往丽江。抵达后，您将有一些时间游览丽江古城，又称大研古城。丽江古城拥有800多年历史，曾是著名的“茶马古道”上繁华的贸易中心。其迷宫般的布局包括石板街道、飞檐翘角的传统木屋、古桥以及错综复杂的水系网络。随后，前往较高处的观景点，欣赏古城的壮丽全景，雪山构成绝美背景。再步行一小段路前往四方街，这是古城最著名的广场，您可以在这里探寻纳西族手工艺品、纪念品、当地特产，感受热闹酒吧与街头音乐交织的活力氛围。</w:t>
      </w:r>
    </w:p>
    <w:p>
      <w:pPr>
        <w:widowControl/>
      </w:pPr>
      <w:r>
        <w:t>之后，参观黑龙潭公园，位于丽江古城北端。这一风景名胜可欣赏周边迷人景致，背景是雄伟的玉龙雪山。天气晴朗时，雪峰倒映在宁静的黑龙潭水面上，景色令人叹为观止。</w:t>
      </w:r>
    </w:p>
    <w:p>
      <w:pPr>
        <w:widowControl/>
      </w:pPr>
      <w:r>
        <w:t>夜宿丽江古城。</w:t>
      </w:r>
    </w:p>
    <w:p>
      <w:pPr>
        <w:widowControl/>
      </w:pPr>
      <w:r>
        <w:t>概述：前往丽江，沿途游览虎跳峡、长江第一湾；在丽江游览丽江古城、黑龙潭公园。（含早餐）</w:t>
      </w:r>
    </w:p>
    <w:p>
      <w:pPr>
        <w:widowControl/>
      </w:pPr>
      <w:r>
        <w:t>景点：4个景点</w:t>
      </w:r>
    </w:p>
    <w:p>
      <w:pPr>
        <w:widowControl/>
      </w:pPr>
      <w:r>
        <w:t>交通与活动：乘车</w:t>
      </w:r>
    </w:p>
    <w:p>
      <w:pPr>
        <w:widowControl/>
      </w:pPr>
      <w:r>
        <w:t>用餐：早餐</w:t>
      </w:r>
    </w:p>
    <w:p>
      <w:pPr>
        <w:widowControl/>
      </w:pPr>
      <w:r>
        <w:t>住宿：舒适</w:t>
      </w:r>
    </w:p>
    <w:p>
      <w:pPr>
        <w:keepNext/>
        <w:widowControl/>
        <w:spacing w:before="240"/>
      </w:pPr>
      <w:r>
        <w:t>第7天 丽江之旅：玉龙雪山（云杉坪）、蓝月谷、白沙壁画、束河古镇（可选）</w:t>
      </w:r>
    </w:p>
    <w:p>
      <w:pPr>
        <w:widowControl/>
      </w:pPr>
      <w:r>
        <w:t>早餐后，我们从丽江古城出发，前往玉龙雪山（由13座山峰组成）。它是联合国教科文组织世界遗产地，也是当地纳西族的重要神山，被视为他们神灵“三多”的化身。这座山因其外形酷似一条玉龙而得名，尤其是在冬季峰顶覆盖积雪时。</w:t>
      </w:r>
    </w:p>
    <w:p>
      <w:pPr>
        <w:widowControl/>
      </w:pPr>
      <w:r>
        <w:t>如何游览？我们选择了云杉坪路线，以获得轻松的体验。您将乘坐缆车到达海拔3240米的高度。从那里，您将沿着栈道步行，穿过云杉林，观赏山峰景色。（提示：这条路线是理想选择，因为它避免了体力消耗，不会产生高原反应。）</w:t>
      </w:r>
    </w:p>
    <w:p>
      <w:pPr>
        <w:widowControl/>
      </w:pPr>
      <w:r>
        <w:t>之后，乘坐观光巴士前往蓝月谷。山谷景色令人叹为观止，其几乎超现实的绿松石蓝色水域，背景中倒映着雄伟的玉龙雪山。这个山谷拥有四个湖泊和一个白水台。每个湖泊都呈现独特的景色，但最美丽的是玉液湖。欣赏蓝月谷壮丽景色的最佳时间是在阳光明媚的正午，此时湖水在灿烂的阳光下，变得如镜子般清澈湛蓝。您可以在这里拍摄许多精彩的照片。</w:t>
      </w:r>
    </w:p>
    <w:p>
      <w:pPr>
        <w:widowControl/>
      </w:pPr>
      <w:r>
        <w:t>玉龙雪山特色火锅体验：</w:t>
      </w:r>
    </w:p>
    <w:p>
      <w:pPr>
        <w:widowControl/>
      </w:pPr>
      <w:r>
        <w:t>亚洲奥德赛旅游特别安排您的团队在雪山之旅后享用丰盛的火锅。在宜人的环境中放松身心，一边与朋友品尝午餐，一边欣赏雪山美景。</w:t>
      </w:r>
    </w:p>
    <w:p>
      <w:pPr>
        <w:widowControl/>
      </w:pPr>
      <w:r>
        <w:t>离开玉龙雪山后，您将继续前往白沙村，这里是木氏土司的发祥地，也是纳西族的古都。作为联合国教科文组织世界遗产“丽江古城”的一部分，白沙村提供了了解纳西族丰富历史和文化的独特视角。在这里，您可以参观白沙壁画，展示了佛教、道教和当地纳西族宗教元素的独特融合，反映了该地区多元的精神信仰。这些壁画见于多个寺庙中，包括大宝积宫、琉璃殿和文昌宫。</w:t>
      </w:r>
    </w:p>
    <w:p>
      <w:pPr>
        <w:widowControl/>
      </w:pPr>
      <w:r>
        <w:t>然后，如果您的精力允许（可选），在返回丽江的路上，您可以在束河古镇停留。它是传奇茶马古道上的重要驿站。与熙熙攘攘的丽江古城不同，束河提供了一处宁静的避世之所，狭窄的鹅卵石街道两旁排列着出售当地手工艺品的迷人商店。运河流水的轻柔低语和舒适茶馆飘来的纳西美食香气营造出一种宁静的氛围，时间似乎在这里慢了下来。（注意：您可以品尝当地小吃，如鸡豆凉粉、烤乳扇、鲜花饼、云腿月饼和罐罐玫瑰牛奶。）</w:t>
      </w:r>
    </w:p>
    <w:p>
      <w:pPr>
        <w:widowControl/>
      </w:pPr>
      <w:r>
        <w:t>游览结束后，返回丽江。</w:t>
      </w:r>
    </w:p>
    <w:p>
      <w:pPr>
        <w:widowControl/>
      </w:pPr>
      <w:r>
        <w:t>概述：花一整天探索丽江和纳西族文化，涵盖玉龙雪山、蓝月谷、白沙壁画；并享用云南风味火锅午餐。（含早餐+午餐）</w:t>
      </w:r>
    </w:p>
    <w:p>
      <w:pPr>
        <w:widowControl/>
      </w:pPr>
      <w:r>
        <w:t>景点：4个景点</w:t>
      </w:r>
    </w:p>
    <w:p>
      <w:pPr>
        <w:widowControl/>
      </w:pPr>
      <w:r>
        <w:t>交通与活动：车辆</w:t>
      </w:r>
    </w:p>
    <w:p>
      <w:pPr>
        <w:widowControl/>
      </w:pPr>
      <w:r>
        <w:t>用餐：早餐,午餐</w:t>
      </w:r>
    </w:p>
    <w:p>
      <w:pPr>
        <w:widowControl/>
      </w:pPr>
      <w:r>
        <w:t>住宿：舒适</w:t>
      </w:r>
    </w:p>
    <w:p>
      <w:pPr>
        <w:keepNext/>
        <w:widowControl/>
        <w:spacing w:before="240"/>
      </w:pPr>
      <w:r>
        <w:t>第8天 丽江出发：退房及送机送站服务</w:t>
      </w:r>
    </w:p>
    <w:p>
      <w:pPr>
        <w:widowControl/>
      </w:pPr>
      <w:r>
        <w:t>这一天，您在丽江的8天云南跟团游就结束了。您可以在退房后自由活动一段时间，随后当地司机会在约定时间到酒店接您，送您前往丽江机场或火车站。</w:t>
      </w:r>
    </w:p>
    <w:p>
      <w:pPr>
        <w:widowControl/>
      </w:pPr>
      <w:r>
        <w:t>感谢您选择亚洲奥德赛旅游为您安排云南之旅。我们随时为您服务，也期待在您下次中国或亚洲之旅中再次相见。祝您旅途平安！</w:t>
      </w:r>
    </w:p>
    <w:p>
      <w:pPr>
        <w:widowControl/>
      </w:pPr>
      <w:r>
        <w:t>概述：您的云南之旅以酒店退房并送往丽江机场或火车站结束，以便您搭乘离境航班或火车。(B)</w:t>
      </w:r>
    </w:p>
    <w:p>
      <w:pPr>
        <w:widowControl/>
      </w:pPr>
      <w:r>
        <w:t>交通与活动：车辆</w:t>
      </w:r>
    </w:p>
    <w:p>
      <w:pPr>
        <w:widowControl/>
      </w:pPr>
      <w:r>
        <w:t>用餐：早餐</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8天云南经典跟团游：昆明、大理、香格里拉、丽江</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