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Yunnan Group Tour: Explore Yunnan's Best (Dali Shangri-La Lijiang)</w:t>
      </w:r>
    </w:p>
    <w:p>
      <w:pPr>
        <w:widowControl/>
      </w:pPr>
      <w:r>
        <w:t>Product code: AOT-GT-024</w:t>
      </w:r>
    </w:p>
    <w:p>
      <w:pPr>
        <w:keepNext/>
        <w:widowControl/>
        <w:spacing w:before="240"/>
      </w:pPr>
      <w:r>
        <w:t>Day 1 Dali, Yunnan Arrival | Pick-up and Hotel Check-in</w:t>
      </w:r>
    </w:p>
    <w:p>
      <w:pPr>
        <w:widowControl/>
      </w:pPr>
      <w:r>
        <w:t>Welcome to Dali in Yunnan, home to the Bai ethnic minority! Upon your arrival at Dali Airport, our local driver will meet you and your group at the appointed time, greet you, and escort you directly to the Dali Old Town area, where they will assist you with checking into your hotel.</w:t>
      </w:r>
    </w:p>
    <w:p>
      <w:pPr>
        <w:widowControl/>
      </w:pPr>
      <w:r>
        <w:t>Dali City (大理) is situated in western Yunnan, roughly 250 km (160 mi) northwest of Kunming, the provincial capital. Dali lies between the majestic Cangshan Mountains and the expansive Erhai Lake, providing stunning vistas and a variety of outdoor activities. The city is rich in history, once serving as the capital of the ancient Nanzhao and Dali kingdoms, and boasts many well-preserved historical sites like Dali Ancient Town and Three Pagodas, etc. Dali is home to the Bai ethnic minority, known for their rich traditions, vibrant festivals, and distinctive art. Beyond its physical and cultural allure, the slow, relaxed rhythm of Dali life invites visitors to unwind and enjoy a simpler, more peaceful way of living.</w:t>
      </w:r>
    </w:p>
    <w:p>
      <w:pPr>
        <w:widowControl/>
      </w:pPr>
      <w:r>
        <w:t>Arrival Ideas: Travelers can reach Dali by taking a flight or a train. Dali Fengyi Airport has direct flights connecting to major cities in China such as Beijing, Xi'an, Shanghai, Guangzhou, Chengdu, Chongqing, Hangzhou, Nanjing, Changsha, and Wuhan, among others. Travelers can take high-speed trains to Dali Station from Kunming (2 hours), Lijiang (1.5 hours), Chengdu (8 hours), Chongqing (7-7.5 hours), Guilin (10 hours), Guiyang (5 hours), Guangzhou (11 hours), and other cities.</w:t>
      </w:r>
    </w:p>
    <w:p>
      <w:pPr>
        <w:widowControl/>
      </w:pPr>
      <w:r>
        <w:t>Overview: Upon arrival in Dali, you'll be met by our driver at the airport/train station and transferred to your hotel for check-in.</w:t>
      </w:r>
    </w:p>
    <w:p>
      <w:pPr>
        <w:widowControl/>
      </w:pPr>
      <w:r>
        <w:t>Attractions: explore on your own</w:t>
      </w:r>
    </w:p>
    <w:p>
      <w:pPr>
        <w:widowControl/>
      </w:pPr>
      <w:r>
        <w:t>Transport and activities: Vehicle</w:t>
      </w:r>
    </w:p>
    <w:p>
      <w:pPr>
        <w:widowControl/>
      </w:pPr>
      <w:r>
        <w:t>Accommodation: Comfortable</w:t>
      </w:r>
    </w:p>
    <w:p>
      <w:pPr>
        <w:keepNext/>
        <w:widowControl/>
        <w:spacing w:before="240"/>
      </w:pPr>
      <w:r>
        <w:t>Day 2 Dali Half-day Tour | Three Pagodas of Chongsheng Temple, Erhai Lake, Dali Ancient Town</w:t>
      </w:r>
    </w:p>
    <w:p>
      <w:pPr>
        <w:widowControl/>
      </w:pPr>
      <w:r>
        <w:t>Free time in the morning. Then, our guide will take you and your group to visit the Three Pagodas of Chongsheng Temple, offering a deep dive into Dali's rich history and spiritual heritage.</w:t>
      </w:r>
    </w:p>
    <w:p>
      <w:pPr>
        <w:widowControl/>
      </w:pPr>
      <w:r>
        <w:t>The Three Pagodas of Chongsheng Temple (崇圣寺三塔景区), set against the stunning backdrop of the Cangshan Mountains and overlooking Erhai Lake, are an iconic symbol of Dali. These three pagodas consist of a central pagoda, Qianxun Pagoda, which stands at 69 meters, flanked by two smaller pagodas. According to local legend, the pagodas were constructed to deter dragons that once inhabited the swampy area of Dali. Take time to appreciate the intricate architectural details that have allowed these structures to withstand the centuries. Don't miss the picturesque reflection pond in front of the pagodas, offering stunning mirror images perfect for photos.</w:t>
      </w:r>
    </w:p>
    <w:p>
      <w:pPr>
        <w:widowControl/>
      </w:pPr>
      <w:r>
        <w:t>Next, visit Chongsheng Temple (崇圣寺), located just behind the pagodas. Once the royal temple of the Dali Kingdom of Nanzhao and nicknamed “the Capital of Buddhism,” it is also known as Tianlong Temple from Jin Yong's Demi-Gods and Semi-Devils. As you tour the temple grounds, explore worship halls such as the Mahavira Hall and enjoy the tranquil atmosphere. From higher points, you can take in sweeping panoramic views of the Cangshan Mountains and Erhai Lake.</w:t>
      </w:r>
    </w:p>
    <w:p>
      <w:pPr>
        <w:widowControl/>
      </w:pPr>
      <w:r>
        <w:t>After that, take an electric cart along the ecological corridor of the west side of Erhai Lake (洱海). Named "Ear-shaped Sea" due to its unique form, Erhai is the second-largest highland lake in China and a central feature of the Dali Bai Autonomous Prefecture. Along the way, you'll enjoy breathtaking views of the expansive blue lake framed by the majestic Cangshan Mountains. And, you'll pass through charming Bai villages, green fields, and vibrant flowers.</w:t>
      </w:r>
    </w:p>
    <w:p>
      <w:pPr>
        <w:widowControl/>
      </w:pPr>
      <w:r>
        <w:t>In this afternoon, explore the captivating Dali Ancient Town (大理古城) independently. At dusk, the town's lively night markets begin to stir. Relax at one of the many cozy coffee shops or bars. Originally established during the Ming Dynasty over 600 years ago, Dali Old Town once served as the capital of the Nanzhao and Dali Kingdoms. Stroll along main streets like Renmin Road and Foreigner Street, which feature well-preserved traditional Bai architecture, alleyways, unique workshops, temples, and even antique-flavored schools and churches. The blend of history and culture creates a truly unique experience.</w:t>
      </w:r>
    </w:p>
    <w:p>
      <w:pPr>
        <w:widowControl/>
      </w:pPr>
      <w:r>
        <w:t>After the tour, return to your hotel in Dali.</w:t>
      </w:r>
    </w:p>
    <w:p>
      <w:pPr>
        <w:widowControl/>
      </w:pPr>
      <w:r>
        <w:t>Overview: Free time in the morning. Spend your afternoon visiting Three Pagodas of Chongsheng Temple, Erhai Lake, Dali Ancient Town. (B)</w:t>
      </w:r>
    </w:p>
    <w:p>
      <w:pPr>
        <w:widowControl/>
      </w:pPr>
      <w:r>
        <w:t>Attractions: 3 sites</w:t>
      </w:r>
    </w:p>
    <w:p>
      <w:pPr>
        <w:widowControl/>
      </w:pPr>
      <w:r>
        <w:t>Transport and activities: Vehicle</w:t>
      </w:r>
    </w:p>
    <w:p>
      <w:pPr>
        <w:widowControl/>
      </w:pPr>
      <w:r>
        <w:t>Meals: Breakfast</w:t>
      </w:r>
    </w:p>
    <w:p>
      <w:pPr>
        <w:widowControl/>
      </w:pPr>
      <w:r>
        <w:t>Accommodation: Comfortable</w:t>
      </w:r>
    </w:p>
    <w:p>
      <w:pPr>
        <w:keepNext/>
        <w:widowControl/>
        <w:spacing w:before="240"/>
      </w:pPr>
      <w:r>
        <w:t>Day 3 Dali to Shangri-La | Xizhou Local Market, Xizhou Ancient Town, Zhoucheng Tie-dye</w:t>
      </w:r>
    </w:p>
    <w:p>
      <w:pPr>
        <w:widowControl/>
      </w:pPr>
      <w:r>
        <w:t>After breakfast, let's experience the lively atmosphere of Xizhou at the local market. There's no better way to get under the skin of a place than by exploring its local market, here you can witness firsthand the local customs and mouth-watering dietary habits. This market has been a gathering spot for over a century where locals trade a wide array of goods - from farm-fresh produce and unique handicrafts to tantalizing local snacks. Yunnan, fondly known as the "Kingdom of Flora and Fauna," is a place where flowers and insects find their way into the local cuisine! Don't be surprised if you come across unfamiliar vegetables, fruits, and wild mushrooms. While you're there, don't miss your chance to try local favorites like Xizhou baba (a tasty stuffed pancake, savory or sweet) and a cup of freshly brewed Yunnan coffee.</w:t>
      </w:r>
    </w:p>
    <w:p>
      <w:pPr>
        <w:widowControl/>
      </w:pPr>
      <w:r>
        <w:t>After exploring the market, take a walking tour of Xizhou Ancient Town (喜洲古镇), acclaimed as the "Premier Town of the Bai people" due to its exceptionally the largest and best-preserved cluster of Bai ethnic group's traditional dwellings. Xizhou Village is ideal for those seeking a more authentic and tranquil cultural experience of Bai life and traditions. As you wander through the village, visit some of the old mansions and Bai residences like Yan Family Compound (严家大院), you'll notice the most distinctive features of Bai architecture known as "Three-Room and One-Screen Wall (三房一照壁)" and "Siheyuan/Courtyard (四合院)”. These homes are adorned with exquisite details such as flying eaves, ornately carved wooden doors and beautifully painted walls typical of Bai aesthetics. Don't miss the "Three Courses of Tea" ceremony (三道茶), a Bai cultural practice you must experience. This tea ceremony, which transitions from bitter to sweet to an aftertaste, encapsulates the philosophy of "embraces hardship, values the sweetness that follows struggles, and reflects on the profound aftertastes that life experiences leave behind". In addition, Xizhou is surrounded by vast wheat fields, creating a striking contrast against the grey-and-white tones of the Bai minority dwellings. This harmonious coexistence with nature provides a healing, wonderful feeling. The beautiful scenery, especially in spring and autumn, draws tourists to appreciate Xizhou's charms.</w:t>
      </w:r>
    </w:p>
    <w:p>
      <w:pPr>
        <w:widowControl/>
      </w:pPr>
      <w:r>
        <w:t>Next, make your way to Zhoucheng Village, which is just a short drive from Xizhou. Zhoucheng Village (周城), is often referred to as the “Hometown of Bai Embroidery ”. It is Bai people village, famous for its traditional tie-dye art (扎染), which has been preserved and passed down through generations. The Bai tie-dye technique has been listed as a National Intangible Cultural Heritage. Explore workshops within the village that showcase exquisite Bai embroidery. These pieces often depict traditional motifs such as lotus flowers, fish, and birds, which carry significant cultural symbolism. Engage with the local craftsmen and women, many of whom have inherited their skills from generations. If you're lucky, you may witness live demonstrations of Bai embroidery and tie-dye techniques.</w:t>
      </w:r>
    </w:p>
    <w:p>
      <w:pPr>
        <w:widowControl/>
      </w:pPr>
      <w:r>
        <w:t>In this afternoon, your group will be transferred to Shangri-La (only with the driver), located in the northwest of Dali city, about 300km, 4-hours' drive. Welcome to Shangri-La (香格里拉)! Nestled in the northwestern part of Yunnan Province in Diqing Tibetan Autonomous Prefecture, Shangri-La was formerly known as Zhongdian. This charming paradise is considered the real Shangri-La on earth. Inspired by the mythical paradise described in James Hilton's novel "Lost Horizon", Shangri-La lives up to its name. Hidden among majestic mountains, it beckons you with a landscape shrouded in mystery and legend, a place where fairytale scenery awaits.</w:t>
      </w:r>
    </w:p>
    <w:p>
      <w:pPr>
        <w:widowControl/>
      </w:pPr>
      <w:r>
        <w:t>Overview: Explore local market, Xizhou Ancient Town, Zhoucheng Tie-dye in Dali; head to Shangri-La after Dali trip. (B)</w:t>
      </w:r>
    </w:p>
    <w:p>
      <w:pPr>
        <w:widowControl/>
      </w:pPr>
      <w:r>
        <w:t>Attractions: 3 sites</w:t>
      </w:r>
    </w:p>
    <w:p>
      <w:pPr>
        <w:widowControl/>
      </w:pPr>
      <w:r>
        <w:t>Transport and activities: Vehicle</w:t>
      </w:r>
    </w:p>
    <w:p>
      <w:pPr>
        <w:widowControl/>
      </w:pPr>
      <w:r>
        <w:t>Meals: Breakfast</w:t>
      </w:r>
    </w:p>
    <w:p>
      <w:pPr>
        <w:widowControl/>
      </w:pPr>
      <w:r>
        <w:t>Accommodation: Comfortable</w:t>
      </w:r>
    </w:p>
    <w:p>
      <w:pPr>
        <w:keepNext/>
        <w:widowControl/>
        <w:spacing w:before="240"/>
      </w:pPr>
      <w:r>
        <w:t>Day 4 Shangri-La Tour | Pudacuo National Park, Songzanlin Monastery, Dukezong Ancient Town, Tibetan Family Visit</w:t>
      </w:r>
    </w:p>
    <w:p>
      <w:pPr>
        <w:widowControl/>
      </w:pPr>
      <w:r>
        <w:t>In this morning, your group will enjoy a scenic drive (about 40 minutes) to Pudacuo National Park (普达措, also known as Potatso National Park), the first national park in China. Situated on the vast Tibetan Plateau and forming an important part of the "Three Parallel Rivers" scenic spot, the park is renowned for its pristine landscapes. Encompassing scenic hills, meadows, lakes, diverse plant life, and abundant bird species, the park is also home to over 100 endangered animals including leopards, cranes, macaques, and lynxes. Your journey begins with a sightseeing bus ride to Shudu Lake (altitude: 3,705 meters), the park's largest lake famed for its crystal-clear water and serene beauty. Take a leisurely hike around the well-maintained path suitable for most fitness levels. Afterwards, hop on a sightseeing bus to Bita Lake (altitude: 3,568 meters). A jewel nestled amidst the mountains and considered sacred by the local Tibetans, Bita Lake's turquoise waters and snow-capped backdrop create a picture-perfect scene. Take another short hike around the lake, a trail that leads you deeper into the heart of the park.</w:t>
      </w:r>
    </w:p>
    <w:p>
      <w:pPr>
        <w:widowControl/>
      </w:pPr>
      <w:r>
        <w:t>After that, our local guide will take your group to visit Songzanlin Monastery (松赞林寺, also known as Ganden Sumtsenling Monastery), a sprawling complex perched at an altitude of 3,380 meters. Founded in 1679 by the Fifth Dalai Lama, Songzanlin Monastery is the largest Tibetan Buddhist monastery in Yunnan Province. Inspired by the Potala Palace in Lhasa, it's often referred to as the "Little Potala Palace". The monastery's architecture is a fascinating fusion of Tibetan and Han Chinese styles. Currently, around 700 monks reside in its 200 associated houses. Ascend the steps and enter the monastery's three grand halls: Zhacang Hall (the central and highest hall), Jikang Hall (dedicated to Tsongkhapa), and Sakyamuni Hall (dedicated to Shakyamuni Buddha). Here, you'll witness Tibetan monks chanting and meditating, enveloped in the monastery's solemn atmosphere. The climb will be rewarded with a breathtaking panoramic view of the entire monastery complex and the beautiful Lamuyangcuo Lake.</w:t>
      </w:r>
    </w:p>
    <w:p>
      <w:pPr>
        <w:widowControl/>
      </w:pPr>
      <w:r>
        <w:t>In this afternoon, your group will visit Dukezong Ancient Town (独克宗古城), with over 1,300 years history, which is the best-preserved and largest Tibetan residential cluster in China. It holds the distinction of being the oldest castle along the Tea Horse Road. The name "Dukezong" translates to "Moonlight Castle built on a Stone" and it is also known as the City of Moonlight. Here, you will discover a world of traditional Tibetan houses, ancient temples, beautiful pagodas, and narrow, winding alleyways, all adorned with iconic Tibetan prayer flags of various colors. Take a hike up Guishan Hill and join the locals in turning the world's largest prayer wheel for good luck and happiness. From this vantage point, you can capture a breathtaking panoramic view of the entire town. Afterwards, wander through the distinctive alleys and immerse yourself in the rich tapestry of Tibetan culture.</w:t>
      </w:r>
    </w:p>
    <w:p>
      <w:pPr>
        <w:widowControl/>
      </w:pPr>
      <w:r>
        <w:t>Special Experience Arranged by Asia Odyssey Travel:</w:t>
      </w:r>
    </w:p>
    <w:p>
      <w:pPr>
        <w:widowControl/>
      </w:pPr>
      <w:r>
        <w:t>This evening, to connect closely with the local Tibetans, we will take your group to visit a Tibetan family to experience their authentic daily life and sample local snacks and yak butter tea in their welcoming home.</w:t>
      </w:r>
    </w:p>
    <w:p>
      <w:pPr>
        <w:widowControl/>
      </w:pPr>
      <w:r>
        <w:t>After the tour, be escorted to your hotel in Shangri-La.</w:t>
      </w:r>
    </w:p>
    <w:p>
      <w:pPr>
        <w:widowControl/>
      </w:pPr>
      <w:r>
        <w:t>Overview: Enjoy full day in Shangri-La and explore Pudacuo National Park, Songzanlin Monastery, Dukezong Ancient Town; have a Tibetan Family Visit. (B)</w:t>
      </w:r>
    </w:p>
    <w:p>
      <w:pPr>
        <w:widowControl/>
      </w:pPr>
      <w:r>
        <w:t>Attractions: 4 sites</w:t>
      </w:r>
    </w:p>
    <w:p>
      <w:pPr>
        <w:widowControl/>
      </w:pPr>
      <w:r>
        <w:t>Transport and activities: Vehicle</w:t>
      </w:r>
    </w:p>
    <w:p>
      <w:pPr>
        <w:widowControl/>
      </w:pPr>
      <w:r>
        <w:t>Meals: Breakfast</w:t>
      </w:r>
    </w:p>
    <w:p>
      <w:pPr>
        <w:widowControl/>
      </w:pPr>
      <w:r>
        <w:t>Accommodation: Comfortable</w:t>
      </w:r>
    </w:p>
    <w:p>
      <w:pPr>
        <w:keepNext/>
        <w:widowControl/>
        <w:spacing w:before="240"/>
      </w:pPr>
      <w:r>
        <w:t>Day 5 Shangri-La to Lijiang | Tiger Leaping Gorge, First Bend of the Yangtze River, Lijiang Old Town, Black Dragon Pond Park</w:t>
      </w:r>
    </w:p>
    <w:p>
      <w:pPr>
        <w:widowControl/>
      </w:pPr>
      <w:r>
        <w:t>This morning, your group will be escorted from Shangri-La to Lijiang, with opportunities to explore breathtaking natural landscapes along the way.</w:t>
      </w:r>
    </w:p>
    <w:p>
      <w:pPr>
        <w:widowControl/>
      </w:pPr>
      <w:r>
        <w:t>During the drive, you'll stop to visit the Upper Section of Tiger Leaping Gorge (上虎跳, altitude: 1,800 meters). According to legend, this spot earned its name when a tiger, chased by a hunter, made a legendary leap across the narrowest point of the gorge, cornered by the rushing Jinsha River (part of the Yangtze River) below. One of the deepest gorges in the world, Tiger Leaping Gorge offers a stunning view of the roaring Jinsha River and the natural power of its waters. With Jade Dragon Snow Mountain (5,596m) and Haba Snow Mountain (5,386m) towering on either side, you'll be immersed in the beautiful and diverse landscapes. You'll walk along the plank road, which has both ascending and descending sections (Optional: For a fee, you can take the lift to conserve energy).</w:t>
      </w:r>
    </w:p>
    <w:p>
      <w:pPr>
        <w:widowControl/>
      </w:pPr>
      <w:r>
        <w:t>Later, make a stop at the First Bend of the Yangtze River (长江第一湾), where you'll witness the majestic river making a dramatic 90-degree turn from south to east in just 1 kilometer. Climb up to the observation deck for panoramic views of the Yangtze River.</w:t>
      </w:r>
    </w:p>
    <w:p>
      <w:pPr>
        <w:widowControl/>
      </w:pPr>
      <w:r>
        <w:t>Afterward, your group will proceed to Lijiang. Upon arrival, you'll have some time to explore Lijiang Old Town (丽江古城), also known as Dayan Old Town. With over 800 years of history, Lijiang Old Town was once a bustling trade center on the famous "Old Tea Horse Caravan Trail." Its labyrinthine layout features cobbled streets, traditional wooden houses with upturned eaves, ancient bridges, and an intricate network of waterways. Afterward, head to a higher vantage point for a breathtaking panoramic view of the old town, with snow-capped mountains forming a stunning backdrop. Take a short walk to Sifang Street (四方街), the town's most famous square, where you can explore Naxi handicrafts, souvenirs, local specialties, and enjoy the lively atmosphere of bustling bars with music filling the streets.</w:t>
      </w:r>
    </w:p>
    <w:p>
      <w:pPr>
        <w:widowControl/>
      </w:pPr>
      <w:r>
        <w:t>Later, visit Black Dragon Pond Park (黑龙潭公园), located at the northern edge of Lijiang Old Town. This scenic spot offers stunning views of the surrounding landscape, with the majestic Jade Dragon Snow Mountain in the background. On clear days, the reflection of the snow-capped peak on the tranquil Black Dragon Pool creates a breathtaking sight.</w:t>
      </w:r>
    </w:p>
    <w:p>
      <w:pPr>
        <w:widowControl/>
      </w:pPr>
      <w:r>
        <w:t>Stay overnight in Lijiang Old Town.</w:t>
      </w:r>
    </w:p>
    <w:p>
      <w:pPr>
        <w:widowControl/>
      </w:pPr>
      <w:r>
        <w:t>Overview: Transfer to Lijiang, visit Tiger Leaping Gorge, First Bend of the Yangtze River along the way; in Lijiang, visit Lijiang Old Town, Black Dragon Pond Park. (B)</w:t>
      </w:r>
    </w:p>
    <w:p>
      <w:pPr>
        <w:widowControl/>
      </w:pPr>
      <w:r>
        <w:t>Attractions: 4 sites</w:t>
      </w:r>
    </w:p>
    <w:p>
      <w:pPr>
        <w:widowControl/>
      </w:pPr>
      <w:r>
        <w:t>Transport and activities: Vehicle</w:t>
      </w:r>
    </w:p>
    <w:p>
      <w:pPr>
        <w:widowControl/>
      </w:pPr>
      <w:r>
        <w:t>Meals: Breakfast</w:t>
      </w:r>
    </w:p>
    <w:p>
      <w:pPr>
        <w:widowControl/>
      </w:pPr>
      <w:r>
        <w:t>Accommodation: Comfortable</w:t>
      </w:r>
    </w:p>
    <w:p>
      <w:pPr>
        <w:keepNext/>
        <w:widowControl/>
        <w:spacing w:before="240"/>
      </w:pPr>
      <w:r>
        <w:t>Day 6 Lijiang Tour | Jade Dragon Snow Mountain (Spruce Meadow), Blue Moon Valley, Baisha Murals, Shuhe Ancient Town (Optional)</w:t>
      </w:r>
    </w:p>
    <w:p>
      <w:pPr>
        <w:widowControl/>
      </w:pPr>
      <w:r>
        <w:t>After breakfast, we will depart from Lijiang Old Town to visit Jade Dragon Snow Mountain (composed of 13 peaks). It is a UNESCO World Heritage site. It is a sacred mountain for the local Naxi people and is considered the embodiment of their deity, "Sanduo." The mountain is named for its appearance, which resembles a jade dragon, especially when its peaks are covered in snow during the winter.</w:t>
      </w:r>
    </w:p>
    <w:p>
      <w:pPr>
        <w:widowControl/>
      </w:pPr>
      <w:r>
        <w:t>How to visit? We have selected the Spruce Meadow route for a relaxed experience. You will take cable car ride to an altitude of 3,240 meters. From there, you will walk on the plank road, through the spruce forest, view the mountain peak scenery. (Tip: This route is ideal as it avoids the physical demands, no high-altitude sickness.)</w:t>
      </w:r>
    </w:p>
    <w:p>
      <w:pPr>
        <w:widowControl/>
      </w:pPr>
      <w:r>
        <w:t>Afterward, take a sightseeing bus to Blue Moon Valley (蓝月谷). The valley is a breathtaking sight, with its almost surreal turquoise blue water, reflecting the majestic Jade Dragon Snow Mountain in the background. This valley boasts four lakes and a White Water Terrace. Each lake presents unique scenery, but the most beautiful one is the Jade Liquid Lake. The best time to admire the splendor of Blue Moon Valley is during a sunny midday when the lake's water, under the radiant sunlight, becomes as clear and blue as a mirror. You can capture many awesome photos here.</w:t>
      </w:r>
    </w:p>
    <w:p>
      <w:pPr>
        <w:widowControl/>
      </w:pPr>
      <w:r>
        <w:t>Special Hot Pot Experience at Jade Dragon Snow Mountain:</w:t>
      </w:r>
    </w:p>
    <w:p>
      <w:pPr>
        <w:widowControl/>
      </w:pPr>
      <w:r>
        <w:t>Asia Odyssey Travel specially arranges for your group to enjoy a hearty HOT POT after the mountain trip. Relax in the pleasant environment and enjoy the snow mountain view while savoring lunch with your friends.</w:t>
      </w:r>
    </w:p>
    <w:p>
      <w:pPr>
        <w:widowControl/>
      </w:pPr>
      <w:r>
        <w:t>Leaving the Jade Dragon Snow Mountain, you'll continue your journey to Baisha Village (白沙村), the birthplace of the Mu chieftaincy and the ancient capital of the Naxi ethnic group. Part of the UNESCO World Heritage Site "Old Town of Lijiang", Baisha Village offers a unique glimpse into the Naxi group's rich history and culture. Here, you can visit the Baisha Murals (白沙壁画), showcasing a unique fusion of Buddhist, Taoist, and local Naxi religious elements, reflecting the diverse spiritual beliefs of the region. These murals are found within several temples, including the Dabaoji Palace, the Liuli Temple, and the Wenchang Palace.</w:t>
      </w:r>
    </w:p>
    <w:p>
      <w:pPr>
        <w:widowControl/>
      </w:pPr>
      <w:r>
        <w:t>Then, if your energy permits (optional), on the way back to Lijiang, you can make a stop at Shuhe Ancient Town (束河古镇). It is an important stop along the legendary Tea Horse Ancient Road. Unlike the bustling Lijiang Old Town, Shuhe offers a tranquil escape, with charming shops selling locally-made crafts lining the narrow cobbled streets. The gentle murmur of water flowing through canals and the aroma of Naxi cuisine wafting from cozy teahouses create a peaceful atmosphere where time seems to slow down. (Note: You can try local snacks like Chicken Bean Cold Noodles, Grilled Milk Fan, Fresh Flower Cake, Yunnan Ham Mooncake, and Jar-Roasted Rose Milk.)</w:t>
      </w:r>
    </w:p>
    <w:p>
      <w:pPr>
        <w:widowControl/>
      </w:pPr>
      <w:r>
        <w:t>After the tour, head back to Lijiang.</w:t>
      </w:r>
    </w:p>
    <w:p>
      <w:pPr>
        <w:widowControl/>
      </w:pPr>
      <w:r>
        <w:t>Overview: Take full day to explore in Lijiang and Naxi ethnic culture, covering Jade Dragon Snow Mountain, Blue Moon Valley, Baisha Murals; enjoy Yunnan-style Hot Pot for lunch. (B+L)</w:t>
      </w:r>
    </w:p>
    <w:p>
      <w:pPr>
        <w:widowControl/>
      </w:pPr>
      <w:r>
        <w:t>Attractions: 4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7 Lijiang Departure | Check-out &amp; Transfer Service</w:t>
      </w:r>
    </w:p>
    <w:p>
      <w:pPr>
        <w:widowControl/>
      </w:pPr>
      <w:r>
        <w:t>On this day, it marks the end of your 7-Day Yunnan Group Tour in Lijiang. Enjoy some time to explore on your own until our local driver picks you up at your hotel and escorts you to the airport / train station in Lijiang at the appointed time.</w:t>
      </w:r>
    </w:p>
    <w:p>
      <w:pPr>
        <w:widowControl/>
      </w:pPr>
      <w:r>
        <w:t>Thank you for choosing Asia Odyssey Travel for your Yunnan tour. We are always here to serve you and look forward to seeing you again on your next trip to China/Asia. Safe travels!</w:t>
      </w:r>
    </w:p>
    <w:p>
      <w:pPr>
        <w:widowControl/>
      </w:pPr>
      <w:r>
        <w:t>Overview: Your Yunnan tour concludes with a hotel check-out and transfer to Lijiang Airport/Train Station for your departure flight or high speed train.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Yunnan Group Tour: Explore Yunnan's Best (Dali Shangri-La Lijiang)</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