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6天经济型中国雪乡小团游</w:t>
      </w:r>
    </w:p>
    <w:p>
      <w:pPr>
        <w:widowControl/>
      </w:pPr>
      <w:r>
        <w:t>线路编号：AOT-GT-026</w:t>
      </w:r>
    </w:p>
    <w:p>
      <w:pPr>
        <w:keepNext/>
        <w:widowControl/>
        <w:spacing w:before="240"/>
      </w:pPr>
      <w:r>
        <w:t>第1天 抵达哈尔滨：机场接机并入住酒店</w:t>
      </w:r>
    </w:p>
    <w:p>
      <w:pPr>
        <w:widowControl/>
      </w:pPr>
      <w:r>
        <w:t>你好！欢迎来到“冰城”哈尔滨。抵达机场或火车站后，司机会在出口处迎接您，随后直接送您前往市中心，并协助您办理酒店入住手续。</w:t>
      </w:r>
    </w:p>
    <w:p>
      <w:pPr>
        <w:widowControl/>
      </w:pPr>
      <w:r>
        <w:t>哈尔滨是中国东北黑龙江省的省会，素有“冰城”之称。每年冬季，这里都会举办著名的哈尔滨国际冰雪节，这是世界上规模最大、视觉效果最震撼的冬季盛会之一。随着气温骤降，整座城市变成一座冬日仙境，高耸的冰城堡和精巧的雕塑被绚丽的灯光点亮，景色既迷人又梦幻。</w:t>
      </w:r>
    </w:p>
    <w:p>
      <w:pPr>
        <w:widowControl/>
      </w:pPr>
      <w:r>
        <w:t>松花江常被称为哈尔滨的“母亲河”，穿城而过，在冬季展现出独特的美。江面封冻后，这里便成为冬季运动的乐园。当地人和游客纷纷来到广阔的冰面上，体验滑冰、冰钓和雪地摩托等活动。哈尔滨冰雪节使用的大量冰块正是采自松花江的封冻江段，为雕塑家提供了创作高耸、复杂艺术作品所需的原材料。</w:t>
      </w:r>
    </w:p>
    <w:p>
      <w:pPr>
        <w:widowControl/>
      </w:pPr>
      <w:r>
        <w:t>哈尔滨另一个引人入胜之处在于其独特的文化融合，这为其赢得了“东方莫斯科”和“东方小巴黎”的别称。这条步行街两旁林立着俄罗斯东正教教堂和欧式建筑，形成了与中国其他城市截然不同的独特城市景观。哈尔滨的文化是中国、俄罗斯和欧洲元素的有趣融合，这一点在其饮食、音乐和节庆中均有体现。例如，哈尔滨以受俄罗斯影响的红肠和面包，以及啤酒酿造传统而闻名。</w:t>
      </w:r>
    </w:p>
    <w:p>
      <w:pPr>
        <w:widowControl/>
      </w:pPr>
      <w:r>
        <w:t>抵达建议：</w:t>
      </w:r>
    </w:p>
    <w:p>
      <w:pPr>
        <w:widowControl/>
      </w:pPr>
      <w:r>
        <w:t>哈尔滨太平国际机场是进入这座城市的主要门户，提供众多飞往北京、上海、广州、西安、成都、重庆和深圳等中国主要城市的国内航班。机场还提供往返俄罗斯、韩国及其他国家城市的国际航班。哈尔滨通过中国庞大的铁路网络与各地紧密相连，从北京等主要城市可乘坐高铁抵达哈尔滨，车程约6至8小时。</w:t>
      </w:r>
    </w:p>
    <w:p>
      <w:pPr>
        <w:widowControl/>
      </w:pPr>
      <w:r>
        <w:t>概述：抵达哈尔滨机场，机场接机，送您前往酒店并办理入住。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交通与活动：抵达哈尔滨；用车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哈尔滨一日游：东北虎林园、太阳岛雪博会、哈尔滨冰雪大世界</w:t>
      </w:r>
    </w:p>
    <w:p>
      <w:pPr>
        <w:widowControl/>
      </w:pPr>
      <w:r>
        <w:t>早餐后，我们将驱车前往位于哈尔滨松花江北岸的东北虎林园。这是世界上最大的东北虎保护自然公园，园内饲养着近1000只不同年龄的纯种东北虎。</w:t>
      </w:r>
    </w:p>
    <w:p>
      <w:pPr>
        <w:widowControl/>
      </w:pPr>
      <w:r>
        <w:t>与传统的动物园不同，哈尔滨东北虎林园允许游客乘坐笼式观光车游览园区，提供一种安全而刺激的方式，观察老虎在精心模拟的自然栖息地中自由漫步。想象一下在这些威武的动物之间穿行的兴奋感——有时瞥见它们优雅地散步，有时观看它们突然冲刺。别忘了捕捉这些令人惊叹的瞬间，通过镜头记录野性与美丽的完美融合。为了更近距离的接触，您将拥有亲自喂食老虎的独特机会。看着它们用后腿站立，爪子抓住钢网，向游客乞食。（注意：喂食老虎的食物需自费。）除了东北虎，园内还饲养着其他大型猫科动物，包括狮子、狮虎兽（狮子和老虎的后代）和豹子，为游客提供了了解不同猫科动物的宝贵机会。</w:t>
      </w:r>
    </w:p>
    <w:p>
      <w:pPr>
        <w:widowControl/>
      </w:pPr>
      <w:r>
        <w:t>之后，我们踏上穿越冰雪的奇幻旅程，前往太阳岛，这里是太阳岛国际雪雕艺术博览会的所在地——哈尔滨冰雪节的亮点。在这里，冬天的魔力被发挥到极致，每一片雪花都被赋予生命，雕塑成令人叹为观止的艺术作品。</w:t>
      </w:r>
    </w:p>
    <w:p>
      <w:pPr>
        <w:widowControl/>
      </w:pPr>
      <w:r>
        <w:t>漫步在这条冬季之路上，两旁是雪雕林立的路径，惊叹于高耸入云的精致雪雕，这些作品出自世界各地才华横溢的艺术家之手。捕捉将岛屿变成露天雪画廊的艺术性和想象力。这些雪雕形态各异：有的如雄伟的山脉，有的栩栩如生地呈现动物形象，还有的像梦幻城堡，引人遐想。最令人惊叹之处在于细微的细节——人物面部表情的微妙变化，动物毛发的细腻质感——每个元素都如此精心渲染，仿佛人物都活了起来。除了视觉盛宴，太阳岛还有众多有趣的冰雪活动，让您尽情享受。</w:t>
      </w:r>
    </w:p>
    <w:p>
      <w:pPr>
        <w:widowControl/>
      </w:pPr>
      <w:r>
        <w:t>可选活动：如果您对极地动物感兴趣，可以考虑参观位于太阳岛旁边的哈尔滨极地馆。作为世界首家极地游乐园，它拥有北极熊、企鹅、海狮、海豹等。请注意，此活动为可选项目，需额外付费。</w:t>
      </w:r>
    </w:p>
    <w:p>
      <w:pPr>
        <w:widowControl/>
      </w:pPr>
      <w:r>
        <w:t>接下来，我们将前往冰雪大世界，这是世界闻名的冰雪主题公园，也是哈尔滨冰雪节最耀眼的亮点，以其壮观的冰雕而闻名。</w:t>
      </w:r>
    </w:p>
    <w:p>
      <w:pPr>
        <w:widowControl/>
      </w:pPr>
      <w:r>
        <w:t>踏入这个由数万立方米冰雪精心打造的奇幻空间，感觉瞬间穿越到一个晶莹剔透的童话王国。当您漫步园区，一系列冰雕在您眼前展开——从高耸的城堡和优雅的桥梁，到栩栩如生的动物、现代建筑，甚至富有想象力的科幻场景。还有独特的冰酒吧和冰餐厅，为您提供在完全由冰制成的建筑中用餐或享用饮品的非凡体验。</w:t>
      </w:r>
    </w:p>
    <w:p>
      <w:pPr>
        <w:widowControl/>
      </w:pPr>
      <w:r>
        <w:t>当夕阳的最后一缕光芒悄然消失在地平线上，冰雪大世界真正开始展现它的魔力。整个园区变成一个梦幻般的场景，成千上万的彩色灯光装饰着冰雕，仿佛童话故事中的场景，创造出一个迷人的光影世界。</w:t>
      </w:r>
    </w:p>
    <w:p>
      <w:pPr>
        <w:widowControl/>
      </w:pPr>
      <w:r>
        <w:t>此外，冰雪大世界提供各种冰雪活动，如雪圈、冰上卡丁车和冰上自行车。其中最惊险的景点之一是蜿蜒的超级冰滑梯。从高处滑下，您将充分体验冰雪带来的速度和刺激。雪花摩天轮提供整个园区的壮丽景色，让您充分欣赏这片冰雪领域的宏伟景观。对于独特的冬季庆祝活动，加入冰上迪斯科，孩子们兴奋地尖叫，大人们重温青春的欢乐，他们的笑声在寒冷的空气中回荡。</w:t>
      </w:r>
    </w:p>
    <w:p>
      <w:pPr>
        <w:widowControl/>
      </w:pPr>
      <w:r>
        <w:t>重要提示：</w:t>
      </w:r>
    </w:p>
    <w:p>
      <w:pPr>
        <w:widowControl/>
      </w:pPr>
      <w:r>
        <w:t>如果您的旅行日期恰逢哈尔滨冰雪大世界和太阳岛尚未开放，我们的替代行程将是：</w:t>
      </w:r>
    </w:p>
    <w:p>
      <w:pPr>
        <w:widowControl/>
      </w:pPr>
      <w:r>
        <w:t>上午：伏尔加庄园，一个俄罗斯风格的主题公园</w:t>
      </w:r>
    </w:p>
    <w:p>
      <w:pPr>
        <w:widowControl/>
      </w:pPr>
      <w:r>
        <w:t>下午：东北虎林园和哈尔滨冰雪大世界室内主题公园</w:t>
      </w:r>
    </w:p>
    <w:p>
      <w:pPr>
        <w:widowControl/>
      </w:pPr>
      <w:r>
        <w:t>游览结束后，返回哈尔滨市区的酒店。</w:t>
      </w:r>
    </w:p>
    <w:p>
      <w:pPr>
        <w:widowControl/>
      </w:pPr>
      <w:r>
        <w:t>旅行提示：</w:t>
      </w:r>
    </w:p>
    <w:p>
      <w:pPr>
        <w:widowControl/>
      </w:pPr>
      <w:r>
        <w:t>穿着适当：穿多层衣服保暖。别忘了帽子、手套、围巾和保暖袜。防水、隔热的靴子是必不可少的，还有面罩。</w:t>
      </w:r>
    </w:p>
    <w:p>
      <w:pPr>
        <w:widowControl/>
      </w:pPr>
      <w:r>
        <w:t>保护电子产品：寒冷的天气会迅速耗尽电池寿命。将相机和手机靠近身体以保持温暖，并携带备用电池或便携式充电器。</w:t>
      </w:r>
    </w:p>
    <w:p>
      <w:pPr>
        <w:widowControl/>
      </w:pPr>
      <w:r>
        <w:t>眼睛保护：如果您戴眼镜，考虑换成隐形眼镜，因为您呼出的热气会使镜片起雾，阻碍视线。建议佩戴太阳镜，以防雪地反射的阳光强烈刺眼。</w:t>
      </w:r>
    </w:p>
    <w:p>
      <w:pPr>
        <w:widowControl/>
      </w:pPr>
      <w:r>
        <w:t>最佳游览时间：傍晚是体验日间和夜间壮丽灯光雕塑和结构的理想时间。</w:t>
      </w:r>
    </w:p>
    <w:p>
      <w:pPr>
        <w:widowControl/>
      </w:pPr>
      <w:r>
        <w:t>准备排队：热门景点如巨型冰滑梯和雪花摩天轮可能等待时间较长。请做好可能排队的准备，尤其是在高峰时段。</w:t>
      </w:r>
    </w:p>
    <w:p>
      <w:pPr>
        <w:widowControl/>
      </w:pPr>
      <w:r>
        <w:t>概述：全天游览东北虎林园、太阳岛、哈尔滨冰雪大世界。（含早餐+午餐）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哈尔滨 | 红专街早市、冬泳表演、圣·索菲亚教堂、斯大林公园、中央大街、老道外</w:t>
      </w:r>
    </w:p>
    <w:p>
      <w:pPr>
        <w:widowControl/>
      </w:pPr>
      <w:r>
        <w:t>上午，您将前往红专街早市（红砖街早市），品尝地道的东北小吃，感受当地人的日常生活节奏。市场里摊位林立，各类手工制作的本地美食琳琅满目。热气腾腾的东北大饼、香气扑鼻的豆腐脑、金黄酥脆的油炸糕，都让许多本地人想起童年的味道。不远处，浓郁的东北炖菜香气弥漫——猪肉炖粉条、小鸡炖蘑菇，每一口都是对味蕾的完美诱惑。穿行在熙熙攘攘的人群中，您会看到当地人提着菜篮子，与相熟的摊主随意闲聊。您会听到他们幽默爽朗的方言，轻松悠闲的氛围会让您真切感受到东北人独有的幽默、热情与豪爽大方。</w:t>
      </w:r>
    </w:p>
    <w:p>
      <w:pPr>
        <w:widowControl/>
      </w:pPr>
      <w:r>
        <w:t>接下来，前往外滩雪人码头（外滩雪人码头），观看惊险刺激的冬泳表演，这是冬季不可错过的特色活动。尽管天气严寒，冬泳爱好者们身穿紧身泳衣，跃跃欲试。一声令下，他们如离弦之箭跃入水中，四周溅起水花。在冰冷的水中，这些泳者自如地游动，优美的身姿几乎与冰雪融为一体。对观众而言，冬泳表演同样是一场震撼人心的体验。每当有人成功完成游泳，人群便爆发出热烈的掌声与欢呼。</w:t>
      </w:r>
    </w:p>
    <w:p>
      <w:pPr>
        <w:widowControl/>
      </w:pPr>
      <w:r>
        <w:t>随后，参观圣·索菲亚教堂（圣·索菲亚教堂），这是哈尔滨的标志性地标。这座宏伟的俄罗斯东正教教堂拥有独特的绿色洋葱头穹顶，顶端矗立着金色十字架，外墙由精美的红砖砌成，让人得以一窥这座城市独特的俄罗斯与中国文化交融。站在教堂前，您会被它的宏伟与庄严氛围所震撼。教堂内部设有哈尔滨建筑艺术博物馆，展示着这座城市的城市发展历史与建筑艺术。冬季，当雪花轻轻飘落，雪中的圣·索菲亚教堂宛如童话城堡，营造出真正神奇而梦幻的场景。</w:t>
      </w:r>
    </w:p>
    <w:p>
      <w:pPr>
        <w:widowControl/>
      </w:pPr>
      <w:r>
        <w:t>继续您的行程，前往中央大街（中央大街），又称中央大街，是哈尔滨繁华的购物与娱乐中心。这条百年老街全长超过1450米，两旁矗立着各种建筑风格的楼宇——巴洛克、文艺复兴、折衷主义和新艺术运动——因此被誉为“露天建筑艺术博物馆”。</w:t>
      </w:r>
    </w:p>
    <w:p>
      <w:pPr>
        <w:widowControl/>
      </w:pPr>
      <w:r>
        <w:t>漫步在这条充满活力的中央大街上，您会遇到从本地手工艺品到国际品牌的各种店铺。这里是探索当地商店、欣赏街头表演，或单纯沉浸在城市独特氛围中的理想之地。您可以尽情享用中俄融合美食，包括哈尔滨香肠、马迭尔冰棍、俄罗斯大列巴和秋林格瓦斯，一种受俄罗斯启发的发酵饮料。冬季，中央大街变得格外迷人，闪烁的冰雕和串串灯饰点缀其间，与附近的哈尔滨冰雪节相得益彰。</w:t>
      </w:r>
    </w:p>
    <w:p>
      <w:pPr>
        <w:widowControl/>
      </w:pPr>
      <w:r>
        <w:t>中央大街的尽头是斯大林公园（斯大林公园），这是当地人喜爱的公园，位于松花江畔。当地居民纷纷来到广阔的冰面上，享受滑冰、乘雪橇、雪地摩托等活动……</w:t>
      </w:r>
    </w:p>
    <w:p>
      <w:pPr>
        <w:widowControl/>
      </w:pPr>
      <w:r>
        <w:t>行程的最后，参观老道外（老道外），这里是哈尔滨的发源地，让游客领略这座城市的历史根源。这里拥有全国最大的“中华巴洛克”建筑街区。漫步在老道外的街道上，您会看到历经时间考验的百年建筑。这些建筑外表是西式风格，内部却隐藏着传统的中式庭院，体现了哈尔滨独特的“中华巴洛克”风格，这是由哈尔滨人民创造的融合东西方建筑影响的产物。</w:t>
      </w:r>
    </w:p>
    <w:p>
      <w:pPr>
        <w:widowControl/>
      </w:pPr>
      <w:r>
        <w:t>在这里，除了探索历史建筑，您还能体验城市往昔的怀旧氛围，古朴的店铺出售本地商品、传统小吃和手工艺品。老道外的商业氛围相对传统和本地化，以小店铺和老字号为主，它们与哈尔滨人共同成长，因此这一区域特别适合喜欢探索本地文化的游客。</w:t>
      </w:r>
    </w:p>
    <w:p>
      <w:pPr>
        <w:widowControl/>
      </w:pPr>
      <w:r>
        <w:t>行程结束后，您将被送回哈尔滨市区的酒店。</w:t>
      </w:r>
    </w:p>
    <w:p>
      <w:pPr>
        <w:widowControl/>
      </w:pPr>
      <w:r>
        <w:t>概述：探索本地文化 + 中央大街、圣·索菲亚教堂等标志性地标。（含早+午餐）</w:t>
      </w:r>
    </w:p>
    <w:p>
      <w:pPr>
        <w:widowControl/>
      </w:pPr>
      <w:r>
        <w:t>景点：6个景点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第4天 哈尔滨到中国雪乡：大秃顶子山、十里画廊与中国雪乡夜景</w:t>
      </w:r>
    </w:p>
    <w:p>
      <w:pPr>
        <w:widowControl/>
      </w:pPr>
      <w:r>
        <w:t>今天，您将乘车前往中国雪乡，车程5-6小时。中国雪乡的正式名称是大海林局双峰林场，距离哈尔滨约300公里。</w:t>
      </w:r>
    </w:p>
    <w:p>
      <w:pPr>
        <w:widowControl/>
      </w:pPr>
      <w:r>
        <w:t>沿途，您将乘坐雪地摩托登上大秃顶子山，在广阔的雪林中飞驰，感受肾上腺素飙升的刺激。大秃顶子山是黑龙江省最高峰，海拔1690米。山上景色也非常美，可以俯瞰云雾缭绕、连绵起伏的雪山全景。</w:t>
      </w:r>
    </w:p>
    <w:p>
      <w:pPr>
        <w:widowControl/>
      </w:pPr>
      <w:r>
        <w:t>接下来，您将游览十里冰雪画廊，徒步穿越原始森林，欣赏雾凇、雪挂、雪蘑菇等自然奇观，感受壮丽而神秘的雪林。您还将参观高山动物园，近距离观看黑熊、狍子等野生动物。乘坐“雪龙”长雪橇，体验雪地漂移的刺激。尝试雪地旋转器（Snow Spinner Ride），感受在雪中旋转的快感！</w:t>
      </w:r>
    </w:p>
    <w:p>
      <w:pPr>
        <w:widowControl/>
      </w:pPr>
      <w:r>
        <w:t>最后，抵达中国雪乡时，这里纯白的积雪宛如大自然精心编织的梦幻童话。凭借独特的降雪条件，中国雪乡年平均积雪深度达2米，降雪量居中国之首。这里的雪质极佳，黏度高，堪称名副其实的“中国雪乡”。</w:t>
      </w:r>
    </w:p>
    <w:p>
      <w:pPr>
        <w:widowControl/>
      </w:pPr>
      <w:r>
        <w:t>夜幕降临，雪乡灯火通明，营造出神奇的氛围。从观景台望去，整个村庄沐浴在红灯笼的柔和光芒中。洁白如玉的积雪在灯光下闪闪发光，将景色变成梦幻般的场景。仿佛置身于现实生活中的童话世界，每个角落都充满魅力和美丽。</w:t>
      </w:r>
    </w:p>
    <w:p>
      <w:pPr>
        <w:widowControl/>
      </w:pPr>
      <w:r>
        <w:t>夜宿中国雪乡。</w:t>
      </w:r>
    </w:p>
    <w:p>
      <w:pPr>
        <w:widowControl/>
      </w:pPr>
      <w:r>
        <w:t>温馨提示：</w:t>
      </w:r>
    </w:p>
    <w:p>
      <w:pPr>
        <w:widowControl/>
      </w:pPr>
      <w:r>
        <w:t>中国雪乡的酒店条件可能不如哈尔滨市同等级酒店。</w:t>
      </w:r>
    </w:p>
    <w:p>
      <w:pPr>
        <w:widowControl/>
      </w:pPr>
      <w:r>
        <w:t>您将入住家庭旅馆，体验当地传统的“炕”房。炕是下面生火的加热砖床，在寒冷的冬季提供舒适的温暖。</w:t>
      </w:r>
    </w:p>
    <w:p>
      <w:pPr>
        <w:widowControl/>
      </w:pPr>
      <w:r>
        <w:t>旺季住宿可能非常紧张，强烈建议提前预订以确保住宿。</w:t>
      </w:r>
    </w:p>
    <w:p>
      <w:pPr>
        <w:widowControl/>
      </w:pPr>
      <w:r>
        <w:t>概述：雪径通往中国雪乡，沿途经过大秃顶子山、十里画廊。（含早餐+午餐）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第5天 中国雪乡至哈尔滨：羊草山日出（可选）、雪韵大街、棒槌山观景台</w:t>
      </w:r>
    </w:p>
    <w:p>
      <w:pPr>
        <w:widowControl/>
      </w:pPr>
      <w:r>
        <w:t>可选日出体验：</w:t>
      </w:r>
    </w:p>
    <w:p>
      <w:pPr>
        <w:widowControl/>
      </w:pPr>
      <w:r>
        <w:t>如果你是摄影爱好者，不妨早起前往羊草山看日出，为一天拉开序幕。羊草山位于雪乡西北角，海拔1350米，是俯瞰整个村庄的绝佳位置。从观景台望去，太阳从山后缓缓升起，光芒铺满天空，把白雪覆盖的景色染成金橙色。运气好的话，还能看到雾凇、树挂等自然景观，感受北方景色的辽阔、壮美与原始气息。（可选活动：徒步免费；也可乘坐四驱车往返，需另付费用。）</w:t>
      </w:r>
    </w:p>
    <w:p>
      <w:pPr>
        <w:widowControl/>
      </w:pPr>
      <w:r>
        <w:t>沿着雪韵大街漫步，既能感受雪乡的宁静安详，也能体会东北独特的民俗风情。街道两旁店铺林立，当地小吃和手工艺品琳琅满目，仿佛走进一个热闹的冰雪集市。你可能会遇到一些东北特有的冻货，比如冻梨、冻柿子，还有粘豆包。</w:t>
      </w:r>
    </w:p>
    <w:p>
      <w:pPr>
        <w:widowControl/>
      </w:pPr>
      <w:r>
        <w:t>之后登上棒槌山观景台。在这里可以俯瞰整个雪乡，散落的雪屋和烟囱里升起的袅袅炊烟，构成一幅宁静祥和的画面。</w:t>
      </w:r>
    </w:p>
    <w:p>
      <w:pPr>
        <w:widowControl/>
      </w:pPr>
      <w:r>
        <w:t>在这一带走走，看到这些奇妙的房屋，圆润的雪顶像胖乎乎的小雪蘑菇，又像诱人的奶油蛋糕，让人忍不住微笑，几乎想咬上一口。这座迷人村庄的每个角落都透着奇妙，每一座房屋、每一条落雪的小路，都吸引你走进这个梦幻的冬日世界。</w:t>
      </w:r>
    </w:p>
    <w:p>
      <w:pPr>
        <w:widowControl/>
      </w:pPr>
      <w:r>
        <w:t>午餐后，乘车返回哈尔滨；或前往亚布力站，乘高铁返回哈尔滨。</w:t>
      </w:r>
    </w:p>
    <w:p>
      <w:pPr>
        <w:widowControl/>
      </w:pPr>
      <w:r>
        <w:t>概述：中国雪乡白天观光，随后返回哈尔滨。（含早餐、午餐）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第6天 哈尔滨出发：退房及送机</w:t>
      </w:r>
    </w:p>
    <w:p>
      <w:pPr>
        <w:widowControl/>
      </w:pPr>
      <w:r>
        <w:t>今天，司机将送您前往机场或火车站，前往下一个目的地。</w:t>
      </w:r>
    </w:p>
    <w:p>
      <w:pPr>
        <w:widowControl/>
      </w:pPr>
      <w:r>
        <w:t>感谢您选择亚洲奥德赛旅游的哈尔滨团体游。我们随时为您服务，期待您下次来中国或亚洲旅行时再次相见。祝您旅途平安！</w:t>
      </w:r>
    </w:p>
    <w:p>
      <w:pPr>
        <w:widowControl/>
      </w:pPr>
      <w:r>
        <w:t>概述：告别哈尔滨。（含早餐）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6天经济型中国雪乡小团游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