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5天张家界凤凰古城之旅：热门小团探索</w:t>
      </w:r>
    </w:p>
    <w:p>
      <w:pPr>
        <w:widowControl/>
      </w:pPr>
      <w:r>
        <w:t>线路编号：AOT-GT-028</w:t>
      </w:r>
    </w:p>
    <w:p>
      <w:pPr>
        <w:keepNext/>
        <w:widowControl/>
        <w:spacing w:before="240"/>
      </w:pPr>
      <w:r>
        <w:t>第1天 抵达张家界 机场或火车站接送 酒店入住</w:t>
      </w:r>
    </w:p>
    <w:p>
      <w:pPr>
        <w:widowControl/>
      </w:pPr>
      <w:r>
        <w:t>欢迎来到张家界市，在这里您可以亲眼看到电影《阿凡达》中哈利路亚山的真实原型！抵达张家界后，当地司机会在机场出口迎接您，并送您前往酒店。在酒店办理入住后，您会有一些自由时间，可以随意在周边逛逛。</w:t>
      </w:r>
    </w:p>
    <w:p>
      <w:pPr>
        <w:widowControl/>
      </w:pPr>
      <w:r>
        <w:t>抵达建议：</w:t>
      </w:r>
    </w:p>
    <w:p>
      <w:pPr>
        <w:widowControl/>
      </w:pPr>
      <w:r>
        <w:t>前往张家界的交通：有多条航班飞往张家界荷花机场。您可以选择从北京、上海、西安、长沙、成都、重庆、杭州、广州等城市飞往张家界。此外，您也可以从长沙（2-4小时）、桂林（7小时）、上海（9小时）、北京（11小时）、凤凰古城（1小时）等地乘坐高铁前往张家界。</w:t>
      </w:r>
    </w:p>
    <w:p>
      <w:pPr>
        <w:widowControl/>
      </w:pPr>
      <w:r>
        <w:t>概述：抵达张家界机场，机场接机，送往酒店并办理入住。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交通与活动：自行抵达张家界</w:t>
      </w:r>
    </w:p>
    <w:p>
      <w:pPr>
        <w:widowControl/>
      </w:pPr>
      <w:r>
        <w:t>住宿：张家界市区</w:t>
      </w:r>
    </w:p>
    <w:p>
      <w:pPr>
        <w:keepNext/>
        <w:widowControl/>
        <w:spacing w:before="240"/>
      </w:pPr>
      <w:r>
        <w:t>第2天 张家界之旅：百龙电梯、袁家界、天子山</w:t>
      </w:r>
    </w:p>
    <w:p>
      <w:pPr>
        <w:widowControl/>
      </w:pPr>
      <w:r>
        <w:t>上午：袁家界（阿凡达山）</w:t>
      </w:r>
    </w:p>
    <w:p>
      <w:pPr>
        <w:widowControl/>
      </w:pPr>
      <w:r>
        <w:t>从百龙电梯开始您的一天。它被称为世界最高的户外电梯，仅需66秒就能将您提升326米。到达顶部后，您就来到了袁家界——阿凡达哈利路亚山的真实灵感来源。</w:t>
      </w:r>
    </w:p>
    <w:p>
      <w:pPr>
        <w:widowControl/>
      </w:pPr>
      <w:r>
        <w:t>沿着3.5公里的悬崖边小径步行，观赏南天一柱和天下第一桥。您还会经过迷魂台，这里可以欣赏到公园内石英砂岩柱的最佳全景。</w:t>
      </w:r>
    </w:p>
    <w:p>
      <w:pPr>
        <w:widowControl/>
      </w:pPr>
      <w:r>
        <w:t>下午：天子山（峰林之王）</w:t>
      </w:r>
    </w:p>
    <w:p>
      <w:pPr>
        <w:widowControl/>
      </w:pPr>
      <w:r>
        <w:t>午餐后，前往天子山。这里被称为“峰林之王”，以崎岖壮丽的景色闻名。</w:t>
      </w:r>
    </w:p>
    <w:p>
      <w:pPr>
        <w:widowControl/>
      </w:pPr>
      <w:r>
        <w:t>主要亮点包括：</w:t>
      </w:r>
    </w:p>
    <w:p>
      <w:pPr>
        <w:widowControl/>
      </w:pPr>
      <w:r>
        <w:t>御笔峰：一组令人惊叹的石柱，看起来像立在雾中的毛笔。</w:t>
      </w:r>
    </w:p>
    <w:p>
      <w:pPr>
        <w:widowControl/>
      </w:pPr>
      <w:r>
        <w:t>点将台：俯瞰西海峰林的完美地点。</w:t>
      </w:r>
    </w:p>
    <w:p>
      <w:pPr>
        <w:widowControl/>
      </w:pPr>
      <w:r>
        <w:t>贺龙公园：参观贺龙元帅铜像和天子阁，360度欣赏山脉全景。</w:t>
      </w:r>
    </w:p>
    <w:p>
      <w:pPr>
        <w:widowControl/>
      </w:pPr>
      <w:r>
        <w:t>游览结束后，您将被送回酒店好好休息。</w:t>
      </w:r>
    </w:p>
    <w:p>
      <w:pPr>
        <w:widowControl/>
      </w:pPr>
      <w:r>
        <w:t>iTravel提示：</w:t>
      </w:r>
    </w:p>
    <w:p>
      <w:pPr>
        <w:widowControl/>
      </w:pPr>
      <w:r>
        <w:t>在旺季，您的导游可能会颠倒此行程顺序，以帮助您避开最大的人流。</w:t>
      </w:r>
    </w:p>
    <w:p>
      <w:pPr>
        <w:widowControl/>
      </w:pPr>
      <w:r>
        <w:t>概述：张家界全日游，包含百龙电梯、袁家界、天子山。（含早餐+午餐）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交通与活动：车辆、缆车、观光巴士</w:t>
      </w:r>
    </w:p>
    <w:p>
      <w:pPr>
        <w:widowControl/>
      </w:pPr>
      <w:r>
        <w:t>用餐：早餐、午餐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第3天 张家界大峡谷之旅：张家界大峡谷玻璃桥、宝峰湖</w:t>
      </w:r>
    </w:p>
    <w:p>
      <w:pPr>
        <w:widowControl/>
      </w:pPr>
      <w:r>
        <w:t>早餐后，从武陵源前往张家界大峡谷，距离约56公里（车程约1.5小时）。抵达后体验令人惊叹的大峡谷玻璃桥。随后享用午餐，然后前往宝峰湖，乘船轻松游览。傍晚返回张家界市区（约35公里，车程1小时）过夜。</w:t>
      </w:r>
    </w:p>
    <w:p>
      <w:pPr>
        <w:widowControl/>
      </w:pPr>
      <w:r>
        <w:t>张家界大峡谷以众多瀑布和清新山间空气闻名，是值得一去的地方，尤其适合摄影爱好者和喜欢冒险的游客。玻璃桥是最大亮点：世界最长、最高的玻璃底桥，横跨两座陡峭悬崖之间，长375米，高出山谷300米。</w:t>
      </w:r>
    </w:p>
    <w:p>
      <w:pPr>
        <w:widowControl/>
      </w:pPr>
      <w:r>
        <w:t>这座桥由以色列建筑师渡堂海（Haim Dotan）设计，全部用玻璃建成，没有钢结构，可同时承载800人。桥中央是世界最高的蹦极平台，喜欢刺激的游客可以在这里实现像蜘蛛侠一样飞翔的梦想（蹦极费用自理）。走过这座桥大约需要1小时，过程令人心跳加速，也让人难忘。</w:t>
      </w:r>
    </w:p>
    <w:p>
      <w:pPr>
        <w:widowControl/>
      </w:pPr>
      <w:r>
        <w:t>踏上透明的桥面，可以直视下方郁郁葱葱、雾气弥漫的峡谷，感觉像漂浮在半空中。整个峡谷的全景十分壮观。欢迎来挑战这条空中步道，展示你的勇气。</w:t>
      </w:r>
    </w:p>
    <w:p>
      <w:pPr>
        <w:widowControl/>
      </w:pPr>
      <w:r>
        <w:t>体验完玻璃桥的刺激后，再到宁静如镜的宝峰湖放松。从入口处乘穿梭巴士前往码头，登上传统木船，在湖上平静巡游。</w:t>
      </w:r>
    </w:p>
    <w:p>
      <w:pPr>
        <w:widowControl/>
      </w:pPr>
      <w:r>
        <w:t>宝峰湖长2.5公里，宽200至1000米，平均水深72米，位于山间盆地中，四周绿树成荫，岩石形态引人注目。船行平静的水面，可以看到高耸山峰的倒影，并聆听当地民族表演者演唱的传统民歌，与上午的刺激体验形成鲜明对比。</w:t>
      </w:r>
    </w:p>
    <w:p>
      <w:pPr>
        <w:widowControl/>
      </w:pPr>
      <w:r>
        <w:t>游览结束后，返回酒店好好休息。</w:t>
      </w:r>
    </w:p>
    <w:p>
      <w:pPr>
        <w:widowControl/>
      </w:pPr>
      <w:r>
        <w:t>概述：游览张家界大峡谷玻璃桥、宝峰湖。（含早餐+午餐）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交通与活动：车辆、游船</w:t>
      </w:r>
    </w:p>
    <w:p>
      <w:pPr>
        <w:widowControl/>
      </w:pPr>
      <w:r>
        <w:t>用餐：早餐、午餐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第4天 张家界之旅：天门山国家森林公园、天门山索道、天门洞、玻璃栈道，转往凤凰古城（沱江游船、夜景）</w:t>
      </w:r>
    </w:p>
    <w:p>
      <w:pPr>
        <w:widowControl/>
      </w:pPr>
      <w:r>
        <w:t>今天，您将用半天时间游览天门山国家森林公园的天门山，它被誉为“张家界之魂”和“湘西第一神山”。景区距离张家界市中心仅8公里，适合各年龄段游客，无需爬山。</w:t>
      </w:r>
    </w:p>
    <w:p>
      <w:pPr>
        <w:widowControl/>
      </w:pPr>
      <w:r>
        <w:t>旅程从世界最长的索道开始，全长7455米，约30分钟直达山顶。山顶还设有较小的索道。唯一需要步行的路段是天门洞台阶，但不必担心——那里有电梯可供使用。</w:t>
      </w:r>
    </w:p>
    <w:p>
      <w:pPr>
        <w:widowControl/>
      </w:pPr>
      <w:r>
        <w:t>随着缆车上升，您可以欣赏蜿蜒的99道弯盘山公路（“通天大道”）和郁郁葱葱的盆景式花园。随后，准备好迎接一场惊心动魄的体验：</w:t>
      </w:r>
    </w:p>
    <w:p>
      <w:pPr>
        <w:widowControl/>
      </w:pPr>
      <w:r>
        <w:t>漫步60米长的玻璃栈道，这条透明步道悬于1430米深的无底峡谷之上——仿佛在空中行走。</w:t>
      </w:r>
    </w:p>
    <w:p>
      <w:pPr>
        <w:widowControl/>
      </w:pPr>
      <w:r>
        <w:t>探索1.6公里长的悬崖栈道，沿山崖边缘而建，可欣赏令人惊叹的景色。</w:t>
      </w:r>
    </w:p>
    <w:p>
      <w:pPr>
        <w:widowControl/>
      </w:pPr>
      <w:r>
        <w:t>参观天门寺，一座掩映在绿意中的清代风格佛教寺庙。</w:t>
      </w:r>
    </w:p>
    <w:p>
      <w:pPr>
        <w:widowControl/>
      </w:pPr>
      <w:r>
        <w:t>接下来，乘扶梯下到天门洞，这是世界最高的天然穿山溶洞（高131.5米）。它也被称为“天门”，常被薄雾笼罩或被阳光照亮，呈现神奇变幻的景观。您可以慢慢拍照留念。之后可以步行999级台阶或乘电梯，再返回索道站。乘索道下山。</w:t>
      </w:r>
    </w:p>
    <w:p>
      <w:pPr>
        <w:widowControl/>
      </w:pPr>
      <w:r>
        <w:t>山上游览结束后，乘车前往凤凰古城，约3.5小时（237公里）。（交通备注：张家界与凤凰之间通有高铁——单程仅需1小时。如果团队人数较少，我们可能会安排张家界与凤凰之间的高铁接送。全程均有当地导游陪同。）</w:t>
      </w:r>
    </w:p>
    <w:p>
      <w:pPr>
        <w:widowControl/>
      </w:pPr>
      <w:r>
        <w:t>凤凰是中国最美丽的古城之一，是苗族和土家族的聚居地。古城依宁静的沱江而建，密布着吊脚楼，日常生活一如数百年来那样展开——妇女在河边洗衣洗菜，男子撒网捕鱼，饭菜在江边烹制。</w:t>
      </w:r>
    </w:p>
    <w:p>
      <w:pPr>
        <w:widowControl/>
      </w:pPr>
      <w:r>
        <w:t>乘船在沱江上游览10分钟，是欣赏美景的宁静方式。</w:t>
      </w:r>
    </w:p>
    <w:p>
      <w:pPr>
        <w:widowControl/>
      </w:pPr>
      <w:r>
        <w:t>夜幕降临，凤凰的夜景生动起来。漫步于古老庭院和江边木屋之间，探索热闹的夜市，欣赏灯笼在水面上的倒影。璀璨的灯光营造出梦幻般的氛围——一次真正难忘的体验。</w:t>
      </w:r>
    </w:p>
    <w:p>
      <w:pPr>
        <w:widowControl/>
      </w:pPr>
      <w:r>
        <w:t>概述：游览天门山，然后乘车或高铁转往凤凰古城。（含早餐+午餐）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交通与活动：汽车或高铁</w:t>
      </w:r>
    </w:p>
    <w:p>
      <w:pPr>
        <w:widowControl/>
      </w:pPr>
      <w:r>
        <w:t>用餐：早餐、午餐</w:t>
      </w:r>
    </w:p>
    <w:p>
      <w:pPr>
        <w:widowControl/>
      </w:pPr>
      <w:r>
        <w:t>住宿：凤凰</w:t>
      </w:r>
    </w:p>
    <w:p>
      <w:pPr>
        <w:keepNext/>
        <w:widowControl/>
        <w:spacing w:before="240"/>
      </w:pPr>
      <w:r>
        <w:t>第5天 凤凰古城与张家界送站：酒店退房、机场或火车站接送</w:t>
      </w:r>
    </w:p>
    <w:p>
      <w:pPr>
        <w:widowControl/>
      </w:pPr>
      <w:r>
        <w:t>今天，在酒店享用早餐。随后，跟随我们的当地导游，在上午探索凤凰古城。提起凤凰，人们常常会想到中国著名作家和历史学家沈从文（1902-1988），他的经典小说《边城》让这座迷人的小镇闻名世界。</w:t>
      </w:r>
    </w:p>
    <w:p>
      <w:pPr>
        <w:widowControl/>
      </w:pPr>
      <w:r>
        <w:t>漫步在古老的街道上，您可以悠闲地参观沈从文故居、古东门、虹桥——凤凰的标志性建筑——以及其他景点，按照自己的节奏游览。</w:t>
      </w:r>
    </w:p>
    <w:p>
      <w:pPr>
        <w:widowControl/>
      </w:pPr>
      <w:r>
        <w:t>游览结束后，您的5天张家界跟团游暨凤凰古城之旅就此结束。导游和司机将带您返回张家界，并送您前往机场或火车站，搭乘航班或高铁前往下一个目的地。</w:t>
      </w:r>
    </w:p>
    <w:p>
      <w:pPr>
        <w:widowControl/>
      </w:pPr>
      <w:r>
        <w:t>感谢您选择亚洲奥德赛旅游开启中国之旅。我们很荣幸为您服务，并希望能在您下一次中国或亚洲探险中再次欢迎您！</w:t>
      </w:r>
    </w:p>
    <w:p>
      <w:pPr>
        <w:widowControl/>
      </w:pPr>
      <w:r>
        <w:t>概述：上午探索凤凰古城，然后返回张家界送站。（含早餐）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交通与活动：汽车或高铁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5天张家界凤凰古城之旅：热门小团探索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