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重庆4日跟团游：城市精华与武隆天生三桥</w:t>
      </w:r>
    </w:p>
    <w:p>
      <w:pPr>
        <w:widowControl/>
      </w:pPr>
      <w:r>
        <w:t>线路编号：AOT-GT-029</w:t>
      </w:r>
    </w:p>
    <w:p>
      <w:pPr>
        <w:keepNext/>
        <w:widowControl/>
        <w:spacing w:before="240"/>
      </w:pPr>
      <w:r>
        <w:t>第1天 抵达重庆：接机与酒店入住</w:t>
      </w:r>
    </w:p>
    <w:p>
      <w:pPr>
        <w:widowControl/>
      </w:pPr>
      <w:r>
        <w:t>欢迎参加为期4天的重庆跟团游！抵达重庆江北国际机场或高铁站后，我们的当地团队将在出口处热情迎接您，并陪同您前往酒店办理入住。</w:t>
      </w:r>
    </w:p>
    <w:p>
      <w:pPr>
        <w:widowControl/>
      </w:pPr>
      <w:r>
        <w:t>自由活动时间：当天剩余时间由您自行安排。您可以趁此机会在周边逛逛，看看重庆古老的山城文化如何与充满未来感的夜景相互交融。</w:t>
      </w:r>
    </w:p>
    <w:p>
      <w:pPr>
        <w:widowControl/>
      </w:pPr>
      <w:r>
        <w:t>概述：抵达重庆机场，接机，送往酒店并办理入住。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交通与活动：自行抵达重庆；车辆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重庆午间出发与夜游：李子坝轻轨站、魁星楼、解放碑、火锅晚餐、洪崖洞、千厮门大桥</w:t>
      </w:r>
    </w:p>
    <w:p>
      <w:pPr>
        <w:widowControl/>
      </w:pPr>
      <w:r>
        <w:t>中午出发，前往李子坝轻轨站。您将看到单轨列车径直穿入公寓楼一侧！这一奇景让2号线闻名世界。在观景平台上拍下这充满未来感的画面。</w:t>
      </w:r>
    </w:p>
    <w:p>
      <w:pPr>
        <w:widowControl/>
      </w:pPr>
      <w:r>
        <w:t>接下来参观魁星楼，这里是重庆“8D赛博朋克”场景的地标，曾是清代学子心中的重要场所。这座建筑奇观颠覆常理：感觉像是一层广场的地方，实际上位于22层！从边缘俯瞰令人目眩的庭院，同时面对邻近摩天大楼的中段。</w:t>
      </w:r>
    </w:p>
    <w:p>
      <w:pPr>
        <w:widowControl/>
      </w:pPr>
      <w:r>
        <w:t>随后前往解放碑，这座27.5米高的地标建于1940年，是二战期间重庆坚韧精神的有力象征。塔基是一个时间胶囊，封存着建成当天的报纸、邮票和货币。这里很适合拍照，留下正式的“你好重庆”瞬间！</w:t>
      </w:r>
    </w:p>
    <w:p>
      <w:pPr>
        <w:widowControl/>
      </w:pPr>
      <w:r>
        <w:t>一起享用火锅晚餐！作为火锅的发源地，重庆正是用辛辣香气考验您味蕾的好地方。</w:t>
      </w:r>
    </w:p>
    <w:p>
      <w:pPr>
        <w:widowControl/>
      </w:pPr>
      <w:r>
        <w:t>接下来，我们将前往洪崖洞，这座令人惊叹的传统吊脚楼建筑群坐落在嘉陵江畔。这里以热闹的氛围和木质吊脚楼建筑而闻名，很适合沿江漫步，欣赏现代天际线。</w:t>
      </w:r>
    </w:p>
    <w:p>
      <w:pPr>
        <w:widowControl/>
      </w:pPr>
      <w:r>
        <w:t>夜幕降临时，整个崖壁灯火辉煌，令人目眩。若想拍到理想照片，可走上红色千厮门大桥，获得欣赏发光建筑群的著名鸟瞰视角。</w:t>
      </w:r>
    </w:p>
    <w:p>
      <w:pPr>
        <w:widowControl/>
      </w:pPr>
      <w:r>
        <w:t>游览结束后，送您至重庆市中心的酒店。</w:t>
      </w:r>
    </w:p>
    <w:p>
      <w:pPr>
        <w:widowControl/>
      </w:pPr>
      <w:r>
        <w:t>概述：通过李子坝、魁星楼探索8D重庆。在洪崖洞和千厮门大桥欣赏夜景。（含早餐+晚餐）</w:t>
      </w:r>
    </w:p>
    <w:p>
      <w:pPr>
        <w:widowControl/>
      </w:pPr>
      <w:r>
        <w:t>景点：5个景点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重庆—武隆—重庆｜天生三桥（含观光车及电梯）、玻璃观景台</w:t>
      </w:r>
    </w:p>
    <w:p>
      <w:pPr>
        <w:widowControl/>
      </w:pPr>
      <w:r>
        <w:t>今天上午乘车前往武隆喀斯特国家地质公园（车程2.5小时）。这处联合国教科文组织世界遗产拥有举世闻名的天生三桥：天龙桥、青龙桥和黑龙桥。这些巨大的石灰岩拱桥景色令人叹为观止，并因作为《变形金刚4：绝迹重生》的取景地而享誉全球。</w:t>
      </w:r>
    </w:p>
    <w:p>
      <w:pPr>
        <w:widowControl/>
      </w:pPr>
      <w:r>
        <w:t>抵达后，进入景区，直接前往玻璃观景台，欣赏280米高的壮丽全景。随后，乘坐观光电梯深入峡谷。</w:t>
      </w:r>
    </w:p>
    <w:p>
      <w:pPr>
        <w:widowControl/>
      </w:pPr>
      <w:r>
        <w:t>沿着步道徒步时，您将看到：</w:t>
      </w:r>
    </w:p>
    <w:p>
      <w:pPr>
        <w:widowControl/>
      </w:pPr>
      <w:r>
        <w:t>天龙桥：三座桥中最大、最雄伟的一座，这座高耸的石灰岩拱桥形成了一道宏伟的自然“大门”。</w:t>
      </w:r>
    </w:p>
    <w:p>
      <w:pPr>
        <w:widowControl/>
      </w:pPr>
      <w:r>
        <w:t>天福官驿：坐落于山谷之中，这座历史悠久的唐代风格庭院曾是明清时期官员的重要驿站。</w:t>
      </w:r>
    </w:p>
    <w:p>
      <w:pPr>
        <w:widowControl/>
      </w:pPr>
      <w:r>
        <w:t>青龙桥：被誉为最上镜的景点，其优雅纤细的结构与周围翠绿的悬崖和茂密的植被完美相衬。</w:t>
      </w:r>
    </w:p>
    <w:p>
      <w:pPr>
        <w:widowControl/>
      </w:pPr>
      <w:r>
        <w:t>黑龙桥：三座桥中最宁静的一座，以神秘氛围著称。峡谷下方有平静的溪流流过。</w:t>
      </w:r>
    </w:p>
    <w:p>
      <w:pPr>
        <w:widowControl/>
      </w:pPr>
      <w:r>
        <w:t>备注：</w:t>
      </w:r>
    </w:p>
    <w:p>
      <w:pPr>
        <w:widowControl/>
      </w:pPr>
      <w:r>
        <w:t>鞋子：穿结实舒适的鞋子，以应对台阶和不平坦的地形。</w:t>
      </w:r>
    </w:p>
    <w:p>
      <w:pPr>
        <w:widowControl/>
      </w:pPr>
      <w:r>
        <w:t>饮水/能量：携带水和轻便零食，保持体力。</w:t>
      </w:r>
    </w:p>
    <w:p>
      <w:pPr>
        <w:widowControl/>
      </w:pPr>
      <w:r>
        <w:t>摄影：广角镜头可捕捉峡谷的宏伟规模；在瀑布附近使用防水套。</w:t>
      </w:r>
    </w:p>
    <w:p>
      <w:pPr>
        <w:widowControl/>
      </w:pPr>
      <w:r>
        <w:t>衣着：峡谷内凉爽潮湿；请分层穿衣，并携带轻便雨衣，尤其是在雨季。</w:t>
      </w:r>
    </w:p>
    <w:p>
      <w:pPr>
        <w:widowControl/>
      </w:pPr>
      <w:r>
        <w:t>夜宿重庆市中心。</w:t>
      </w:r>
    </w:p>
    <w:p>
      <w:pPr>
        <w:widowControl/>
      </w:pPr>
      <w:r>
        <w:t>概述：从重庆市区乘车前往武隆，游览天生三桥。（含早餐、午餐）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重庆出发</w:t>
      </w:r>
    </w:p>
    <w:p>
      <w:pPr>
        <w:widowControl/>
      </w:pPr>
      <w:r>
        <w:t>您为期4天的重庆跟团游今天结束！早餐后，我们将送您前往机场或高铁站，继续您的下一段旅程。</w:t>
      </w:r>
    </w:p>
    <w:p>
      <w:pPr>
        <w:widowControl/>
      </w:pPr>
      <w:r>
        <w:t>感谢您选择亚洲奥德赛旅游开启您的重庆之旅。我们期待不久后在中国或亚洲其他地方再次欢迎您！</w:t>
      </w:r>
    </w:p>
    <w:p>
      <w:pPr>
        <w:widowControl/>
      </w:pPr>
      <w:r>
        <w:t>概述：从重庆出发，中午12:00前办理酒店退房，并提供机场送机服务。祝您一路平安。（含早餐）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交通与活动：专车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重庆4日跟团游：城市精华与武隆天生三桥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