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15天中国大六边形跟团游（金三角、熊猫、赛博朋克、阿凡达）</w:t>
      </w:r>
    </w:p>
    <w:p>
      <w:pPr>
        <w:widowControl/>
      </w:pPr>
      <w:r>
        <w:t>线路编号：AOT-GT-030</w:t>
      </w:r>
    </w:p>
    <w:p>
      <w:pPr>
        <w:keepNext/>
        <w:widowControl/>
        <w:spacing w:before="240"/>
      </w:pPr>
      <w:r>
        <w:t>第1天 抵达北京：接机与酒店入住</w:t>
      </w:r>
    </w:p>
    <w:p>
      <w:pPr>
        <w:widowControl/>
      </w:pPr>
      <w:r>
        <w:t>您好！欢迎来到北京！抵达机场或火车站后，我们的当地工作人员会迎接您，并安排专车送您前往市中心的酒店。当天剩余时间由您自由安排，可以休息放松、缓解时差，或按自己的节奏开始探索周边街区。在中国历史悠久的首都度过第一个夜晚。</w:t>
      </w:r>
    </w:p>
    <w:p>
      <w:pPr>
        <w:widowControl/>
      </w:pPr>
      <w:r>
        <w:t>抵达建议：</w:t>
      </w:r>
    </w:p>
    <w:p>
      <w:pPr>
        <w:widowControl/>
      </w:pPr>
      <w:r>
        <w:t>北京可通过大兴机场（PKX）和首都机场（PEK）轻松抵达，这两个机场连接香港、上海、西安等主要国内外枢纽。此外，中国发达的高铁网络也提供前往北京的快速连接。从西安或上海出发的行程时间约为4至6小时。其他国内中转选择：郑州（2.5-3小时）、武汉（4-5小时）、哈尔滨（5-5.5小时）等。</w:t>
      </w:r>
    </w:p>
    <w:p>
      <w:pPr>
        <w:widowControl/>
      </w:pPr>
      <w:r>
        <w:t>概述：抵达北京机场，接机，送您前往酒店并办理入住。</w:t>
      </w:r>
    </w:p>
    <w:p>
      <w:pPr>
        <w:widowControl/>
      </w:pPr>
      <w:r>
        <w:t>景点：今日自由探索</w:t>
      </w:r>
    </w:p>
    <w:p>
      <w:pPr>
        <w:widowControl/>
      </w:pPr>
      <w:r>
        <w:t>交通与活动：自行抵达北京；车辆</w:t>
      </w:r>
    </w:p>
    <w:p>
      <w:pPr>
        <w:widowControl/>
      </w:pPr>
      <w:r>
        <w:t>住宿：舒适</w:t>
      </w:r>
    </w:p>
    <w:p>
      <w:pPr>
        <w:keepNext/>
        <w:widowControl/>
        <w:spacing w:before="240"/>
      </w:pPr>
      <w:r>
        <w:t>第2天 北京城市游：天安门广场、故宫、景山公园、颐和园</w:t>
      </w:r>
    </w:p>
    <w:p>
      <w:pPr>
        <w:widowControl/>
      </w:pPr>
      <w:r>
        <w:t>用一整天时间探索北京的古老中心，参观展现中国帝王气派和宏伟皇家园林的标志性景点。</w:t>
      </w:r>
    </w:p>
    <w:p>
      <w:pPr>
        <w:widowControl/>
      </w:pPr>
      <w:r>
        <w:t>早餐后，导游将带您前往天安门广场——世界上最大的公共广场，也是中国的重要象征。这里见证了数十年的变革历史，是拍摄天安门城楼的绝佳位置，天安门城楼也是中央电视台新闻每天都会出现的标志性背景。</w:t>
      </w:r>
    </w:p>
    <w:p>
      <w:pPr>
        <w:widowControl/>
      </w:pPr>
      <w:r>
        <w:t>然后穿过广场进入故宫——世界上最大的宫殿建筑群，曾是24位皇帝的家。这座联合国教科文组织世界遗产地作为中国政治中心长达500年。沿着中轴线欣赏古代珍宝和皇家建筑。最后步行15分钟到景山公园，欣赏宫殿红褐色屋顶和现代北京天际线的壮丽全景。</w:t>
      </w:r>
    </w:p>
    <w:p>
      <w:pPr>
        <w:widowControl/>
      </w:pPr>
      <w:r>
        <w:t>下午驱车前往颐和园——“皇家园林博物馆”和前皇家休养地。其宏伟的寺庙、亭台楼阁和桥梁是景观设计的杰作。悠闲漫步，欣赏皇家建筑和宁静的山顶景色。</w:t>
      </w:r>
    </w:p>
    <w:p>
      <w:pPr>
        <w:widowControl/>
      </w:pPr>
      <w:r>
        <w:t>注意：</w:t>
      </w:r>
    </w:p>
    <w:p>
      <w:pPr>
        <w:widowControl/>
      </w:pPr>
      <w:r>
        <w:t>游览景山公园需穿舒适的鞋子，因为需要步行。您可以根据自己的体力情况选择是否登高到观景点。</w:t>
      </w:r>
    </w:p>
    <w:p>
      <w:pPr>
        <w:widowControl/>
      </w:pPr>
      <w:r>
        <w:t>故宫每周一闭馆。如果您的行程恰逢周一，您将改为参观天坛或恭王府。</w:t>
      </w:r>
    </w:p>
    <w:p>
      <w:pPr>
        <w:widowControl/>
      </w:pPr>
      <w:r>
        <w:t>概述：北京一日游，包括天安门广场、故宫、景山公园和颐和园。（含早餐+午餐）</w:t>
      </w:r>
    </w:p>
    <w:p>
      <w:pPr>
        <w:widowControl/>
      </w:pPr>
      <w:r>
        <w:t>景点：4个标志性景点</w:t>
      </w:r>
    </w:p>
    <w:p>
      <w:pPr>
        <w:widowControl/>
      </w:pPr>
      <w:r>
        <w:t>交通与活动：车辆</w:t>
      </w:r>
    </w:p>
    <w:p>
      <w:pPr>
        <w:widowControl/>
      </w:pPr>
      <w:r>
        <w:t>用餐：早餐、午餐</w:t>
      </w:r>
    </w:p>
    <w:p>
      <w:pPr>
        <w:widowControl/>
      </w:pPr>
      <w:r>
        <w:t>住宿：舒适</w:t>
      </w:r>
    </w:p>
    <w:p>
      <w:pPr>
        <w:keepNext/>
        <w:widowControl/>
        <w:spacing w:before="240"/>
      </w:pPr>
      <w:r>
        <w:t>第3天 北京长城之旅：慕田峪长城，一览鸟巢和水立方</w:t>
      </w:r>
    </w:p>
    <w:p>
      <w:pPr>
        <w:widowControl/>
      </w:pPr>
      <w:r>
        <w:t>今天向西北方向驱车前往慕田峪长城，这是一项拥有2000年历史的杰作。慕田峪长城以23座明代敌楼和较少的游客而闻名，这段完全修复的长城路段风景绝佳。乘坐缆车到达第14座敌楼，然后沿着风景优美的西线徒步。您可以挑战自己，攀登到第20座敌楼，欣赏雄伟蜿蜒的长城全景——这是实现长城梦想的完美时刻。</w:t>
      </w:r>
    </w:p>
    <w:p>
      <w:pPr>
        <w:widowControl/>
      </w:pPr>
      <w:r>
        <w:t>在这段一生难忘的体验之后，返回北京市区，在标志性的鸟巢和水立方前拍照留念。这些建筑奇迹最初为2008年夏季奥运会设计，也曾作为2022年冬季奥运会的主要场馆。</w:t>
      </w:r>
    </w:p>
    <w:p>
      <w:pPr>
        <w:widowControl/>
      </w:pPr>
      <w:r>
        <w:t>随后送您返回酒店，今晚好好休息。</w:t>
      </w:r>
    </w:p>
    <w:p>
      <w:pPr>
        <w:widowControl/>
      </w:pPr>
      <w:r>
        <w:t>概述：乘坐缆车往返游览慕田峪长城，返回市区途中一览鸟巢和水立方。（含早餐和午餐）</w:t>
      </w:r>
    </w:p>
    <w:p>
      <w:pPr>
        <w:widowControl/>
      </w:pPr>
      <w:r>
        <w:t>景点：3个景点</w:t>
      </w:r>
    </w:p>
    <w:p>
      <w:pPr>
        <w:widowControl/>
      </w:pPr>
      <w:r>
        <w:t>交通与活动：乘车</w:t>
      </w:r>
    </w:p>
    <w:p>
      <w:pPr>
        <w:widowControl/>
      </w:pPr>
      <w:r>
        <w:t>用餐：早餐、午餐</w:t>
      </w:r>
    </w:p>
    <w:p>
      <w:pPr>
        <w:widowControl/>
      </w:pPr>
      <w:r>
        <w:t>住宿：舒适</w:t>
      </w:r>
    </w:p>
    <w:p>
      <w:pPr>
        <w:keepNext/>
        <w:widowControl/>
        <w:spacing w:before="240"/>
      </w:pPr>
      <w:r>
        <w:t>第4天 北京乘高铁至西安｜大雁塔、回民街</w:t>
      </w:r>
    </w:p>
    <w:p>
      <w:pPr>
        <w:widowControl/>
      </w:pPr>
      <w:r>
        <w:t>早餐后，送您前往车站，乘坐高铁前往西安（4.5–5.5小时）。欢迎来到中国13朝古都！抵达后，司机将在出口迎接，为您提供私人接站服务，随后送往西安酒店。</w:t>
      </w:r>
    </w:p>
    <w:p>
      <w:pPr>
        <w:widowControl/>
      </w:pPr>
      <w:r>
        <w:t>下午，参观大雁塔。大雁塔位于宁静的大慈恩寺内，是唐代的重要标志。这座七层建筑建于公元652年，用于存放僧人玄奘从印度带回的佛经。玄奘的传奇旅程正是中国文学经典《西游记》的灵感来源。您可以在此欣赏这一唐代风格建筑的代表之作。</w:t>
      </w:r>
    </w:p>
    <w:p>
      <w:pPr>
        <w:widowControl/>
      </w:pPr>
      <w:r>
        <w:t>随后，前往热闹的回民街。这条500米长的街道是西安回族社区的中心。您可以感受这里的市井气息，品尝当地街头小吃，不要错过肉夹馍、羊肉泡馍、手工扯制的biangbiang面和炭烤烤肉串等闻名各地的小吃。</w:t>
      </w:r>
    </w:p>
    <w:p>
      <w:pPr>
        <w:widowControl/>
      </w:pPr>
      <w:r>
        <w:t>概述：从北京出发，乘坐高铁抵达西安，火车站接站。游览大雁塔、回民街。（含早餐）</w:t>
      </w:r>
    </w:p>
    <w:p>
      <w:pPr>
        <w:widowControl/>
      </w:pPr>
      <w:r>
        <w:t>景点：2个景点</w:t>
      </w:r>
    </w:p>
    <w:p>
      <w:pPr>
        <w:widowControl/>
      </w:pPr>
      <w:r>
        <w:t>交通与活动：车辆、高铁</w:t>
      </w:r>
    </w:p>
    <w:p>
      <w:pPr>
        <w:widowControl/>
      </w:pPr>
      <w:r>
        <w:t>用餐：早餐</w:t>
      </w:r>
    </w:p>
    <w:p>
      <w:pPr>
        <w:widowControl/>
      </w:pPr>
      <w:r>
        <w:t>住宿：舒适型</w:t>
      </w:r>
    </w:p>
    <w:p>
      <w:pPr>
        <w:keepNext/>
        <w:widowControl/>
        <w:spacing w:before="240"/>
      </w:pPr>
      <w:r>
        <w:t>第5天 西安城市游：兵马俑、古城墙、钟楼（或鼓楼）</w:t>
      </w:r>
    </w:p>
    <w:p>
      <w:pPr>
        <w:widowControl/>
      </w:pPr>
      <w:r>
        <w:t>早餐后，驱车40公里前往兵马俑博物馆，这是一处世界级的考古奇观。这座地下军队由秦始皇建造，拥有近8000个真人大小的陶俑。探索巨大的1号坑，内有6000名士兵和战马，然后参观2号坑，考察复杂的战斗阵型，包括弓箭手和战车。赞叹其令人难以置信的艺术水平和古代军事精确度，它们守护着秦始皇的来世。</w:t>
      </w:r>
    </w:p>
    <w:p>
      <w:pPr>
        <w:widowControl/>
      </w:pPr>
      <w:r>
        <w:t>午餐后，参观古城墙，这是中国最古老且保存最完好的防御工事之一。沿着这座巨大的建筑悠闲漫步，欣赏其瞭望塔和护城河。从顶部，您将欣赏到引人注目的全景，突显了古代建筑与西安繁华现代天际线之间的独特对比。</w:t>
      </w:r>
    </w:p>
    <w:p>
      <w:pPr>
        <w:widowControl/>
      </w:pPr>
      <w:r>
        <w:t>随后，参观令人赞叹的钟楼（或鼓楼），这是一座拥有600年历史的明代地标。当夜晚灯火辉煌时，它营造出迷人的背景，展示西安古今历史的融合。之后，在充满活力的钟鼓楼广场感受当地夜生活，这里是拍摄绝美照片和像当地人一样体验城市活力夜晚氛围的理想场所。</w:t>
      </w:r>
    </w:p>
    <w:p>
      <w:pPr>
        <w:widowControl/>
      </w:pPr>
      <w:r>
        <w:t>概述：在西安的历史之旅，包括兵马俑、古城墙和钟楼（或鼓楼）。（含早餐+午餐）</w:t>
      </w:r>
    </w:p>
    <w:p>
      <w:pPr>
        <w:widowControl/>
      </w:pPr>
      <w:r>
        <w:t>景点：3个景点</w:t>
      </w:r>
    </w:p>
    <w:p>
      <w:pPr>
        <w:widowControl/>
      </w:pPr>
      <w:r>
        <w:t>交通与活动：车辆</w:t>
      </w:r>
    </w:p>
    <w:p>
      <w:pPr>
        <w:widowControl/>
      </w:pPr>
      <w:r>
        <w:t>用餐：早餐,午餐</w:t>
      </w:r>
    </w:p>
    <w:p>
      <w:pPr>
        <w:widowControl/>
      </w:pPr>
      <w:r>
        <w:t>住宿：舒适</w:t>
      </w:r>
    </w:p>
    <w:p>
      <w:pPr>
        <w:keepNext/>
        <w:widowControl/>
        <w:spacing w:before="240"/>
      </w:pPr>
      <w:r>
        <w:t>第6天 从西安乘高铁前往成都，成都火车站接站并入住酒店</w:t>
      </w:r>
    </w:p>
    <w:p>
      <w:pPr>
        <w:widowControl/>
      </w:pPr>
      <w:r>
        <w:t>今天，您将乘坐高铁前往成都（约3至4小时）。抵达后，我们的当地工作人员将在车站出口迎接您，并安排专车送您前往市中心的酒店。下午自由活动，您可以探索这座悠闲的城市，这里以大熊猫和辛辣地道的四川美食闻名于世。</w:t>
      </w:r>
    </w:p>
    <w:p>
      <w:pPr>
        <w:widowControl/>
      </w:pPr>
      <w:r>
        <w:t>概述：从西安乘高铁抵达成都，火车站接站，酒店入住。（含早餐）</w:t>
      </w:r>
    </w:p>
    <w:p>
      <w:pPr>
        <w:widowControl/>
      </w:pPr>
      <w:r>
        <w:t>景点：自行探索</w:t>
      </w:r>
    </w:p>
    <w:p>
      <w:pPr>
        <w:widowControl/>
      </w:pPr>
      <w:r>
        <w:t>交通与活动：乘车、高铁</w:t>
      </w:r>
    </w:p>
    <w:p>
      <w:pPr>
        <w:widowControl/>
      </w:pPr>
      <w:r>
        <w:t>用餐：早餐</w:t>
      </w:r>
    </w:p>
    <w:p>
      <w:pPr>
        <w:widowControl/>
      </w:pPr>
      <w:r>
        <w:t>住宿：舒适型</w:t>
      </w:r>
    </w:p>
    <w:p>
      <w:pPr>
        <w:keepNext/>
        <w:widowControl/>
        <w:spacing w:before="240"/>
      </w:pPr>
      <w:r>
        <w:t>第7天 成都经典游：成都大熊猫基地、三星堆博物馆、锦里古街（或备选方案：旺季市区游）</w:t>
      </w:r>
    </w:p>
    <w:p>
      <w:pPr>
        <w:widowControl/>
      </w:pPr>
      <w:r>
        <w:t>今天，在成都大熊猫繁育研究基地实现你的熊猫梦，这是世界上最大的圈养大熊猫基地。观察各个年龄段的大熊猫玩耍和进食，并在育婴室寻找新生幼崽。在红熊猫的游乐场邂逅可爱的红熊猫，然后在熊猫博物馆揭开秘密。</w:t>
      </w:r>
    </w:p>
    <w:p>
      <w:pPr>
        <w:widowControl/>
      </w:pPr>
      <w:r>
        <w:t>注意：我们建议尽早到达，因为这些熊在凉爽的早晨最为活跃。</w:t>
      </w:r>
    </w:p>
    <w:p>
      <w:pPr>
        <w:widowControl/>
      </w:pPr>
      <w:r>
        <w:t>下午，驱车一小时前往三星堆遗址博物馆，这是一座世界级的考古宝库。通过其最著名的文物，包括巨大的青铜神树和标志性的纵目面具，探索3000年前的古蜀国。在综合馆惊叹于金杖和早期陶器，所有这些都展示了“世界奇迹”的文明，改写了四川地区的历史。</w:t>
      </w:r>
    </w:p>
    <w:p>
      <w:pPr>
        <w:widowControl/>
      </w:pPr>
      <w:r>
        <w:t>下午的行程以参观锦里古街结束，这是一处拥有1800年历史的地标，反映了古蜀国的精神。这条石板铺成的街道以其充满活力的氛围和传统风格而闻名。这里是品尝四川小吃、购买手工纪念品和欣赏老成都多彩文化展示的理想场所。</w:t>
      </w:r>
    </w:p>
    <w:p>
      <w:pPr>
        <w:widowControl/>
      </w:pPr>
      <w:r>
        <w:t>备选方案：成都市中心城市游（不含三星堆博物馆）</w:t>
      </w:r>
    </w:p>
    <w:p>
      <w:pPr>
        <w:widowControl/>
      </w:pPr>
      <w:r>
        <w:t>请注意，三星堆博物馆门票在高峰时段可能有限。如果无法获得门票，您的行程将改为全面的成都城市游。</w:t>
      </w:r>
    </w:p>
    <w:p>
      <w:pPr>
        <w:widowControl/>
      </w:pPr>
      <w:r>
        <w:t>此替代路线涵盖：成都大熊猫繁育研究基地 → 成都博物馆 → 宽窄巷子 → 人民公园</w:t>
      </w:r>
    </w:p>
    <w:p>
      <w:pPr>
        <w:widowControl/>
      </w:pPr>
      <w:r>
        <w:t>概述：方案A：参观成都熊猫基地 + 三星堆博物馆 + 锦里古街；方案B：参观成都熊猫基地 + 成都博物馆 + 宽窄谷 + 人民公园。（含早餐+午餐）</w:t>
      </w:r>
    </w:p>
    <w:p>
      <w:pPr>
        <w:widowControl/>
      </w:pPr>
      <w:r>
        <w:t>景点：3-4个标志性景点</w:t>
      </w:r>
    </w:p>
    <w:p>
      <w:pPr>
        <w:widowControl/>
      </w:pPr>
      <w:r>
        <w:t>交通与活动：车辆</w:t>
      </w:r>
    </w:p>
    <w:p>
      <w:pPr>
        <w:widowControl/>
      </w:pPr>
      <w:r>
        <w:t>用餐：早餐,午餐</w:t>
      </w:r>
    </w:p>
    <w:p>
      <w:pPr>
        <w:widowControl/>
      </w:pPr>
      <w:r>
        <w:t>住宿：舒适</w:t>
      </w:r>
    </w:p>
    <w:p>
      <w:pPr>
        <w:keepNext/>
        <w:widowControl/>
        <w:spacing w:before="240"/>
      </w:pPr>
      <w:r>
        <w:t>第8天 成都乘高铁至重庆：李子坝地铁站、魁星楼、解放碑、火锅晚餐、洪崖洞、千厮门大桥</w:t>
      </w:r>
    </w:p>
    <w:p>
      <w:pPr>
        <w:widowControl/>
      </w:pPr>
      <w:r>
        <w:t>今天上午，乘坐高铁从成都前往重庆，车程约1至2小时。欢迎来到重庆，这座著名的中国山城！</w:t>
      </w:r>
    </w:p>
    <w:p>
      <w:pPr>
        <w:widowControl/>
      </w:pPr>
      <w:r>
        <w:t>随后，与导游会合，前往李子坝地铁站，这里以著名的“列车穿楼”奇观而闻名。这一令人惊叹的工程奇迹使2号线成为必看的地标。我们将在专门的观景平台停留，让您观看单轨列车穿梭于公寓楼之间。</w:t>
      </w:r>
    </w:p>
    <w:p>
      <w:pPr>
        <w:widowControl/>
      </w:pPr>
      <w:r>
        <w:t>接下来，前往魁星楼，这里是重庆著名的“8D赛博朋克”氛围的核心地带，也是清代学子心中的圣地。您会踏上看似普通的地面广场，却发现自己实际上位于22层楼高的位置！</w:t>
      </w:r>
    </w:p>
    <w:p>
      <w:pPr>
        <w:widowControl/>
      </w:pPr>
      <w:r>
        <w:t>之后，参观解放碑，这座27.5米高的纪念碑建于1940年，象征着重庆在二战期间的坚韧精神。碑座是一个历史时间胶囊，保存着建碑时的文物。这里是拍摄“你好重庆”照片的标志性地点。</w:t>
      </w:r>
    </w:p>
    <w:p>
      <w:pPr>
        <w:widowControl/>
      </w:pPr>
      <w:r>
        <w:t>与团队一起享用火锅晚餐！在火锅的发源地，没有比这里更适合让您的味蕾挑战麻辣汤底的地方了。</w:t>
      </w:r>
    </w:p>
    <w:p>
      <w:pPr>
        <w:widowControl/>
      </w:pPr>
      <w:r>
        <w:t>接下来，游览洪崖洞，这是一组令人惊叹的传统吊脚楼建筑群，位于嘉陵江畔。以木制吊脚楼建筑和充满活力的氛围而闻名，是沿江漫步、欣赏重庆现代天际线壮丽景色的绝佳地点。</w:t>
      </w:r>
    </w:p>
    <w:p>
      <w:pPr>
        <w:widowControl/>
      </w:pPr>
      <w:r>
        <w:t>夜晚，崖壁上的建筑化身为璀璨的灯光秀。为了拍摄最佳照片，请走上红色的千厮门大桥。您将捕捉到城市建筑群灯火辉煌的著名鸟瞰景观。</w:t>
      </w:r>
    </w:p>
    <w:p>
      <w:pPr>
        <w:widowControl/>
      </w:pPr>
      <w:r>
        <w:t>之后，返回您在重庆市中心的酒店。</w:t>
      </w:r>
    </w:p>
    <w:p>
      <w:pPr>
        <w:widowControl/>
      </w:pPr>
      <w:r>
        <w:t>概述：通过李子坝、魁星楼探索8D重庆。在洪崖洞和千厮门大桥欣赏夜景。（含早餐+晚餐）</w:t>
      </w:r>
    </w:p>
    <w:p>
      <w:pPr>
        <w:widowControl/>
      </w:pPr>
      <w:r>
        <w:t>景点：5个景点</w:t>
      </w:r>
    </w:p>
    <w:p>
      <w:pPr>
        <w:widowControl/>
      </w:pPr>
      <w:r>
        <w:t>交通与活动：车辆、高铁</w:t>
      </w:r>
    </w:p>
    <w:p>
      <w:pPr>
        <w:widowControl/>
      </w:pPr>
      <w:r>
        <w:t>用餐：早餐、晚餐</w:t>
      </w:r>
    </w:p>
    <w:p>
      <w:pPr>
        <w:widowControl/>
      </w:pPr>
      <w:r>
        <w:t>住宿：舒适</w:t>
      </w:r>
    </w:p>
    <w:p>
      <w:pPr>
        <w:keepNext/>
        <w:widowControl/>
        <w:spacing w:before="240"/>
      </w:pPr>
      <w:r>
        <w:t>第9天 重庆至武隆至重庆｜天生三桥（含观光车及电梯）、玻璃观景台</w:t>
      </w:r>
    </w:p>
    <w:p>
      <w:pPr>
        <w:widowControl/>
      </w:pPr>
      <w:r>
        <w:t>今日乘车约2.5小时前往武隆喀斯特国家地质公园，这处联合国教科文组织世界遗产以壮观的天生三桥闻名。这片曾在《变形金刚》中出现的电影级景观，风光令人惊叹。</w:t>
      </w:r>
    </w:p>
    <w:p>
      <w:pPr>
        <w:widowControl/>
      </w:pPr>
      <w:r>
        <w:t>首先登上玻璃观景台，体验280米高空的眩晕视野，然后乘坐观光电梯深入峡谷。</w:t>
      </w:r>
    </w:p>
    <w:p>
      <w:pPr>
        <w:widowControl/>
      </w:pPr>
      <w:r>
        <w:t>沿步道徒步时，您将依次遇见：</w:t>
      </w:r>
    </w:p>
    <w:p>
      <w:pPr>
        <w:widowControl/>
      </w:pPr>
      <w:r>
        <w:t>天龙桥：首先迎接您的是“天龙”，这座巨大的石灰岩天然门洞无疑是公园内最雄伟的景观。</w:t>
      </w:r>
    </w:p>
    <w:p>
      <w:pPr>
        <w:widowControl/>
      </w:pPr>
      <w:r>
        <w:t>天福官驿：隐匿于峡谷之中的这座美丽古庭院，带您回溯时光，昔日官员曾以此为风景优美的休憩之所。</w:t>
      </w:r>
    </w:p>
    <w:p>
      <w:pPr>
        <w:widowControl/>
      </w:pPr>
      <w:r>
        <w:t>青龙桥：准备好相机拍摄“青龙”。它修长优雅的身姿被茂密森林环绕，是旅行照片中的热门之选。</w:t>
      </w:r>
    </w:p>
    <w:p>
      <w:pPr>
        <w:widowControl/>
      </w:pPr>
      <w:r>
        <w:t>黑龙桥：最后，欣赏“黑龙”雾气缭绕的神秘氛围，一条平静的溪流在高耸的岩顶下蜿蜒流淌。</w:t>
      </w:r>
    </w:p>
    <w:p>
      <w:pPr>
        <w:widowControl/>
      </w:pPr>
      <w:r>
        <w:t>注意事项：</w:t>
      </w:r>
    </w:p>
    <w:p>
      <w:pPr>
        <w:widowControl/>
      </w:pPr>
      <w:r>
        <w:t>鞋履：穿适合陡峭台阶和自然地形的支撑性鞋子。</w:t>
      </w:r>
    </w:p>
    <w:p>
      <w:pPr>
        <w:widowControl/>
      </w:pPr>
      <w:r>
        <w:t>补水：携带充足的水和零食，在徒步过程中保持体力。</w:t>
      </w:r>
    </w:p>
    <w:p>
      <w:pPr>
        <w:widowControl/>
      </w:pPr>
      <w:r>
        <w:t>摄影：使用广角镜头拍摄风景，并为相机做好防水保护。</w:t>
      </w:r>
    </w:p>
    <w:p>
      <w:pPr>
        <w:widowControl/>
      </w:pPr>
      <w:r>
        <w:t>衣着：穿着透气分层衣物，带上雨衣以应对峡谷凉爽潮湿的气候。</w:t>
      </w:r>
    </w:p>
    <w:p>
      <w:pPr>
        <w:widowControl/>
      </w:pPr>
      <w:r>
        <w:t>夜宿重庆市区。</w:t>
      </w:r>
    </w:p>
    <w:p>
      <w:pPr>
        <w:widowControl/>
      </w:pPr>
      <w:r>
        <w:t>概述：从重庆市区乘车前往武隆，游览天生三桥。（含早餐、午餐）</w:t>
      </w:r>
    </w:p>
    <w:p>
      <w:pPr>
        <w:widowControl/>
      </w:pPr>
      <w:r>
        <w:t>景点：1个景点</w:t>
      </w:r>
    </w:p>
    <w:p>
      <w:pPr>
        <w:widowControl/>
      </w:pPr>
      <w:r>
        <w:t>交通与活动：乘车</w:t>
      </w:r>
    </w:p>
    <w:p>
      <w:pPr>
        <w:widowControl/>
      </w:pPr>
      <w:r>
        <w:t>用餐：早餐、午餐</w:t>
      </w:r>
    </w:p>
    <w:p>
      <w:pPr>
        <w:widowControl/>
      </w:pPr>
      <w:r>
        <w:t>住宿：舒适</w:t>
      </w:r>
    </w:p>
    <w:p>
      <w:pPr>
        <w:keepNext/>
        <w:widowControl/>
        <w:spacing w:before="240"/>
      </w:pPr>
      <w:r>
        <w:t>第10天 重庆乘高铁至张家界，火车站接站并入住酒店</w:t>
      </w:r>
    </w:p>
    <w:p>
      <w:pPr>
        <w:widowControl/>
      </w:pPr>
      <w:r>
        <w:t>今天上午，乘坐2-3小时的高铁前往张家界，这座举世闻名的“阿凡达山”目的地。抵达后，我们的当地工作人员将接站，随后送您前往酒店。办理入住后，您可以自由活动，放松休息，或自行开始探索这座不可思议的城市。</w:t>
      </w:r>
    </w:p>
    <w:p>
      <w:pPr>
        <w:widowControl/>
      </w:pPr>
      <w:r>
        <w:t>概述：从重庆乘高铁抵达张家界，火车站接站，并入住酒店。（含早餐）</w:t>
      </w:r>
    </w:p>
    <w:p>
      <w:pPr>
        <w:widowControl/>
      </w:pPr>
      <w:r>
        <w:t>景点：自行探索</w:t>
      </w:r>
    </w:p>
    <w:p>
      <w:pPr>
        <w:widowControl/>
      </w:pPr>
      <w:r>
        <w:t>交通与活动：高铁、车辆</w:t>
      </w:r>
    </w:p>
    <w:p>
      <w:pPr>
        <w:widowControl/>
      </w:pPr>
      <w:r>
        <w:t>用餐：早餐</w:t>
      </w:r>
    </w:p>
    <w:p>
      <w:pPr>
        <w:widowControl/>
      </w:pPr>
      <w:r>
        <w:t>住宿：张家界市区</w:t>
      </w:r>
    </w:p>
    <w:p>
      <w:pPr>
        <w:keepNext/>
        <w:widowControl/>
        <w:spacing w:before="240"/>
      </w:pPr>
      <w:r>
        <w:t>第11天 张家界之旅：百龙电梯、袁家界、天子山</w:t>
      </w:r>
    </w:p>
    <w:p>
      <w:pPr>
        <w:widowControl/>
      </w:pPr>
      <w:r>
        <w:t>从张家界国家森林公园开始新的一天。您将有充足的时间感受武陵源的魅力，这片壮丽的景观中矗立着3000多座高耸的砂岩柱，仿佛置身于另一个世界。</w:t>
      </w:r>
    </w:p>
    <w:p>
      <w:pPr>
        <w:widowControl/>
      </w:pPr>
      <w:r>
        <w:t>首先，乘坐著名的百龙电梯，这是世界上最高的户外电梯，直达袁家界。您将步入《阿凡达》的奇幻世界，在那里可以拍摄巨大的哈利路亚山。沿着悬崖边的观景步道行走，探索“天下第一桥”等自然奇观。</w:t>
      </w:r>
    </w:p>
    <w:p>
      <w:pPr>
        <w:widowControl/>
      </w:pPr>
      <w:r>
        <w:t>接下来，游览天子山，被誉为“峰林之王”，得名于历史上的一位土家族首领。这座海拔1262米的联合国教科文组织世界遗产地以云海闻名，也是《西游记》的取景地。不要错过点将台，可观赏云雾缭绕的西海峰林，以及御笔峰——六根细长的石柱，传说中是皇帝御用的毛笔。</w:t>
      </w:r>
    </w:p>
    <w:p>
      <w:pPr>
        <w:widowControl/>
      </w:pPr>
      <w:r>
        <w:t>之后，步行至贺龙公园，瞻仰著名的贺龙元帅铜像。不要错过天子阁；它高30米，可360度俯瞰下方连绵不绝的山峰，令人叹为观止。</w:t>
      </w:r>
    </w:p>
    <w:p>
      <w:pPr>
        <w:widowControl/>
      </w:pPr>
      <w:r>
        <w:t>注意：为避免旺季拥挤，导游可能会调整游览顺序，确保您避开最大的旅游团。</w:t>
      </w:r>
    </w:p>
    <w:p>
      <w:pPr>
        <w:widowControl/>
      </w:pPr>
      <w:r>
        <w:t>随后送往武陵源的酒店。</w:t>
      </w:r>
    </w:p>
    <w:p>
      <w:pPr>
        <w:widowControl/>
      </w:pPr>
      <w:r>
        <w:t>概述：在武陵源风景区进行愉快的探索，游览袁家界、天子山。（含早餐+午餐）</w:t>
      </w:r>
    </w:p>
    <w:p>
      <w:pPr>
        <w:widowControl/>
      </w:pPr>
      <w:r>
        <w:t>景点：3个景点</w:t>
      </w:r>
    </w:p>
    <w:p>
      <w:pPr>
        <w:widowControl/>
      </w:pPr>
      <w:r>
        <w:t>交通与活动：车辆</w:t>
      </w:r>
    </w:p>
    <w:p>
      <w:pPr>
        <w:widowControl/>
      </w:pPr>
      <w:r>
        <w:t>用餐：早餐,午餐</w:t>
      </w:r>
    </w:p>
    <w:p>
      <w:pPr>
        <w:widowControl/>
      </w:pPr>
      <w:r>
        <w:t>住宿：武陵源</w:t>
      </w:r>
    </w:p>
    <w:p>
      <w:pPr>
        <w:keepNext/>
        <w:widowControl/>
        <w:spacing w:before="240"/>
      </w:pPr>
      <w:r>
        <w:t>第12天 张家界之旅：张家界大峡谷与宝峰湖</w:t>
      </w:r>
    </w:p>
    <w:p>
      <w:pPr>
        <w:widowControl/>
      </w:pPr>
      <w:r>
        <w:t>早餐后，从武陵源前往张家界大峡谷（车程约1.5小时，56公里）。</w:t>
      </w:r>
    </w:p>
    <w:p>
      <w:pPr>
        <w:widowControl/>
      </w:pPr>
      <w:r>
        <w:t>张家界大峡谷以清新的空气、瀑布和创纪录的玻璃桥而闻名。这座玻璃底步道横跨两座悬崖之间，在离森林地面300米高处，可欣赏到令人惊叹的景色。您可以挑战世界最高的蹦极（可选），或只是享受在云雾之上漂浮的感觉。这里是拍摄绝美照片和体验真正肾上腺素飙升的必游之地。</w:t>
      </w:r>
    </w:p>
    <w:p>
      <w:pPr>
        <w:widowControl/>
      </w:pPr>
      <w:r>
        <w:t>在玻璃桥上“颤抖”之后，前往宝峰湖放松身心。乘坐接驳车到码头，在清澈的水面上乘木船巡游。这座高山湖泊被绿树和引人注目的悬崖环绕，是放松的理想场所。当您在宁静的盆地中滑行时，您会喜欢山脉的绝美倒影和当地村民演唱的优美民歌。</w:t>
      </w:r>
    </w:p>
    <w:p>
      <w:pPr>
        <w:widowControl/>
      </w:pPr>
      <w:r>
        <w:t>返回武陵源的酒店好好休息。</w:t>
      </w:r>
    </w:p>
    <w:p>
      <w:pPr>
        <w:widowControl/>
      </w:pPr>
      <w:r>
        <w:t>概述：在张家界再逗留一天，游览张家界大峡谷和宝峰湖。（含早餐+午餐）</w:t>
      </w:r>
    </w:p>
    <w:p>
      <w:pPr>
        <w:widowControl/>
      </w:pPr>
      <w:r>
        <w:t>景点：2个景点</w:t>
      </w:r>
    </w:p>
    <w:p>
      <w:pPr>
        <w:widowControl/>
      </w:pPr>
      <w:r>
        <w:t>交通与活动：车辆</w:t>
      </w:r>
    </w:p>
    <w:p>
      <w:pPr>
        <w:widowControl/>
      </w:pPr>
      <w:r>
        <w:t>用餐：早餐,午餐</w:t>
      </w:r>
    </w:p>
    <w:p>
      <w:pPr>
        <w:widowControl/>
      </w:pPr>
      <w:r>
        <w:t>住宿：武陵源</w:t>
      </w:r>
    </w:p>
    <w:p>
      <w:pPr>
        <w:keepNext/>
        <w:widowControl/>
        <w:spacing w:before="240"/>
      </w:pPr>
      <w:r>
        <w:t>第13天 张家界天门山之旅：张家界机场送机，上海机场接机及酒店入住</w:t>
      </w:r>
    </w:p>
    <w:p>
      <w:pPr>
        <w:widowControl/>
      </w:pPr>
      <w:r>
        <w:t>早餐后，导游将陪同您前往壮丽的天门山。乘坐世界最长索道，体验令人惊叹的登山之旅，挑战著名的玻璃栈道，参观标志性的天门洞。您还将俯瞰壮观的通天大道，这一工程奇迹拥有99道弯。</w:t>
      </w:r>
    </w:p>
    <w:p>
      <w:pPr>
        <w:widowControl/>
      </w:pPr>
      <w:r>
        <w:t>首先，从市区乘坐世界最长索道（7455米，30分钟）前往天门山顶。从空中欣赏令人惊叹的天门洞和蜿蜒的通天大道。接下来，参观宁静的天门山寺，这是一座美丽的清代佛教圣地，坐落于山中茂密的森林中。</w:t>
      </w:r>
    </w:p>
    <w:p>
      <w:pPr>
        <w:widowControl/>
      </w:pPr>
      <w:r>
        <w:t>现在，在玻璃栈道上考验您的勇气，它悬于深谷上方1430米处，带来“空中漫步”般的奇妙体验。继续沿着1.6公里的悬崖栈道前行，这是嵌在山顶的工程奇迹。这些惊险的路径提供了无与伦比的空中景观。</w:t>
      </w:r>
    </w:p>
    <w:p>
      <w:pPr>
        <w:widowControl/>
      </w:pPr>
      <w:r>
        <w:t>接下来，乘坐扶梯下至天门洞，即著名的“天门”。这是一个令人难以置信的自然拱门，矗立在两座山峰之间，高超过131米，为世界最高。天门山是翼装飞行的首选地点。在游览期间，您可能会看到这项惊险的极限运动。</w:t>
      </w:r>
    </w:p>
    <w:p>
      <w:pPr>
        <w:widowControl/>
      </w:pPr>
      <w:r>
        <w:t>在这段难忘的时光之后，乘坐索道下山。</w:t>
      </w:r>
    </w:p>
    <w:p>
      <w:pPr>
        <w:widowControl/>
      </w:pPr>
      <w:r>
        <w:t>游览结束后，将送您前往机场，搭乘飞往上海的航班。抵达上海后，我们的当地工作人员将在机场出口迎接您，并送您至酒店。</w:t>
      </w:r>
    </w:p>
    <w:p>
      <w:pPr>
        <w:widowControl/>
      </w:pPr>
      <w:r>
        <w:t>概述：先游览张家界天门山，然后飞往上海。抵达上海，机场接机，入住酒店。（含早餐+午餐）</w:t>
      </w:r>
    </w:p>
    <w:p>
      <w:pPr>
        <w:widowControl/>
      </w:pPr>
      <w:r>
        <w:t>景点：1个景点</w:t>
      </w:r>
    </w:p>
    <w:p>
      <w:pPr>
        <w:widowControl/>
      </w:pPr>
      <w:r>
        <w:t>交通与活动：车辆、航班</w:t>
      </w:r>
    </w:p>
    <w:p>
      <w:pPr>
        <w:widowControl/>
      </w:pPr>
      <w:r>
        <w:t>用餐：早餐、午餐</w:t>
      </w:r>
    </w:p>
    <w:p>
      <w:pPr>
        <w:widowControl/>
      </w:pPr>
      <w:r>
        <w:t>住宿：舒适</w:t>
      </w:r>
    </w:p>
    <w:p>
      <w:pPr>
        <w:keepNext/>
        <w:widowControl/>
        <w:spacing w:before="240"/>
      </w:pPr>
      <w:r>
        <w:t>第14天 上海城市游：上海中心大厦、上海博物馆、豫园及豫园商城、南京路和外滩</w:t>
      </w:r>
    </w:p>
    <w:p>
      <w:pPr>
        <w:widowControl/>
      </w:pPr>
      <w:r>
        <w:t>今天，您将亲眼见证这座充满活力的城市为何被誉为“东方巴黎”。</w:t>
      </w:r>
    </w:p>
    <w:p>
      <w:pPr>
        <w:widowControl/>
      </w:pPr>
      <w:r>
        <w:t>首先，前往浦东，欣赏著名的陆家嘴天际线。您将登上上海中心大厦，这座世界第二高楼，搭乘时速达64公里的破纪录电梯。从118层观光厅俯瞰城市壮丽景色。俯视金茂大厦，领略上海360度的震撼天际线。</w:t>
      </w:r>
    </w:p>
    <w:p>
      <w:pPr>
        <w:widowControl/>
      </w:pPr>
      <w:r>
        <w:t>随后，参观上海博物馆，这座以“青铜鼎”为造型的地标建筑，象征着古代“天圆地方”的哲学。馆藏12万件文物，涵盖中国艺术5000年历史。探索青铜馆和陶瓷馆，欣赏拥有3000年历史的大克鼎和音律优美的苏侯编钟等杰作。</w:t>
      </w:r>
    </w:p>
    <w:p>
      <w:pPr>
        <w:widowControl/>
      </w:pPr>
      <w:r>
        <w:t>接下来，探索豫园，这座位于市中心的宁静历史胜地。您会喜欢精美的中式雕塑和传统园林设计。之后，前往附近热闹的豫园商城。这里是品尝美味街头小吃和挑选独特手工纪念品的好地方。</w:t>
      </w:r>
    </w:p>
    <w:p>
      <w:pPr>
        <w:widowControl/>
      </w:pPr>
      <w:r>
        <w:t>随后，漫步南京路，这条充满活力的步行街汇聚了全球品牌和历史建筑。下午在外滩结束行程，这是上海的首要地标。欣赏“万国建筑博览群”，由52座历史建筑组成。</w:t>
      </w:r>
    </w:p>
    <w:p>
      <w:pPr>
        <w:widowControl/>
      </w:pPr>
      <w:r>
        <w:t>注意：</w:t>
      </w:r>
    </w:p>
    <w:p>
      <w:pPr>
        <w:widowControl/>
      </w:pPr>
      <w:r>
        <w:t>周一，上海博物馆和豫园闭馆。此时，您的行程将改为参观上海博物馆东馆和城隍庙。</w:t>
      </w:r>
    </w:p>
    <w:p>
      <w:pPr>
        <w:widowControl/>
      </w:pPr>
      <w:r>
        <w:t>在旺季，上海博物馆的门票可能很难获得。如果发生这种情况，您的导游将带您前往上海博物馆东馆。</w:t>
      </w:r>
    </w:p>
    <w:p>
      <w:pPr>
        <w:widowControl/>
      </w:pPr>
      <w:r>
        <w:t>概述：通过上海博物馆、豫园、豫园商城、南京路、外滩和上海中心大厦，探索上海的古老与现代。（含早餐+午餐）</w:t>
      </w:r>
    </w:p>
    <w:p>
      <w:pPr>
        <w:widowControl/>
      </w:pPr>
      <w:r>
        <w:t>景点：5个标志性景点</w:t>
      </w:r>
    </w:p>
    <w:p>
      <w:pPr>
        <w:widowControl/>
      </w:pPr>
      <w:r>
        <w:t>交通与活动：车辆</w:t>
      </w:r>
    </w:p>
    <w:p>
      <w:pPr>
        <w:widowControl/>
      </w:pPr>
      <w:r>
        <w:t>用餐：早餐、午餐</w:t>
      </w:r>
    </w:p>
    <w:p>
      <w:pPr>
        <w:widowControl/>
      </w:pPr>
      <w:r>
        <w:t>住宿：舒适</w:t>
      </w:r>
    </w:p>
    <w:p>
      <w:pPr>
        <w:keepNext/>
        <w:widowControl/>
        <w:spacing w:before="240"/>
      </w:pPr>
      <w:r>
        <w:t>第15天 上海出发：酒店退房与机场送机</w:t>
      </w:r>
    </w:p>
    <w:p>
      <w:pPr>
        <w:widowControl/>
      </w:pPr>
      <w:r>
        <w:t>15天中国团体游结束，您可在上海自由活动，直至预定的送站时间。我们将送您前往机场或火车站，搭乘离境航班。</w:t>
      </w:r>
    </w:p>
    <w:p>
      <w:pPr>
        <w:widowControl/>
      </w:pPr>
      <w:r>
        <w:t>如果您想在行程结束后前往亚洲其他地方旅行，我们可以帮您规划更多行程。请告诉我们您的想法，我们将为您安排行程延伸，而不是直接送您回家。</w:t>
      </w:r>
    </w:p>
    <w:p>
      <w:pPr>
        <w:widowControl/>
      </w:pPr>
      <w:r>
        <w:t>感谢您选择亚洲奥德赛旅游开启中国之旅！我们很高兴能参与您的旅程，无论您何时准备开启下一次亚洲探索，我们随时在此为您服务。</w:t>
      </w:r>
    </w:p>
    <w:p>
      <w:pPr>
        <w:widowControl/>
      </w:pPr>
      <w:r>
        <w:t>概述：离开上海，中午12:00前酒店退房，机场送机。祝您一路平安。(B)</w:t>
      </w:r>
    </w:p>
    <w:p>
      <w:pPr>
        <w:widowControl/>
      </w:pPr>
      <w:r>
        <w:t>景点：今日自由探索</w:t>
      </w:r>
    </w:p>
    <w:p>
      <w:pPr>
        <w:widowControl/>
      </w:pPr>
      <w:r>
        <w:t>交通与活动：车辆</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15天中国大六边形跟团游（金三角、熊猫、赛博朋克、阿凡达）</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