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widowControl/>
        <w:spacing w:before="240"/>
      </w:pPr>
      <w:r>
        <w:t>15天中国水陆小团游：重庆、熊猫与长江游轮</w:t>
      </w:r>
    </w:p>
    <w:p>
      <w:pPr>
        <w:widowControl/>
      </w:pPr>
      <w:r>
        <w:t>线路编号：AOT-GT-031</w:t>
      </w:r>
    </w:p>
    <w:p>
      <w:pPr>
        <w:keepNext/>
        <w:widowControl/>
        <w:spacing w:before="240"/>
      </w:pPr>
      <w:r>
        <w:t>第1天 抵达北京｜接机与酒店入住</w:t>
      </w:r>
    </w:p>
    <w:p>
      <w:pPr>
        <w:widowControl/>
      </w:pPr>
      <w:r>
        <w:t>您好！欢迎来到北京！我们的当地工作人员将在机场或车站接您，专车送您前往酒店。今天剩余时间您可以放松休息、调整时差，或在周边逛逛。祝您在这座宏伟的历史古都度过第一个愉快的夜晚！</w:t>
      </w:r>
    </w:p>
    <w:p>
      <w:pPr>
        <w:widowControl/>
      </w:pPr>
      <w:r>
        <w:t>前往北京：</w:t>
      </w:r>
    </w:p>
    <w:p>
      <w:pPr>
        <w:widowControl/>
      </w:pPr>
      <w:r>
        <w:t>北京有大兴机场（PKX）和首都机场（PEK），与香港、上海等主要城市通航便利。如果想更快走陆路，可以乘坐高速铁路。前往北京的行程时间包括：从西安或上海出发约4-6小时，从郑州出发约2.5-3小时，从武汉出发约4-5小时，从哈尔滨出发约5-5.5小时等。</w:t>
      </w:r>
    </w:p>
    <w:p>
      <w:pPr>
        <w:widowControl/>
      </w:pPr>
      <w:r>
        <w:t>概述：抵达北京机场，接机，送往酒店并办理入住。</w:t>
      </w:r>
    </w:p>
    <w:p>
      <w:pPr>
        <w:widowControl/>
      </w:pPr>
      <w:r>
        <w:t>景点：今日自由探索</w:t>
      </w:r>
    </w:p>
    <w:p>
      <w:pPr>
        <w:widowControl/>
      </w:pPr>
      <w:r>
        <w:t>交通与活动：自行抵达北京；车辆</w:t>
      </w:r>
    </w:p>
    <w:p>
      <w:pPr>
        <w:widowControl/>
      </w:pPr>
      <w:r>
        <w:t>住宿：舒适</w:t>
      </w:r>
    </w:p>
    <w:p>
      <w:pPr>
        <w:keepNext/>
        <w:widowControl/>
        <w:spacing w:before="240"/>
      </w:pPr>
      <w:r>
        <w:t>第2天 北京城市游：天安门广场、故宫（周一闭馆）、景山公园、颐和园</w:t>
      </w:r>
    </w:p>
    <w:p>
      <w:pPr>
        <w:widowControl/>
      </w:pPr>
      <w:r>
        <w:t>用一整天时间探索北京的历史中心。您将参观著名的地标，了解这座城市的帝王历史，并漫步于令人惊叹的皇家园林。</w:t>
      </w:r>
    </w:p>
    <w:p>
      <w:pPr>
        <w:widowControl/>
      </w:pPr>
      <w:r>
        <w:t>早餐后，参观天安门广场，这是世界上最大的公共广场。这里现代历史丰富，是中国的标志性地点，也是拍摄天安门城楼的理想之地，这一世界闻名的背景每天都出现在中国中央电视台新闻联播中。</w:t>
      </w:r>
    </w:p>
    <w:p>
      <w:pPr>
        <w:widowControl/>
      </w:pPr>
      <w:r>
        <w:t>然后，穿过广场进入故宫，这是世界上最大的宫殿，也是联合国教科文组织世界遗产瑰宝。这里曾是24位皇帝的家，展示了500年的帝王历史。沿着中轴线漫步，欣赏古代建筑，然后前往景山公园。短暂攀登即可欣赏到广阔宫殿建筑群和现代北京高耸摩天大楼的壮丽全景。</w:t>
      </w:r>
    </w:p>
    <w:p>
      <w:pPr>
        <w:widowControl/>
      </w:pPr>
      <w:r>
        <w:t>接下来，乘车前往颐和园，这是一座美丽的昔日皇家园林。作为景观设计的杰作，其令人惊叹的寺庙和桥梁值得探索。悠闲漫步，欣赏皇家建筑和宁静景色。</w:t>
      </w:r>
    </w:p>
    <w:p>
      <w:pPr>
        <w:widowControl/>
      </w:pPr>
      <w:r>
        <w:t>注意：</w:t>
      </w:r>
    </w:p>
    <w:p>
      <w:pPr>
        <w:widowControl/>
      </w:pPr>
      <w:r>
        <w:t>游览景山公园请穿舒适的鞋子。登顶观景台的步行是可选的，可根据您的身体状况决定。</w:t>
      </w:r>
    </w:p>
    <w:p>
      <w:pPr>
        <w:widowControl/>
      </w:pPr>
      <w:r>
        <w:t>故宫每周一闭馆。周一游览时，我们提供参观天坛或恭王府作为替代。</w:t>
      </w:r>
    </w:p>
    <w:p>
      <w:pPr>
        <w:widowControl/>
      </w:pPr>
      <w:r>
        <w:t>概述：北京全日游，包括天安门广场、故宫、景山公园和颐和园。（含早餐+午餐）</w:t>
      </w:r>
    </w:p>
    <w:p>
      <w:pPr>
        <w:widowControl/>
      </w:pPr>
      <w:r>
        <w:t>景点：3个标志性景点</w:t>
      </w:r>
    </w:p>
    <w:p>
      <w:pPr>
        <w:widowControl/>
      </w:pPr>
      <w:r>
        <w:t>交通与活动：车辆</w:t>
      </w:r>
    </w:p>
    <w:p>
      <w:pPr>
        <w:widowControl/>
      </w:pPr>
      <w:r>
        <w:t>用餐：早餐、午餐</w:t>
      </w:r>
    </w:p>
    <w:p>
      <w:pPr>
        <w:widowControl/>
      </w:pPr>
      <w:r>
        <w:t>住宿：舒适</w:t>
      </w:r>
    </w:p>
    <w:p>
      <w:pPr>
        <w:keepNext/>
        <w:widowControl/>
        <w:spacing w:before="240"/>
      </w:pPr>
      <w:r>
        <w:t>第3天 北京长城之旅：慕田峪长城，远观鸟巢与水立方</w:t>
      </w:r>
    </w:p>
    <w:p>
      <w:pPr>
        <w:widowControl/>
      </w:pPr>
      <w:r>
        <w:t>早餐后，向西北方向前往慕田峪长城。这里以23座明代敌楼和清静的氛围而闻名。乘坐缆车到达14号敌楼后，沿风景优美的西侧线路游览。如果您体力充沛，可以徒步至第20座敌楼，眺望古老防御工事的开阔全景。这是感受雄伟景色、圆长城之梦的理想方式。</w:t>
      </w:r>
    </w:p>
    <w:p>
      <w:pPr>
        <w:widowControl/>
      </w:pPr>
      <w:r>
        <w:t>结束这段难得的旅程后，返回北京市区，拍摄鸟巢和水立方。这两座著名建筑是为2008年奥运会而建，也曾用于2022年冬奥会。</w:t>
      </w:r>
    </w:p>
    <w:p>
      <w:pPr>
        <w:widowControl/>
      </w:pPr>
      <w:r>
        <w:t>随后返回酒店，今晚好好休息。</w:t>
      </w:r>
    </w:p>
    <w:p>
      <w:pPr>
        <w:widowControl/>
      </w:pPr>
      <w:r>
        <w:t>概述：乘坐缆车往返游览慕田峪长城，返回市区途中远观鸟巢与水立方。（含早餐+午餐）</w:t>
      </w:r>
    </w:p>
    <w:p>
      <w:pPr>
        <w:widowControl/>
      </w:pPr>
      <w:r>
        <w:t>景点：3个景点</w:t>
      </w:r>
    </w:p>
    <w:p>
      <w:pPr>
        <w:widowControl/>
      </w:pPr>
      <w:r>
        <w:t>交通与活动：乘车</w:t>
      </w:r>
    </w:p>
    <w:p>
      <w:pPr>
        <w:widowControl/>
      </w:pPr>
      <w:r>
        <w:t>用餐：早餐,午餐</w:t>
      </w:r>
    </w:p>
    <w:p>
      <w:pPr>
        <w:widowControl/>
      </w:pPr>
      <w:r>
        <w:t>住宿：舒适</w:t>
      </w:r>
    </w:p>
    <w:p>
      <w:pPr>
        <w:keepNext/>
        <w:widowControl/>
        <w:spacing w:before="240"/>
      </w:pPr>
      <w:r>
        <w:t>第4天 北京乘高铁至西安，游览大雁塔与回民街</w:t>
      </w:r>
    </w:p>
    <w:p>
      <w:pPr>
        <w:widowControl/>
      </w:pPr>
      <w:r>
        <w:t>早餐后，乘坐高铁前往西安（4.5–5.5小时），这座历经13个朝代的古都。抵达后，在车站出口与您的私人司机会合，随后送您前往酒店。在这座古老的文化中心度过第一个夜晚。</w:t>
      </w:r>
    </w:p>
    <w:p>
      <w:pPr>
        <w:widowControl/>
      </w:pPr>
      <w:r>
        <w:t>下午游览大雁塔，它位于宁静的大慈恩寺内。这座著名的七层塔始建于公元652年，用于存放僧人玄奘从印度带回的佛教典籍。他这段不可思议的旅程启发了经典故事《西游记》。</w:t>
      </w:r>
    </w:p>
    <w:p>
      <w:pPr>
        <w:widowControl/>
      </w:pPr>
      <w:r>
        <w:t>之后，漫步回民街，这个热闹的500米区域是当地回族社区的生活中心。您可以品尝一些著名的街头小吃。一定要尝尝肉夹馍、羊肉泡馍，或者来一碗著名的Biangbiang面。</w:t>
      </w:r>
    </w:p>
    <w:p>
      <w:pPr>
        <w:widowControl/>
      </w:pPr>
      <w:r>
        <w:t>概述：离开北京，乘坐高铁抵达西安，火车站接站。游览大雁塔、回民街。（含早餐）</w:t>
      </w:r>
    </w:p>
    <w:p>
      <w:pPr>
        <w:widowControl/>
      </w:pPr>
      <w:r>
        <w:t>景点：2个景点</w:t>
      </w:r>
    </w:p>
    <w:p>
      <w:pPr>
        <w:widowControl/>
      </w:pPr>
      <w:r>
        <w:t>交通与活动：车辆、高铁</w:t>
      </w:r>
    </w:p>
    <w:p>
      <w:pPr>
        <w:widowControl/>
      </w:pPr>
      <w:r>
        <w:t>用餐：早餐</w:t>
      </w:r>
    </w:p>
    <w:p>
      <w:pPr>
        <w:widowControl/>
      </w:pPr>
      <w:r>
        <w:t>住宿：舒适</w:t>
      </w:r>
    </w:p>
    <w:p>
      <w:pPr>
        <w:keepNext/>
        <w:widowControl/>
        <w:spacing w:before="240"/>
      </w:pPr>
      <w:r>
        <w:t>第5天 西安城市游：兵马俑、古城墙、钟楼（或鼓楼）</w:t>
      </w:r>
    </w:p>
    <w:p>
      <w:pPr>
        <w:widowControl/>
      </w:pPr>
      <w:r>
        <w:t>早餐后，乘车40公里前往兵马俑博物馆。这座考古奇观由秦始皇建造，拥有8000尊真人大小的雕像。参观一号坑，观赏6000名士兵和战马，然后探索二号坑复杂的战斗阵型，包括弓箭手和战车。这些杰作展示了古代军事的精确性，旨在保护皇帝永恒的来世。</w:t>
      </w:r>
    </w:p>
    <w:p>
      <w:pPr>
        <w:widowControl/>
      </w:pPr>
      <w:r>
        <w:t>接下来，前往古城墙，这是中国保存最完好的防御工事之一。您可以沿着这座宏伟的建筑轻松漫步，经过瞭望塔和护城河。从顶部，您可以欣赏到古代建筑与西安现代天际线之间的独特对比。</w:t>
      </w:r>
    </w:p>
    <w:p>
      <w:pPr>
        <w:widowControl/>
      </w:pPr>
      <w:r>
        <w:t>之后，参观钟楼或鼓楼，一座拥有600年历史的明代地标。夜晚灯光璀璨时，它看起来令人惊叹，展现了古代历史与现代城市的融合。随后，前往钟鼓楼广场，享受当地的夜生活。</w:t>
      </w:r>
    </w:p>
    <w:p>
      <w:pPr>
        <w:widowControl/>
      </w:pPr>
      <w:r>
        <w:t>概述：西安历史之旅，包含兵马俑、古城墙和钟楼（或鼓楼）。（含早餐+午餐）</w:t>
      </w:r>
    </w:p>
    <w:p>
      <w:pPr>
        <w:widowControl/>
      </w:pPr>
      <w:r>
        <w:t>景点：3个景点</w:t>
      </w:r>
    </w:p>
    <w:p>
      <w:pPr>
        <w:widowControl/>
      </w:pPr>
      <w:r>
        <w:t>交通与活动：车辆</w:t>
      </w:r>
    </w:p>
    <w:p>
      <w:pPr>
        <w:widowControl/>
      </w:pPr>
      <w:r>
        <w:t>用餐：早餐,午餐</w:t>
      </w:r>
    </w:p>
    <w:p>
      <w:pPr>
        <w:widowControl/>
      </w:pPr>
      <w:r>
        <w:t>住宿：舒适</w:t>
      </w:r>
    </w:p>
    <w:p>
      <w:pPr>
        <w:keepNext/>
        <w:widowControl/>
        <w:spacing w:before="240"/>
      </w:pPr>
      <w:r>
        <w:t>第6天 西安乘高铁至成都，成都火车站接站并入住酒店</w:t>
      </w:r>
    </w:p>
    <w:p>
      <w:pPr>
        <w:widowControl/>
      </w:pPr>
      <w:r>
        <w:t>今天，您将乘坐高铁前往成都，车程约3至4小时。抵达后，我们的当地工作人员将在车站出口接您，并安排私人专车送您前往市中心的酒店。下午自由活动，您可以探索这座悠闲的城市——它以大熊猫和麻辣的四川美食闻名。</w:t>
      </w:r>
    </w:p>
    <w:p>
      <w:pPr>
        <w:widowControl/>
      </w:pPr>
      <w:r>
        <w:t>概述：从西安乘坐高铁抵达成都，火车站接站，并入住酒店。（含早餐）</w:t>
      </w:r>
    </w:p>
    <w:p>
      <w:pPr>
        <w:widowControl/>
      </w:pPr>
      <w:r>
        <w:t>景点：2个景点</w:t>
      </w:r>
    </w:p>
    <w:p>
      <w:pPr>
        <w:widowControl/>
      </w:pPr>
      <w:r>
        <w:t>交通与活动：车辆、高铁</w:t>
      </w:r>
    </w:p>
    <w:p>
      <w:pPr>
        <w:widowControl/>
      </w:pPr>
      <w:r>
        <w:t>用餐：早餐</w:t>
      </w:r>
    </w:p>
    <w:p>
      <w:pPr>
        <w:widowControl/>
      </w:pPr>
      <w:r>
        <w:t>住宿：舒适</w:t>
      </w:r>
    </w:p>
    <w:p>
      <w:pPr>
        <w:keepNext/>
        <w:widowControl/>
        <w:spacing w:before="240"/>
      </w:pPr>
      <w:r>
        <w:t>第7天 成都经典游：成都大熊猫基地、三星堆博物馆、锦里古街（或旺季B计划：市区游览）</w:t>
      </w:r>
    </w:p>
    <w:p>
      <w:pPr>
        <w:widowControl/>
      </w:pPr>
      <w:r>
        <w:t>今天，在成都大熊猫繁育研究基地实现你的熊猫梦，这里是全球最大的圈养大熊猫机构。你会看到它们玩耍、进食，甚至可能在育幼室看到新生的幼崽。别忘了参观可爱的红熊猫，并探索熊猫博物馆的秘密。</w:t>
      </w:r>
    </w:p>
    <w:p>
      <w:pPr>
        <w:widowControl/>
      </w:pPr>
      <w:r>
        <w:t>注意：建议尽早抵达，因为大熊猫在凉爽的早晨更为活跃。</w:t>
      </w:r>
    </w:p>
    <w:p>
      <w:pPr>
        <w:widowControl/>
      </w:pPr>
      <w:r>
        <w:t>今天下午，驱车一小时前往三星堆遗址博物馆。这是一处世界级的考古宝藏，你将在这里发现3000年前的古蜀国。青铜神树和著名的纵目面具不容错过。金杖和早期陶器也都有展出，全都展示了一个令人难以置信的文明，彻底改变了四川地区的历史。</w:t>
      </w:r>
    </w:p>
    <w:p>
      <w:pPr>
        <w:widowControl/>
      </w:pPr>
      <w:r>
        <w:t>在锦里古街结束你的一天，这是一处拥有1800年历史的地标，反映了蜀国遗产。以传统建筑和热闹活力闻名的这条石板路地标，提供了理想的环境，让你品尝正宗四川小吃、浏览手工艺品，并体验历史成都丰富的文化氛围和充满活力的街头生活。</w:t>
      </w:r>
    </w:p>
    <w:p>
      <w:pPr>
        <w:widowControl/>
      </w:pPr>
      <w:r>
        <w:t>B计划：成都市区游览（不含三星堆博物馆）</w:t>
      </w:r>
    </w:p>
    <w:p>
      <w:pPr>
        <w:widowControl/>
      </w:pPr>
      <w:r>
        <w:t>三星堆博物馆门票在旺季有限。如果无法获取，你的行程将调整为包含全日成都市区游览。</w:t>
      </w:r>
    </w:p>
    <w:p>
      <w:pPr>
        <w:widowControl/>
      </w:pPr>
      <w:r>
        <w:t>此替代路线包括：成都大熊猫繁育研究基地 → 成都博物馆 → 宽窄巷子 → 人民公园</w:t>
      </w:r>
    </w:p>
    <w:p>
      <w:pPr>
        <w:widowControl/>
      </w:pPr>
      <w:r>
        <w:t>概述：A计划：参观成都大熊猫基地 + 三星堆博物馆 + 锦里古街；B计划：参观成都大熊猫基地 + 成都博物馆 + 宽窄巷子 + 人民公园。(B+L)</w:t>
      </w:r>
    </w:p>
    <w:p>
      <w:pPr>
        <w:widowControl/>
      </w:pPr>
      <w:r>
        <w:t>景点：3-4个标志性景点</w:t>
      </w:r>
    </w:p>
    <w:p>
      <w:pPr>
        <w:widowControl/>
      </w:pPr>
      <w:r>
        <w:t>交通与活动：车辆</w:t>
      </w:r>
    </w:p>
    <w:p>
      <w:pPr>
        <w:widowControl/>
      </w:pPr>
      <w:r>
        <w:t>用餐：早餐、午餐</w:t>
      </w:r>
    </w:p>
    <w:p>
      <w:pPr>
        <w:widowControl/>
      </w:pPr>
      <w:r>
        <w:t>住宿：舒适</w:t>
      </w:r>
    </w:p>
    <w:p>
      <w:pPr>
        <w:keepNext/>
        <w:widowControl/>
        <w:spacing w:before="240"/>
      </w:pPr>
      <w:r>
        <w:t>第8天 成都乘高铁至重庆：李子坝轻轨、魁星楼、解放碑、火锅晚餐、洪崖洞、千厮门大桥</w:t>
      </w:r>
    </w:p>
    <w:p>
      <w:pPr>
        <w:widowControl/>
      </w:pPr>
      <w:r>
        <w:t>早上从成都乘坐高铁前往重庆（约1至2小时）。欢迎来到“山城”，这座建筑奇迹，也是中国西南地区最具活力的城市中心之一。</w:t>
      </w:r>
    </w:p>
    <w:p>
      <w:pPr>
        <w:widowControl/>
      </w:pPr>
      <w:r>
        <w:t>接下来，与导游会合，前往著名的李子坝轻轨站。在这里，您可以看到列车直接穿居民楼而过的惊人景象！这一独特的工程让2号线成为当地巨大的地标。我们会确保到达观景平台，让您好好观赏。</w:t>
      </w:r>
    </w:p>
    <w:p>
      <w:pPr>
        <w:widowControl/>
      </w:pPr>
      <w:r>
        <w:t>然后，前往魁星楼，这是捕捉重庆“8D赛博朋克”能量的标志性建筑。它也是清代学者的圣地。您会走到一个普通的地面广场，低头一看才意识到自己实际上站在22层楼高的地方。</w:t>
      </w:r>
    </w:p>
    <w:p>
      <w:pPr>
        <w:widowControl/>
      </w:pPr>
      <w:r>
        <w:t>之后，前往解放碑，在那里可以拍下经典的“你好重庆”照片。这座27.5米高的碑不仅是一个美丽的地标；它建于1940年，是为了纪念这座城市在二战期间的英勇。碑基甚至内置了一个时间胶囊，保存着建碑当天的历史珍品。</w:t>
      </w:r>
    </w:p>
    <w:p>
      <w:pPr>
        <w:widowControl/>
      </w:pPr>
      <w:r>
        <w:t>到了团体火锅晚餐时间！既然您所在的城市正是这道菜的正宗发源地，这里是考验您吃辣能力的完美地点。</w:t>
      </w:r>
    </w:p>
    <w:p>
      <w:pPr>
        <w:widowControl/>
      </w:pPr>
      <w:r>
        <w:t>接下来，探索洪崖洞，这是一个俯瞰嘉陵江的非凡传统吊脚楼建筑群。以其木质吊脚楼建筑而闻名，这个充满活力的地方提供了如画般的江畔景色。</w:t>
      </w:r>
    </w:p>
    <w:p>
      <w:pPr>
        <w:widowControl/>
      </w:pPr>
      <w:r>
        <w:t>夜幕降临时，为了获得无与伦比的视角，踏上红色的千厮门大桥。这个观景点提供了重庆璀璨建筑奇观的经典鸟瞰视角。</w:t>
      </w:r>
    </w:p>
    <w:p>
      <w:pPr>
        <w:widowControl/>
      </w:pPr>
      <w:r>
        <w:t>之后，返回您在重庆市中心的酒店。</w:t>
      </w:r>
    </w:p>
    <w:p>
      <w:pPr>
        <w:widowControl/>
      </w:pPr>
      <w:r>
        <w:t>概述：通过李子坝、魁星楼探索8D重庆。在洪崖洞和千厮门大桥欣赏夜景。（含早餐+晚餐）</w:t>
      </w:r>
    </w:p>
    <w:p>
      <w:pPr>
        <w:widowControl/>
      </w:pPr>
      <w:r>
        <w:t>景点：5个景点</w:t>
      </w:r>
    </w:p>
    <w:p>
      <w:pPr>
        <w:widowControl/>
      </w:pPr>
      <w:r>
        <w:t>交通与活动：高铁、车辆</w:t>
      </w:r>
    </w:p>
    <w:p>
      <w:pPr>
        <w:widowControl/>
      </w:pPr>
      <w:r>
        <w:t>用餐：早餐、晚餐</w:t>
      </w:r>
    </w:p>
    <w:p>
      <w:pPr>
        <w:widowControl/>
      </w:pPr>
      <w:r>
        <w:t>住宿：舒适</w:t>
      </w:r>
    </w:p>
    <w:p>
      <w:pPr>
        <w:keepNext/>
        <w:widowControl/>
        <w:spacing w:before="240"/>
      </w:pPr>
      <w:r>
        <w:t>第9天 重庆 - 武隆 - 重庆｜天生三桥（含观光车和电梯）、玻璃观景台</w:t>
      </w:r>
    </w:p>
    <w:p>
      <w:pPr>
        <w:widowControl/>
      </w:pPr>
      <w:r>
        <w:t>早餐后，乘车前往武隆喀斯特国家地质公园（车程约2.5小时），这处联合国教科文组织世界遗产以天生三桥闻名。《变形金刚》系列电影曾在此取景，想要欣赏壮观的喀斯特地貌和电影般景色的游客不容错过。</w:t>
      </w:r>
    </w:p>
    <w:p>
      <w:pPr>
        <w:widowControl/>
      </w:pPr>
      <w:r>
        <w:t>先到玻璃观景台，体验280米高处的视野。然后乘坐观光电梯下到深谷底部，开始游览：</w:t>
      </w:r>
    </w:p>
    <w:p>
      <w:pPr>
        <w:widowControl/>
      </w:pPr>
      <w:r>
        <w:t>首先参观天龙桥，这是公园内最宏伟的石灰岩天生桥，随后探索天福官驿，一座位于峡谷内的精致历史驿站。</w:t>
      </w:r>
    </w:p>
    <w:p>
      <w:pPr>
        <w:widowControl/>
      </w:pPr>
      <w:r>
        <w:t>接着前往青龙桥，这座优雅的喀斯特天生桥掩映在茂密森林中，非常适合拍照。最后感受黑龙桥的神秘氛围，一条宁静的溪流在高耸的岩顶下蜿蜒流过，为这段喀斯特之旅画上句号。</w:t>
      </w:r>
    </w:p>
    <w:p>
      <w:pPr>
        <w:widowControl/>
      </w:pPr>
      <w:r>
        <w:t>注意事项：</w:t>
      </w:r>
    </w:p>
    <w:p>
      <w:pPr>
        <w:widowControl/>
      </w:pPr>
      <w:r>
        <w:t>鞋子：穿舒适的步行鞋，以应对陡峭的台阶和自然地面。</w:t>
      </w:r>
    </w:p>
    <w:p>
      <w:pPr>
        <w:widowControl/>
      </w:pPr>
      <w:r>
        <w:t>补水：带足饮用水和小零食，以免疲劳。</w:t>
      </w:r>
    </w:p>
    <w:p>
      <w:pPr>
        <w:widowControl/>
      </w:pPr>
      <w:r>
        <w:t>摄影：使用广角镜头拍摄大场景，并为相机准备防水袋。</w:t>
      </w:r>
    </w:p>
    <w:p>
      <w:pPr>
        <w:widowControl/>
      </w:pPr>
      <w:r>
        <w:t>衣物：穿多层衣物，并携带雨衣，以应对峡谷内凉爽潮湿的天气。</w:t>
      </w:r>
    </w:p>
    <w:p>
      <w:pPr>
        <w:widowControl/>
      </w:pPr>
      <w:r>
        <w:t>夜宿重庆市中心。</w:t>
      </w:r>
    </w:p>
    <w:p>
      <w:pPr>
        <w:widowControl/>
      </w:pPr>
      <w:r>
        <w:t>概述：从重庆市乘车前往武隆，参观天生三桥。（含早餐、午餐）</w:t>
      </w:r>
    </w:p>
    <w:p>
      <w:pPr>
        <w:widowControl/>
      </w:pPr>
      <w:r>
        <w:t>景点：1个景点</w:t>
      </w:r>
    </w:p>
    <w:p>
      <w:pPr>
        <w:widowControl/>
      </w:pPr>
      <w:r>
        <w:t>交通与活动：乘车</w:t>
      </w:r>
    </w:p>
    <w:p>
      <w:pPr>
        <w:widowControl/>
      </w:pPr>
      <w:r>
        <w:t>用餐：早餐,午餐</w:t>
      </w:r>
    </w:p>
    <w:p>
      <w:pPr>
        <w:widowControl/>
      </w:pPr>
      <w:r>
        <w:t>住宿：舒适</w:t>
      </w:r>
    </w:p>
    <w:p>
      <w:pPr>
        <w:keepNext/>
        <w:widowControl/>
        <w:spacing w:before="240"/>
      </w:pPr>
      <w:r>
        <w:t>第10天 登上长江游轮</w:t>
      </w:r>
    </w:p>
    <w:p>
      <w:pPr>
        <w:widowControl/>
      </w:pPr>
      <w:r>
        <w:t>今天，您将被送往重庆朝天门港登船。办理长江游轮入住手续后，您可自由享受下午时光，探索充满活力的江岸区域。您的游轮体验将于21:00正式开始。</w:t>
      </w:r>
    </w:p>
    <w:p>
      <w:pPr>
        <w:widowControl/>
      </w:pPr>
      <w:r>
        <w:t>备注：</w:t>
      </w:r>
    </w:p>
    <w:p>
      <w:pPr>
        <w:widowControl/>
      </w:pPr>
      <w:r>
        <w:t>码头信息咨询：请提前24小时或于游轮出发当天早上致电游轮，确认出发码头。</w:t>
      </w:r>
    </w:p>
    <w:p>
      <w:pPr>
        <w:widowControl/>
      </w:pPr>
      <w:r>
        <w:t>预计时间：所有列出的时间均为近似时间，可能因天气和航行条件而变化。</w:t>
      </w:r>
    </w:p>
    <w:p>
      <w:pPr>
        <w:widowControl/>
      </w:pPr>
      <w:r>
        <w:t>可变因素：出发码头和时间可能因水位、季节性变化和当地天气而有所不同。</w:t>
      </w:r>
    </w:p>
    <w:p>
      <w:pPr>
        <w:widowControl/>
      </w:pPr>
      <w:r>
        <w:t>从重庆转至丰都登船的须知：</w:t>
      </w:r>
    </w:p>
    <w:p>
      <w:pPr>
        <w:widowControl/>
      </w:pPr>
      <w:r>
        <w:t>如遇极端水位，游轮将安排巴士将您从重庆送至丰都（约2.5小时）登船。这种情况最可能发生在3月、4月、7月或8月。我们的旅行顾问将关注情况，并提前通知任何转乘安排。</w:t>
      </w:r>
    </w:p>
    <w:p>
      <w:pPr>
        <w:widowControl/>
      </w:pPr>
      <w:r>
        <w:t>概述：在朝天门港登上您的长江游轮。（含早餐）</w:t>
      </w:r>
    </w:p>
    <w:p>
      <w:pPr>
        <w:widowControl/>
      </w:pPr>
      <w:r>
        <w:t>景点：自由自行探索</w:t>
      </w:r>
    </w:p>
    <w:p>
      <w:pPr>
        <w:widowControl/>
      </w:pPr>
      <w:r>
        <w:t>交通与活动：车辆</w:t>
      </w:r>
    </w:p>
    <w:p>
      <w:pPr>
        <w:widowControl/>
      </w:pPr>
      <w:r>
        <w:t>用餐：早餐</w:t>
      </w:r>
    </w:p>
    <w:p>
      <w:pPr>
        <w:widowControl/>
      </w:pPr>
      <w:r>
        <w:t>住宿：舒适</w:t>
      </w:r>
    </w:p>
    <w:p>
      <w:pPr>
        <w:keepNext/>
        <w:widowControl/>
        <w:spacing w:before="240"/>
      </w:pPr>
      <w:r>
        <w:t>第11天 长江游轮：丰都鬼城或类似景点岸上观光</w:t>
      </w:r>
    </w:p>
    <w:p>
      <w:pPr>
        <w:widowControl/>
      </w:pPr>
      <w:r>
        <w:t>今天，您的游轮将沿着长江静静前行。您可以睡到自然醒，在柔和的阳光下欣赏美丽的江景。享用自助早餐，开启新的一天！游轮上有许多特别的活动。您可以下船游览古老的中国景点，也可以留在船上放松身心，了解中国文化。</w:t>
      </w:r>
    </w:p>
    <w:p>
      <w:pPr>
        <w:widowControl/>
      </w:pPr>
      <w:r>
        <w:t>上午，跟随当地英语导游参观丰都鬼城。这里有许多古老的寺庙和纪念建筑。您可以了解著名的阴间故事，看到各种中国鬼怪和恶魔。</w:t>
      </w:r>
    </w:p>
    <w:p>
      <w:pPr>
        <w:widowControl/>
      </w:pPr>
      <w:r>
        <w:t>或者，您也可以自费参加石宝寨宝塔的可选行程。它是世界八大奇观建筑之一。您可以登上12层高的红色木塔，欣赏长江的壮丽景色。</w:t>
      </w:r>
    </w:p>
    <w:p>
      <w:pPr>
        <w:widowControl/>
      </w:pPr>
      <w:r>
        <w:t>注意：</w:t>
      </w:r>
    </w:p>
    <w:p>
      <w:pPr>
        <w:widowControl/>
      </w:pPr>
      <w:r>
        <w:t>以上行程仅供参考。根据游轮公司的不同，部分景点和行程可能会略有差异。我们将根据您的特殊需求和兴趣，帮助您选择最合适的游轮。</w:t>
      </w:r>
    </w:p>
    <w:p>
      <w:pPr>
        <w:widowControl/>
      </w:pPr>
      <w:r>
        <w:t>概述：享受丰都鬼城岸上观光，在船上放松，或参加文化活动增添乐趣。（含早餐+午餐+晚餐）</w:t>
      </w:r>
    </w:p>
    <w:p>
      <w:pPr>
        <w:widowControl/>
      </w:pPr>
      <w:r>
        <w:t>景点：1个景点</w:t>
      </w:r>
    </w:p>
    <w:p>
      <w:pPr>
        <w:widowControl/>
      </w:pPr>
      <w:r>
        <w:t>交通与活动：游轮</w:t>
      </w:r>
    </w:p>
    <w:p>
      <w:pPr>
        <w:widowControl/>
      </w:pPr>
      <w:r>
        <w:t>用餐：早餐、午餐、晚餐</w:t>
      </w:r>
    </w:p>
    <w:p>
      <w:pPr>
        <w:widowControl/>
      </w:pPr>
      <w:r>
        <w:t>住宿：舒适</w:t>
      </w:r>
    </w:p>
    <w:p>
      <w:pPr>
        <w:keepNext/>
        <w:widowControl/>
        <w:spacing w:before="240"/>
      </w:pPr>
      <w:r>
        <w:t>第12天 长江游轮：三峡与神女溪或类似行程</w:t>
      </w:r>
    </w:p>
    <w:p>
      <w:pPr>
        <w:widowControl/>
      </w:pPr>
      <w:r>
        <w:t>今天，您有一整天的时间欣赏美丽的三峡。首先，您将航行经过瞿塘峡，这里以高耸的悬崖和令人惊叹的夔门而闻名。接下来，您将穿过巫峡，这里非常宁静而美丽。最后，您将看到西陵峡，以湍急的水流和崎岖的岩石著称。您可以聆听导游讲述的故事，并在船上欣赏令人叹为观止的景色。</w:t>
      </w:r>
    </w:p>
    <w:p>
      <w:pPr>
        <w:widowControl/>
      </w:pPr>
      <w:r>
        <w:t>今天下午，前往神女溪享受轻松的旅程。您将换乘小船，沿着宁静的河流前行。这样您可以看到高耸的山脉和岩石上古老的悬棺。如果您愿意，可以和当地的土家族导游一起唱歌跳舞，了解他们独特的文化。</w:t>
      </w:r>
    </w:p>
    <w:p>
      <w:pPr>
        <w:widowControl/>
      </w:pPr>
      <w:r>
        <w:t>今晚，您将与其他客人一起参加船长告别晚会。你们将共进丰盛的晚餐，庆祝美好旅程的结束。</w:t>
      </w:r>
    </w:p>
    <w:p>
      <w:pPr>
        <w:widowControl/>
      </w:pPr>
      <w:r>
        <w:t>注意：</w:t>
      </w:r>
    </w:p>
    <w:p>
      <w:pPr>
        <w:widowControl/>
      </w:pPr>
      <w:r>
        <w:t>此参考行程可能会根据游轮供应商进行微调。可用的岸上观光和每日日程因船而异。我们将协助您评估选项，确保您预订最合适的游轮。</w:t>
      </w:r>
    </w:p>
    <w:p>
      <w:pPr>
        <w:widowControl/>
      </w:pPr>
      <w:r>
        <w:t>概述：享受神女溪岸上观光，欣赏三峡风光。（含早餐+午餐+晚餐）</w:t>
      </w:r>
    </w:p>
    <w:p>
      <w:pPr>
        <w:widowControl/>
      </w:pPr>
      <w:r>
        <w:t>景点：1个景点</w:t>
      </w:r>
    </w:p>
    <w:p>
      <w:pPr>
        <w:widowControl/>
      </w:pPr>
      <w:r>
        <w:t>交通与活动：游轮</w:t>
      </w:r>
    </w:p>
    <w:p>
      <w:pPr>
        <w:widowControl/>
      </w:pPr>
      <w:r>
        <w:t>用餐：早餐、午餐、晚餐</w:t>
      </w:r>
    </w:p>
    <w:p>
      <w:pPr>
        <w:widowControl/>
      </w:pPr>
      <w:r>
        <w:t>住宿：舒适</w:t>
      </w:r>
    </w:p>
    <w:p>
      <w:pPr>
        <w:keepNext/>
        <w:widowControl/>
        <w:spacing w:before="240"/>
      </w:pPr>
      <w:r>
        <w:t>第13天 长江游轮至宜昌，高铁前往上海，上海火车站接站并入住酒店</w:t>
      </w:r>
    </w:p>
    <w:p>
      <w:pPr>
        <w:widowControl/>
      </w:pPr>
      <w:r>
        <w:t>早餐后，您将办理退房，并在茅坪港下船。今天您将参观三峡大坝，这是中国最大的水利工程。您可以看到巨大的大坝和船闸。大坝非常庞大，高181米，横跨长江，全长2,335米。</w:t>
      </w:r>
    </w:p>
    <w:p>
      <w:pPr>
        <w:widowControl/>
      </w:pPr>
      <w:r>
        <w:t>自选体验：您可以选择体验世界上最大的升船机。它就像三峡大坝上为船只准备的巨型电梯。这是一种全新而令人兴奋的方式，让游客可以从水面近距离观赏这座巨大的水坝。</w:t>
      </w:r>
    </w:p>
    <w:p>
      <w:pPr>
        <w:widowControl/>
      </w:pPr>
      <w:r>
        <w:t>参观大坝后，您将乘坐旅游巴士前往宜昌三峡游客中心游轮码头，时间大约在12:30或13:00。今天下午，您将前往火车站，乘坐高铁前往上海。行程大约需要6至7小时。抵达后，司机将接您，并直接送您前往上海市中心的酒店。</w:t>
      </w:r>
    </w:p>
    <w:p>
      <w:pPr>
        <w:widowControl/>
      </w:pPr>
      <w:r>
        <w:t>注意：</w:t>
      </w:r>
    </w:p>
    <w:p>
      <w:pPr>
        <w:widowControl/>
      </w:pPr>
      <w:r>
        <w:t>退房：请在酒店前台办理退房，并将行李寄存在那里。游轮公司会将您的行李运送到三峡游客中心。</w:t>
      </w:r>
    </w:p>
    <w:p>
      <w:pPr>
        <w:widowControl/>
      </w:pPr>
      <w:r>
        <w:t>参观大坝：如果您只参观三峡大坝，您将在约12:30抵达宜昌。</w:t>
      </w:r>
    </w:p>
    <w:p>
      <w:pPr>
        <w:widowControl/>
      </w:pPr>
      <w:r>
        <w:t>升船机：如果您选择额外的升船机行程，您将在约13:30抵达宜昌。</w:t>
      </w:r>
    </w:p>
    <w:p>
      <w:pPr>
        <w:widowControl/>
      </w:pPr>
      <w:r>
        <w:t>概述：参观三峡大坝，并从宜昌乘坐高铁前往上海。抵达上海后接站，并入住酒店。（含早餐）</w:t>
      </w:r>
    </w:p>
    <w:p>
      <w:pPr>
        <w:widowControl/>
      </w:pPr>
      <w:r>
        <w:t>景点：1个景点</w:t>
      </w:r>
    </w:p>
    <w:p>
      <w:pPr>
        <w:widowControl/>
      </w:pPr>
      <w:r>
        <w:t>交通与活动：游轮、高铁、车辆</w:t>
      </w:r>
    </w:p>
    <w:p>
      <w:pPr>
        <w:widowControl/>
      </w:pPr>
      <w:r>
        <w:t>用餐：早餐</w:t>
      </w:r>
    </w:p>
    <w:p>
      <w:pPr>
        <w:widowControl/>
      </w:pPr>
      <w:r>
        <w:t>住宿：舒适</w:t>
      </w:r>
    </w:p>
    <w:p>
      <w:pPr>
        <w:keepNext/>
        <w:widowControl/>
        <w:spacing w:before="240"/>
      </w:pPr>
      <w:r>
        <w:t>第14天 上海城市游：上海中心大厦、上海博物馆、豫园及豫园商城、南京路及外滩</w:t>
      </w:r>
    </w:p>
    <w:p>
      <w:pPr>
        <w:widowControl/>
      </w:pPr>
      <w:r>
        <w:t>今天，您将明白为什么人们称上海为“东方巴黎”。您将了解它著名的历史和美丽的风格。</w:t>
      </w:r>
    </w:p>
    <w:p>
      <w:pPr>
        <w:widowControl/>
      </w:pPr>
      <w:r>
        <w:t>首先，前往浦东参观著名的陆家嘴建筑群。您将登上上海中心大厦，这是世界第二高楼。电梯非常快，速度达64公里/小时。从118层，您可以欣赏到整个城市的美丽景色。您可以俯瞰金茂大厦，一览上海全貌。</w:t>
      </w:r>
    </w:p>
    <w:p>
      <w:pPr>
        <w:widowControl/>
      </w:pPr>
      <w:r>
        <w:t>之后，前往上海博物馆。该建筑看起来像古老的“青铜鼎”，体现了“天圆地方”的理念。它拥有12万件中国古代艺术珍品，跨越5000年历史。在青铜和陶瓷馆，您可以看到3000年前的大克鼎和音乐编钟。</w:t>
      </w:r>
    </w:p>
    <w:p>
      <w:pPr>
        <w:widowControl/>
      </w:pPr>
      <w:r>
        <w:t>接下来，参观豫园，这是市中心一个安静而古老的地方。您会喜欢美丽的中国雕像和传统园林风格。之后，前往附近热闹的豫园商城。这里是品尝美味街头小吃和购买特色手工礼品的好地方。</w:t>
      </w:r>
    </w:p>
    <w:p>
      <w:pPr>
        <w:widowControl/>
      </w:pPr>
      <w:r>
        <w:t>然后，沿着南京路漫步。这是一条繁忙的步行街，有许多著名商店和古老建筑。下午在外滩结束，这是上海最著名的地方。您可以看到沿江的52栋历史建筑。</w:t>
      </w:r>
    </w:p>
    <w:p>
      <w:pPr>
        <w:widowControl/>
      </w:pPr>
      <w:r>
        <w:t>注意：</w:t>
      </w:r>
    </w:p>
    <w:p>
      <w:pPr>
        <w:widowControl/>
      </w:pPr>
      <w:r>
        <w:t>周一，上海博物馆和豫园闭馆。在这些日子，您将改为参观上海博物馆东馆和城隍庙。</w:t>
      </w:r>
    </w:p>
    <w:p>
      <w:pPr>
        <w:widowControl/>
      </w:pPr>
      <w:r>
        <w:t>在旺季，有时很难买到上海博物馆的门票。如果发生这种情况，您的导游将带您前往上海博物馆东馆。</w:t>
      </w:r>
    </w:p>
    <w:p>
      <w:pPr>
        <w:widowControl/>
      </w:pPr>
      <w:r>
        <w:t>概述：通过上海博物馆、豫园、豫园商城、南京路、外滩和上海中心大厦，探索上海的古老与现代。（含早餐+午餐）</w:t>
      </w:r>
    </w:p>
    <w:p>
      <w:pPr>
        <w:widowControl/>
      </w:pPr>
      <w:r>
        <w:t>景点：5个标志性景点</w:t>
      </w:r>
    </w:p>
    <w:p>
      <w:pPr>
        <w:widowControl/>
      </w:pPr>
      <w:r>
        <w:t>交通与活动：车辆</w:t>
      </w:r>
    </w:p>
    <w:p>
      <w:pPr>
        <w:widowControl/>
      </w:pPr>
      <w:r>
        <w:t>用餐：早餐、午餐</w:t>
      </w:r>
    </w:p>
    <w:p>
      <w:pPr>
        <w:widowControl/>
      </w:pPr>
      <w:r>
        <w:t>住宿：舒适</w:t>
      </w:r>
    </w:p>
    <w:p>
      <w:pPr>
        <w:keepNext/>
        <w:widowControl/>
        <w:spacing w:before="240"/>
      </w:pPr>
      <w:r>
        <w:t>第15天 上海出发：酒店退房与送机</w:t>
      </w:r>
    </w:p>
    <w:p>
      <w:pPr>
        <w:widowControl/>
      </w:pPr>
      <w:r>
        <w:t>您为期15天的中国团体游今天结束。您可以在上海自由活动，直到出发时间。我们将送您前往机场或火车站，搭乘您的航班或列车。</w:t>
      </w:r>
    </w:p>
    <w:p>
      <w:pPr>
        <w:widowControl/>
      </w:pPr>
      <w:r>
        <w:t>如果行程结束后您想游览亚洲更多地方，我们可以帮助您规划更多旅行。请告诉我们您的想法，我们会为您安排更长的旅程，而不是直接送您回家。</w:t>
      </w:r>
    </w:p>
    <w:p>
      <w:pPr>
        <w:widowControl/>
      </w:pPr>
      <w:r>
        <w:t>感谢您选择亚洲奥德赛旅游参加您的中国之旅。我们很高兴能为您安排这段旅程，并期待在未来的亚洲旅行计划中继续为您提供帮助。</w:t>
      </w:r>
    </w:p>
    <w:p>
      <w:pPr>
        <w:widowControl/>
      </w:pPr>
      <w:r>
        <w:t>概述：离开上海，中午12:00前退房，送机。祝您旅途平安。（含早餐）</w:t>
      </w:r>
    </w:p>
    <w:p>
      <w:pPr>
        <w:widowControl/>
      </w:pPr>
      <w:r>
        <w:t>景点：今日自由探索</w:t>
      </w:r>
    </w:p>
    <w:p>
      <w:pPr>
        <w:widowControl/>
      </w:pPr>
      <w:r>
        <w:t>交通与活动：车辆</w:t>
      </w:r>
    </w:p>
    <w:p>
      <w:pPr>
        <w:widowControl/>
      </w:pPr>
      <w:r>
        <w:t>用餐：早餐</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eastAsia="Noto Sans CJK SC"/>
      <w:b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line="276" w:lineRule="auto"/>
      <w:outlineLvl w:val="0"/>
    </w:pPr>
    <w:rPr>
      <w:rFonts w:asciiTheme="majorHAnsi" w:eastAsiaTheme="majorEastAsia" w:hAnsiTheme="majorHAnsi" w:cstheme="majorBidi" w:ascii="Arial" w:hAnsi="Arial" w:eastAsia="Noto Sans CJK SC"/>
      <w:b w:val="0"/>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76" w:lineRule="auto"/>
      <w:contextualSpacing/>
    </w:pPr>
    <w:rPr>
      <w:rFonts w:asciiTheme="majorHAnsi" w:eastAsiaTheme="majorEastAsia" w:hAnsiTheme="majorHAnsi" w:cstheme="majorBidi" w:ascii="Arial" w:hAnsi="Arial" w:eastAsia="Noto Sans CJK SC"/>
      <w:b w:val="0"/>
      <w:color w:val="000000"/>
      <w:spacing w:val="5"/>
      <w:kern w:val="28"/>
      <w:sz w:val="2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15天中国水陆小团游：重庆、熊猫与长江游轮</dc:title>
  <dc:subject/>
  <dc:creator>Asia Odyssey Travel</dc:creator>
  <cp:keywords/>
  <dc:description>generated by python-docx</dc:description>
  <cp:lastModifiedBy/>
  <cp:revision>1</cp:revision>
  <dcterms:created xsi:type="dcterms:W3CDTF">2013-12-23T23:15:00Z</dcterms:created>
  <dcterms:modified xsi:type="dcterms:W3CDTF">2013-12-23T23:15:00Z</dcterms:modified>
  <cp:category/>
</cp:coreProperties>
</file>