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8 Days Chengdu Chongqing Zhangjiajie Small Group Tour: Panda, Cyberpunk &amp; Avatar</w:t>
      </w:r>
    </w:p>
    <w:p>
      <w:pPr>
        <w:widowControl/>
      </w:pPr>
      <w:r>
        <w:t>Product code: AOT-GT-033</w:t>
      </w:r>
    </w:p>
    <w:p>
      <w:pPr>
        <w:keepNext/>
        <w:widowControl/>
        <w:spacing w:before="240"/>
      </w:pPr>
      <w:r>
        <w:t>Day 1 Arrival in Chengdu (Airport Pick-up and Hotel Check-in)</w:t>
      </w:r>
    </w:p>
    <w:p>
      <w:pPr>
        <w:widowControl/>
      </w:pPr>
      <w:r>
        <w:t>Welcome to Chengdu, the home of the giant panda! Our local staff will meet you at the airport or station for a seamless transfer to your downtown hotel. Enjoy the rest of the day at your leisure to rest or explore the local neighborhood at your own pace.</w:t>
      </w:r>
    </w:p>
    <w:p>
      <w:pPr>
        <w:widowControl/>
      </w:pPr>
      <w:r>
        <w:t>Get to Chengdu:</w:t>
      </w:r>
    </w:p>
    <w:p>
      <w:pPr>
        <w:widowControl/>
      </w:pPr>
      <w:r>
        <w:t>Chengdu is highly accessible via two international airports—Shuangliu and Tianfu—serving major domestic and global hubs like Hong Kong, Beijing, and Shanghai. Additionally, high-speed rail offers efficient connections from Xian (3-4 hours), Chongqing (1.5-2hours), Guiyang (3.5-4.5 hours), Kunming (6-6.5hours), Shanghai (12.5-14.5 hours), etc.</w:t>
      </w:r>
    </w:p>
    <w:p>
      <w:pPr>
        <w:widowControl/>
      </w:pPr>
      <w:r>
        <w:t>Free Time Ideas: We highly recommend trying an authentic Sichuan hot pot or catching a Sichuan Opera performance to make the most of your night.</w:t>
      </w:r>
    </w:p>
    <w:p>
      <w:pPr>
        <w:widowControl/>
      </w:pPr>
      <w:r>
        <w:t>Overview: Arrive in Chengdu, pick-up from the airport/train station, and hotel check in. (B)</w:t>
      </w:r>
    </w:p>
    <w:p>
      <w:pPr>
        <w:widowControl/>
      </w:pPr>
      <w:r>
        <w:t>Attractions: explore freely today</w:t>
      </w:r>
    </w:p>
    <w:p>
      <w:pPr>
        <w:widowControl/>
      </w:pPr>
      <w:r>
        <w:t>Transport and activities: Arrive in Chengdu by yourself</w:t>
      </w:r>
    </w:p>
    <w:p>
      <w:pPr>
        <w:widowControl/>
      </w:pPr>
      <w:r>
        <w:t>Accommodation: Comfortable</w:t>
      </w:r>
    </w:p>
    <w:p>
      <w:pPr>
        <w:keepNext/>
        <w:widowControl/>
        <w:spacing w:before="240"/>
      </w:pPr>
      <w:r>
        <w:t>Day 2 Chengdu Classic Tour | Chengdu Panda Base, Sanxingdui Museum, Jinli Old Street (or Plan B: City Tour in Peak Season)</w:t>
      </w:r>
    </w:p>
    <w:p>
      <w:pPr>
        <w:widowControl/>
      </w:pPr>
      <w:r>
        <w:t>In the morning, drive to the Chengdu Research Base of Giant Panda Breeding, home to the world's largest captive panda population. Observe giant pandas of all ages playing and eating, and look for newborn cubs in the nurseries during autumn. Don't miss the charming red pandas and the Panda Museum to uncover fascinating insights into these beloved creatures.</w:t>
      </w:r>
    </w:p>
    <w:p>
      <w:pPr>
        <w:widowControl/>
      </w:pPr>
      <w:r>
        <w:t>Note: Since pandas prefer cooler temperatures, we recommend an early arrival when they are most active. During the heat of the day, they typically move indoors to rest and sleep.</w:t>
      </w:r>
    </w:p>
    <w:p>
      <w:pPr>
        <w:widowControl/>
      </w:pPr>
      <w:r>
        <w:t>Spend the afternoon exploring the Sanxingdui Site Museum, a premier archaeological marvel showcasing a 3,000 to 5,000-year-old civilization. Encounter world-class treasures like the towering Bronze Sacred Tree, the enigmatic Vertical-eyed Mask, and the Gold Scepter. These bronze, jade, and gold relics offer a fascinating window into the ancient Shu Kingdom's sophisticated artistry.</w:t>
      </w:r>
    </w:p>
    <w:p>
      <w:pPr>
        <w:widowControl/>
      </w:pPr>
      <w:r>
        <w:t>Afterward, return to downtown Chengdu for a relaxing stroll through Jinli Old Street. With over 1,800 years of history, this stone-paved lane vividly showcases the ancient culture of the Shu Kingdom. Enjoy exploring a vibrant atmosphere filled with authentic local snacks, traditional handicrafts, and engaging folk performances.</w:t>
      </w:r>
    </w:p>
    <w:p>
      <w:pPr>
        <w:widowControl/>
      </w:pPr>
      <w:r>
        <w:t>Plan B: Chengdu Downtown City Tour (No Sanxingdui Museum)</w:t>
      </w:r>
    </w:p>
    <w:p>
      <w:pPr>
        <w:widowControl/>
      </w:pPr>
      <w:r>
        <w:t>Please note that Sanxingdui Museum tickets can be difficult to secure during peak season. If tickets are unavailable, your itinerary will be adjusted to include a comprehensive Chengdu city tour instead.</w:t>
      </w:r>
    </w:p>
    <w:p>
      <w:pPr>
        <w:widowControl/>
      </w:pPr>
      <w:r>
        <w:t>The updated itinerary includes: Chengdu Research Base of Giant Panda Breeding → Chengdu Museum → Kuanzhai Alley → Renmin Park.</w:t>
      </w:r>
    </w:p>
    <w:p>
      <w:pPr>
        <w:widowControl/>
      </w:pPr>
      <w:r>
        <w:t>Overview: Plan A: Visit Chengdu Panda Base + Sanxingdui Museum + Jinli Old Street; Plan B: Visit Chengdu Panda Base + Chengdu Museum + Kuanzhai Valley + Renmin Park. (B+L)</w:t>
      </w:r>
    </w:p>
    <w:p>
      <w:pPr>
        <w:widowControl/>
      </w:pPr>
      <w:r>
        <w:t>Attractions: 3-4 iconic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3 Chengdu to Chongqing by High Speed Train | Liziba Metro, Kuixing Building, Jiefangbei, Hot Pot Dinner, Hongya Cave, Qiansimen Bridge</w:t>
      </w:r>
    </w:p>
    <w:p>
      <w:pPr>
        <w:widowControl/>
      </w:pPr>
      <w:r>
        <w:t>This morning, board a high-speed train for a scenic 1 to 2-hour journey from Chengdu to Chongqing. Welcome to China's spectacular "Mountain City," a vibrant metropolis famous for its dramatic landscapes and soaring architecture.</w:t>
      </w:r>
    </w:p>
    <w:p>
      <w:pPr>
        <w:widowControl/>
      </w:pPr>
      <w:r>
        <w:t>Then, head to Liziba Metro Station to witness the iconic "train through a building" phenomenon. This unique engineering feat on Line 2 has become a world-famous landmark. We will visit the dedicated viewing platform, watching the monorail glide directly through a residential complex.</w:t>
      </w:r>
    </w:p>
    <w:p>
      <w:pPr>
        <w:widowControl/>
      </w:pPr>
      <w:r>
        <w:t>Next, visit Kuixing Building, the centerpiece of Chongqing's "8D cyberpunk" landscape and a historic site for Qing Dynasty scholars. Experience Chongqing's surreal geography at a plaza that feels like ground level, only to reveal you are actually 22 stories.</w:t>
      </w:r>
    </w:p>
    <w:p>
      <w:pPr>
        <w:widowControl/>
      </w:pPr>
      <w:r>
        <w:t>Next, visit Jiefangbei, a 27.5-meter monument symbolizing Chongqing's WWII resilience. Its base serves as a historical time capsule, preserving local artifacts. It is the city's most iconic landmark and the perfect spot for your "Hello Chongqing" photo.</w:t>
      </w:r>
    </w:p>
    <w:p>
      <w:pPr>
        <w:widowControl/>
      </w:pPr>
      <w:r>
        <w:t>Enjoy a group hot pot dinner in its legendary birthplace! It is the perfect opportunity to challenge your palate with authentic, fiery broths.</w:t>
      </w:r>
    </w:p>
    <w:p>
      <w:pPr>
        <w:widowControl/>
      </w:pPr>
      <w:r>
        <w:t>Next, visit Hongya Cave, a stunning complex of traditional stilted buildings along the Jialing River. Renowned for its diaojiaolou architecture, this vibrant site offers a perfect riverside stroll with breathtaking views of Chongqing's illuminated modern skyline.</w:t>
      </w:r>
    </w:p>
    <w:p>
      <w:pPr>
        <w:widowControl/>
      </w:pPr>
      <w:r>
        <w:t>At night, the cliffside transforms into a dazzling light display. For the ultimate photo, walk onto Qiansimen Bridge to capture a stunning bird's-eye view of the city's glowing skyline.</w:t>
      </w:r>
    </w:p>
    <w:p>
      <w:pPr>
        <w:widowControl/>
      </w:pPr>
      <w:r>
        <w:t>After that, return to your hotel in Chongqing downtown area.</w:t>
      </w:r>
    </w:p>
    <w:p>
      <w:pPr>
        <w:widowControl/>
      </w:pPr>
      <w:r>
        <w:t>Overview: Discover 8D Chongqing through Liziba, Kuixing Building. Enjoy night view at Hongya Cave and Qiansimen Bridge. (B+D)</w:t>
      </w:r>
    </w:p>
    <w:p>
      <w:pPr>
        <w:widowControl/>
      </w:pPr>
      <w:r>
        <w:t>Attractions: 5 sites</w:t>
      </w:r>
    </w:p>
    <w:p>
      <w:pPr>
        <w:widowControl/>
      </w:pPr>
      <w:r>
        <w:t>Transport and activities: vehicle, high speed train</w:t>
      </w:r>
    </w:p>
    <w:p>
      <w:pPr>
        <w:widowControl/>
      </w:pPr>
      <w:r>
        <w:t>Meals: Breakfast, Dinner</w:t>
      </w:r>
    </w:p>
    <w:p>
      <w:pPr>
        <w:widowControl/>
      </w:pPr>
      <w:r>
        <w:t>Accommodation: Comfortable</w:t>
      </w:r>
    </w:p>
    <w:p>
      <w:pPr>
        <w:keepNext/>
        <w:widowControl/>
        <w:spacing w:before="240"/>
      </w:pPr>
      <w:r>
        <w:t>Day 4 Chongqing - Wulong - Chongqing | Three Natural Bridges (Sightseeing Bus &amp; Elevator Included), Glass Observation Deck</w:t>
      </w:r>
    </w:p>
    <w:p>
      <w:pPr>
        <w:widowControl/>
      </w:pPr>
      <w:r>
        <w:t>Today, enjoy a 2.5-hour drive to the Wulong Karst National Geological Park, a UNESCO World Heritage site. Famous for its towering Three Natural Bridges, this cinematic landscape served as a filming location for Transformers.</w:t>
      </w:r>
    </w:p>
    <w:p>
      <w:pPr>
        <w:widowControl/>
      </w:pPr>
      <w:r>
        <w:t>Begin your visit at the glass observation deck for a breathtaking 280-meter-high view, then board the sightseeing elevator for a dramatic descent deep into gorge.</w:t>
      </w:r>
    </w:p>
    <w:p>
      <w:pPr>
        <w:widowControl/>
      </w:pPr>
      <w:r>
        <w:t>As you explore the trail, you'll discover:</w:t>
      </w:r>
    </w:p>
    <w:p>
      <w:pPr>
        <w:widowControl/>
      </w:pPr>
      <w:r>
        <w:t>Tianlong Bridge (Heavenly Dragon): This massive limestone gateway stands as the park's most imposing and majestic landmark.</w:t>
      </w:r>
    </w:p>
    <w:p>
      <w:pPr>
        <w:widowControl/>
      </w:pPr>
      <w:r>
        <w:t>Tianfu Official Post: Tucked deep in the gorge, this restored ancient courtyard offers a unique glimpse into the life of historic officials.</w:t>
      </w:r>
    </w:p>
    <w:p>
      <w:pPr>
        <w:widowControl/>
      </w:pPr>
      <w:r>
        <w:t>Qinglong Bridge (Azure Dragon): Known for graceful, slender arches and lush forest surroundings, it is a favorite spot for photography.</w:t>
      </w:r>
    </w:p>
    <w:p>
      <w:pPr>
        <w:widowControl/>
      </w:pPr>
      <w:r>
        <w:t>Heilong Bridge (Black Dragon): Experience a misty, atmospheric setting where a quiet stream winds beneath a towering, darkened stone ceiling.</w:t>
      </w:r>
    </w:p>
    <w:p>
      <w:pPr>
        <w:widowControl/>
      </w:pPr>
      <w:r>
        <w:t>Note:</w:t>
      </w:r>
    </w:p>
    <w:p>
      <w:pPr>
        <w:widowControl/>
      </w:pPr>
      <w:r>
        <w:t>Footwear: Wear supportive shoes suitable for steep stairs and rugged terrain.</w:t>
      </w:r>
    </w:p>
    <w:p>
      <w:pPr>
        <w:widowControl/>
      </w:pPr>
      <w:r>
        <w:t>Hydration: Carry plenty of water and snacks to maintain energy during the trek.</w:t>
      </w:r>
    </w:p>
    <w:p>
      <w:pPr>
        <w:widowControl/>
      </w:pPr>
      <w:r>
        <w:t>Photography: Use a wide-angle lens for landscapes and bring waterproof protection for your gear.</w:t>
      </w:r>
    </w:p>
    <w:p>
      <w:pPr>
        <w:widowControl/>
      </w:pPr>
      <w:r>
        <w:t>Clothing: Dress in breathable layers and include a raincoat for the damp canyon climate.</w:t>
      </w:r>
    </w:p>
    <w:p>
      <w:pPr>
        <w:widowControl/>
      </w:pPr>
      <w:r>
        <w:t>Stay overnight in downtown Chongqing.</w:t>
      </w:r>
    </w:p>
    <w:p>
      <w:pPr>
        <w:widowControl/>
      </w:pPr>
      <w:r>
        <w:t>Overview: Get to Wulong by vehicle from Chongqing city, visit Three Natural Bridges. (B, L)</w:t>
      </w:r>
    </w:p>
    <w:p>
      <w:pPr>
        <w:widowControl/>
      </w:pPr>
      <w:r>
        <w:t>Attractions: 1 site</w:t>
      </w:r>
    </w:p>
    <w:p>
      <w:pPr>
        <w:widowControl/>
      </w:pPr>
      <w:r>
        <w:t>Transport and activities: vehicle</w:t>
      </w:r>
    </w:p>
    <w:p>
      <w:pPr>
        <w:widowControl/>
      </w:pPr>
      <w:r>
        <w:t>Meals: Breakfast,Lunch</w:t>
      </w:r>
    </w:p>
    <w:p>
      <w:pPr>
        <w:widowControl/>
      </w:pPr>
      <w:r>
        <w:t>Accommodation: Comfortable</w:t>
      </w:r>
    </w:p>
    <w:p>
      <w:pPr>
        <w:keepNext/>
        <w:widowControl/>
        <w:spacing w:before="240"/>
      </w:pPr>
      <w:r>
        <w:t>Day 5 Chongqing to Zhangjiajie by High Speed Train | Train Station Pick-up &amp; Hotel Check-in</w:t>
      </w:r>
    </w:p>
    <w:p>
      <w:pPr>
        <w:widowControl/>
      </w:pPr>
      <w:r>
        <w:t>This morning, board a high-speed train this morning for a 2-3 hour journey Zhangjiajie, the inspiration for the world-famous "Avatar Mountains." Upon arrival, our local team will provide a seamless transfer to your hotel. Following check-in, enjoy some leisure time to unwind or begin exploring the city at your own pace.</w:t>
      </w:r>
    </w:p>
    <w:p>
      <w:pPr>
        <w:widowControl/>
      </w:pPr>
      <w:r>
        <w:t>Overview: Get to Zhangjiajie by high speed train from Chongqing, train station pick-up, and hotel check-in. (B)</w:t>
      </w:r>
    </w:p>
    <w:p>
      <w:pPr>
        <w:widowControl/>
      </w:pPr>
      <w:r>
        <w:t>Attractions: explore on your own</w:t>
      </w:r>
    </w:p>
    <w:p>
      <w:pPr>
        <w:widowControl/>
      </w:pPr>
      <w:r>
        <w:t>Transport and activities: High speed train, vehicle</w:t>
      </w:r>
    </w:p>
    <w:p>
      <w:pPr>
        <w:widowControl/>
      </w:pPr>
      <w:r>
        <w:t>Meals: Breakfast</w:t>
      </w:r>
    </w:p>
    <w:p>
      <w:pPr>
        <w:widowControl/>
      </w:pPr>
      <w:r>
        <w:t>Accommodation: Zhangjiajie downtown</w:t>
      </w:r>
    </w:p>
    <w:p>
      <w:pPr>
        <w:keepNext/>
        <w:widowControl/>
        <w:spacing w:before="240"/>
      </w:pPr>
      <w:r>
        <w:t>Day 6 Zhangjiajie Tour | Bailong Elevator, Yuanjiajie, Tianzi Mountain</w:t>
      </w:r>
    </w:p>
    <w:p>
      <w:pPr>
        <w:widowControl/>
      </w:pPr>
      <w:r>
        <w:t>Spend your day exploring Zhangjiajie National Forest Park, where you'll experience the magic of Wulingyuan. It's an incredible landscape with over 3,000 towering sandstone pillars that make you feel like you've stepped onto another planet.</w:t>
      </w:r>
    </w:p>
    <w:p>
      <w:pPr>
        <w:widowControl/>
      </w:pPr>
      <w:r>
        <w:t>First, ascend to Yuanjiajie via the Bailong Elevator, the world's tallest outdoor lift. Step into the surreal world that inspired Avatar to photograph the massive Hallelujah Mountains, then follow the scenic cliffside trail to discover marvels like the First Bridge Under Heaven.</w:t>
      </w:r>
    </w:p>
    <w:p>
      <w:pPr>
        <w:widowControl/>
      </w:pPr>
      <w:r>
        <w:t>Next, visit Tianzi Mountain, the "King of Peaks," named after a historic Tujia leader. This UNESCO-listed site stands 1,262 meters high and is famous for its ethereal sea of clouds. Explore iconic filming locations from Journey to the West, taking in the misty West Sea Peaks from Dianjiangtai Platform. Finally, admire the Imperial Writing Brush Peaks, where slender stone pillars resemble calligraphy pens used by an ancient emperor.</w:t>
      </w:r>
    </w:p>
    <w:p>
      <w:pPr>
        <w:widowControl/>
      </w:pPr>
      <w:r>
        <w:t>Later, visit He Long Park to view the prominent bronze statue of the Marshal. Afterward, ascend the 30-meter Tianzige Pavilion for a breathtaking 360-degree panorama, offering an unrivaled vantage point over the endless, towering mountain peaks below.</w:t>
      </w:r>
    </w:p>
    <w:p>
      <w:pPr>
        <w:widowControl/>
      </w:pPr>
      <w:r>
        <w:t>Note: To avoid peak-season crowds, your guide may reverse the itinerary, allowing you to stay ahead of the largest tourist groups.</w:t>
      </w:r>
    </w:p>
    <w:p>
      <w:pPr>
        <w:widowControl/>
      </w:pPr>
      <w:r>
        <w:t>Overview: Have a nice exploration at Wulingyuan Scenic Area to see Yuanjiajie, Tianzi Mountain. (B+L)</w:t>
      </w:r>
    </w:p>
    <w:p>
      <w:pPr>
        <w:widowControl/>
      </w:pPr>
      <w:r>
        <w:t>Attractions: 3 sites</w:t>
      </w:r>
    </w:p>
    <w:p>
      <w:pPr>
        <w:widowControl/>
      </w:pPr>
      <w:r>
        <w:t>Transport and activities: vehicle</w:t>
      </w:r>
    </w:p>
    <w:p>
      <w:pPr>
        <w:widowControl/>
      </w:pPr>
      <w:r>
        <w:t>Meals: Breakfast,Lunch</w:t>
      </w:r>
    </w:p>
    <w:p>
      <w:pPr>
        <w:widowControl/>
      </w:pPr>
      <w:r>
        <w:t>Accommodation: Wulingyuan</w:t>
      </w:r>
    </w:p>
    <w:p>
      <w:pPr>
        <w:keepNext/>
        <w:widowControl/>
        <w:spacing w:before="240"/>
      </w:pPr>
      <w:r>
        <w:t>Day 7 Zhangjiajie Tour | Zhangjiajie Grand Canyon, Baofeng Lake</w:t>
      </w:r>
    </w:p>
    <w:p>
      <w:pPr>
        <w:widowControl/>
      </w:pPr>
      <w:r>
        <w:t>Today, enjoy a comfortable 90-minute transfer from Wulingyuan to the spectacular Zhangjiajie Grand Canyon, located approximately 56 kilometers away.</w:t>
      </w:r>
    </w:p>
    <w:p>
      <w:pPr>
        <w:widowControl/>
      </w:pPr>
      <w:r>
        <w:t>Zhangjiajie Grand Canyon is renowned for its waterfalls and the record-breaking Glass Bridge. This glass-bottomed walkway spans two cliffs, offering breathtaking views 300 meters above the forest. For an ultimate adrenaline rush, you can attempt the world's highest bungee jump (optional) or simply enjoy the sensation of floating above the mist. It is an essential destination for unforgettable photography and a thrilling mountain experience.</w:t>
      </w:r>
    </w:p>
    <w:p>
      <w:pPr>
        <w:widowControl/>
      </w:pPr>
      <w:r>
        <w:t>After the thrill of the glass bridge, head to Baofeng Lake to unwind. Board a wooden boat cruise on crystal-clear waters surrounded by lush greenery and striking limestone cliffs. This scenic alpine lake offers the perfect peaceful retreat. Enjoy the stunning mountain reflections and traditional folk songs performed by local villagers.</w:t>
      </w:r>
    </w:p>
    <w:p>
      <w:pPr>
        <w:widowControl/>
      </w:pPr>
      <w:r>
        <w:t>Return to your hotel for a good rest.</w:t>
      </w:r>
    </w:p>
    <w:p>
      <w:pPr>
        <w:widowControl/>
      </w:pPr>
      <w:r>
        <w:t>Overview: Spend another day in Zhangjiajie visiting Zhangjiajie Grand Canyon, and Baofeng Lake. (B+L)</w:t>
      </w:r>
    </w:p>
    <w:p>
      <w:pPr>
        <w:widowControl/>
      </w:pPr>
      <w:r>
        <w:t>Attractions: 2 sites</w:t>
      </w:r>
    </w:p>
    <w:p>
      <w:pPr>
        <w:widowControl/>
      </w:pPr>
      <w:r>
        <w:t>Transport and activities: vehicle</w:t>
      </w:r>
    </w:p>
    <w:p>
      <w:pPr>
        <w:widowControl/>
      </w:pPr>
      <w:r>
        <w:t>Meals: Breakfast,Lunch</w:t>
      </w:r>
    </w:p>
    <w:p>
      <w:pPr>
        <w:widowControl/>
      </w:pPr>
      <w:r>
        <w:t>Accommodation: Wulingyuan</w:t>
      </w:r>
    </w:p>
    <w:p>
      <w:pPr>
        <w:keepNext/>
        <w:widowControl/>
        <w:spacing w:before="240"/>
      </w:pPr>
      <w:r>
        <w:t>Day 8 Zhangjiajie Departure | Tianmenshan National Forest Park, Tianmenshan Cable Car, Tianmen Cave, Glass Walkway</w:t>
      </w:r>
    </w:p>
    <w:p>
      <w:pPr>
        <w:widowControl/>
      </w:pPr>
      <w:r>
        <w:t>After breakfast, drive to the magnificent Tianmen Mountain. Ascend via the world's longest cable car, brave the famous glass skywalk, and visit the iconic Heaven's Door. You'll also overlook the Avenue toward Heaven, a spectacular engineering marvel featuring 99 dramatic hairpin turns.</w:t>
      </w:r>
    </w:p>
    <w:p>
      <w:pPr>
        <w:widowControl/>
      </w:pPr>
      <w:r>
        <w:t>First, ride the world's longest cable car (7,455m, 30mins) to the summit. Enjoy stunning views of Heaven's Door and the winding Avenue toward Heaven before visiting Tianmen Temple. Tucked in the lush forest, this Qing Dynasty Buddhist site provides a peaceful escape at the top of the mountain.</w:t>
      </w:r>
    </w:p>
    <w:p>
      <w:pPr>
        <w:widowControl/>
      </w:pPr>
      <w:r>
        <w:t>Now, test your courage on the Glass Skywalk, suspended 1,430 meters above the valley for a surreal "walking in the sky" sensation. Afterward, follow the 1.6-kilometer Cliff-Hanging Walkway, a remarkable engineering feat that offers unparalleled aerial views from the mountain's summit.</w:t>
      </w:r>
    </w:p>
    <w:p>
      <w:pPr>
        <w:widowControl/>
      </w:pPr>
      <w:r>
        <w:t>Next, descend via escalator to Tianmen Cave, the world's highest natural arch at 131 meters tall. Known as "Heaven's Door," this iconic site is a premier destination for wingsuit flying. You may even witness this thrilling extreme sport during your visit.</w:t>
      </w:r>
    </w:p>
    <w:p>
      <w:pPr>
        <w:widowControl/>
      </w:pPr>
      <w:r>
        <w:t>After the memorable time, take the cable car down the mountain.</w:t>
      </w:r>
    </w:p>
    <w:p>
      <w:pPr>
        <w:widowControl/>
      </w:pPr>
      <w:r>
        <w:t>After the tour, it is time to end your 8 Days Chengdu Chongqing Zhangjiajie Group Tour. Your guide will escort you to the airport/train station for your flight or high-speed train to your next destination. Thank you for choosing Asia Odyssey Travel for your Zhangjiajie Tour, and we are always here working for you and hope to see you again for your next trip to China/Asia.</w:t>
      </w:r>
    </w:p>
    <w:p>
      <w:pPr>
        <w:widowControl/>
      </w:pPr>
      <w:r>
        <w:t>Overview: Depart Zhangjiajie, visit Tianmenshan and airport see-off. Safe journey home. (B+L)</w:t>
      </w:r>
    </w:p>
    <w:p>
      <w:pPr>
        <w:widowControl/>
      </w:pPr>
      <w:r>
        <w:t>Attractions: 1 site</w:t>
      </w:r>
    </w:p>
    <w:p>
      <w:pPr>
        <w:widowControl/>
      </w:pPr>
      <w:r>
        <w:t>Transport and activities: vehicle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Days Chengdu Chongqing Zhangjiajie Small Group Tour: Panda, Cyberpunk &amp; Avatar</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