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8天成都、重庆、张家界小团游：熊猫、赛博朋克与阿凡达</w:t>
      </w:r>
    </w:p>
    <w:p>
      <w:pPr>
        <w:widowControl/>
      </w:pPr>
      <w:r>
        <w:t>线路编号：AOT-GT-033</w:t>
      </w:r>
    </w:p>
    <w:p>
      <w:pPr>
        <w:keepNext/>
        <w:widowControl/>
        <w:spacing w:before="240"/>
      </w:pPr>
      <w:r>
        <w:t>第1天 抵达成都（接机与酒店入住）</w:t>
      </w:r>
    </w:p>
    <w:p>
      <w:pPr>
        <w:widowControl/>
      </w:pPr>
      <w:r>
        <w:t>欢迎来到成都，大熊猫的故乡！当地工作人员将在机场或车站接您，随后送您前往市中心的酒店。当天剩余时间您可以自由安排，休息或按自己的节奏探索周边街区。</w:t>
      </w:r>
    </w:p>
    <w:p>
      <w:pPr>
        <w:widowControl/>
      </w:pPr>
      <w:r>
        <w:t>抵达成都：</w:t>
      </w:r>
    </w:p>
    <w:p>
      <w:pPr>
        <w:widowControl/>
      </w:pPr>
      <w:r>
        <w:t>成都有双流和天府两个国际机场，与香港、北京、上海等主要国内及国际枢纽通航，交通十分便利。此外，乘坐高铁可从西安（3-4小时）、重庆（1.5-2小时）、贵阳（3.5-4.5小时）、昆明（6-6.5小时）、上海（12.5-14.5小时）等地便捷抵达。</w:t>
      </w:r>
    </w:p>
    <w:p>
      <w:pPr>
        <w:widowControl/>
      </w:pPr>
      <w:r>
        <w:t>自由活动建议：推荐您品尝正宗的四川火锅或观看川剧表演，让夜晚更加充实。</w:t>
      </w:r>
    </w:p>
    <w:p>
      <w:pPr>
        <w:widowControl/>
      </w:pPr>
      <w:r>
        <w:t>概述：抵达成都，从机场/火车站接站，并入住酒店。（含早餐）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交通与活动：自行抵达成都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成都经典游：成都大熊猫基地、三星堆博物馆、锦里古街（或B方案：旺季市区游）</w:t>
      </w:r>
    </w:p>
    <w:p>
      <w:pPr>
        <w:widowControl/>
      </w:pPr>
      <w:r>
        <w:t>上午驱车前往成都大熊猫繁育研究基地，这里生活着世界上最大的圈养大熊猫种群。观赏各年龄段的大熊猫嬉戏进食，秋季还可在育婴室看到新生幼崽。也别错过可爱的小熊猫和熊猫博物馆，深入了解这些备受喜爱的动物。</w:t>
      </w:r>
    </w:p>
    <w:p>
      <w:pPr>
        <w:widowControl/>
      </w:pPr>
      <w:r>
        <w:t>注意：大熊猫喜欢凉爽的温度，建议尽早到达，此时它们最为活跃。一天中最热的时候，它们通常会回到室内休息和睡觉。</w:t>
      </w:r>
    </w:p>
    <w:p>
      <w:pPr>
        <w:widowControl/>
      </w:pPr>
      <w:r>
        <w:t>下午前往三星堆遗址博物馆，这是一座顶级的考古博物馆，展示着3000至5000年前的文明。观赏世界级的珍宝，如高耸的青铜神树、神秘的纵目面具和金杖。这些青铜、玉器和金器，为了解古蜀国精湛的工艺打开了一扇迷人的窗口。</w:t>
      </w:r>
    </w:p>
    <w:p>
      <w:pPr>
        <w:widowControl/>
      </w:pPr>
      <w:r>
        <w:t>之后返回成都市中心，悠闲漫步于锦里古街。这条石板街巷拥有1800多年历史，生动展示了古蜀文化。在这里可以感受热闹的氛围，品尝地道的本地小吃，逛逛传统手工艺品，看看有趣的民俗表演。</w:t>
      </w:r>
    </w:p>
    <w:p>
      <w:pPr>
        <w:widowControl/>
      </w:pPr>
      <w:r>
        <w:t>B方案：成都市区城市游（不含三星堆博物馆）</w:t>
      </w:r>
    </w:p>
    <w:p>
      <w:pPr>
        <w:widowControl/>
      </w:pPr>
      <w:r>
        <w:t>请注意，旺季期间三星堆博物馆门票可能难以预订。如果门票无法获取，行程将调整为全面的成都市区游。</w:t>
      </w:r>
    </w:p>
    <w:p>
      <w:pPr>
        <w:widowControl/>
      </w:pPr>
      <w:r>
        <w:t>调整后的行程包括：成都大熊猫繁育研究基地 → 成都博物馆 → 宽窄巷子 → 人民公园。</w:t>
      </w:r>
    </w:p>
    <w:p>
      <w:pPr>
        <w:widowControl/>
      </w:pPr>
      <w:r>
        <w:t>概述：A方案：参观成都大熊猫基地 + 三星堆博物馆 + 锦里古街；B方案：参观成都大熊猫基地 + 成都博物馆 + 宽窄巷子 + 人民公园。（含早餐+午餐）</w:t>
      </w:r>
    </w:p>
    <w:p>
      <w:pPr>
        <w:widowControl/>
      </w:pPr>
      <w:r>
        <w:t>景点：3-4个标志性景点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成都乘高铁到重庆：李子坝轻轨站、魁星楼、解放碑、火锅晚餐、洪崖洞、千厮门大桥</w:t>
      </w:r>
    </w:p>
    <w:p>
      <w:pPr>
        <w:widowControl/>
      </w:pPr>
      <w:r>
        <w:t>今天上午，乘坐高铁从成都前往重庆，沿途欣赏1至2小时的风景。欢迎来到中国壮观的“山城”，这座充满活力的都市以奇特的地貌和高耸的建筑而闻名。</w:t>
      </w:r>
    </w:p>
    <w:p>
      <w:pPr>
        <w:widowControl/>
      </w:pPr>
      <w:r>
        <w:t>随后，前往李子坝轻轨站，看看标志性的“轻轨穿楼”奇观。这是2号线上独特的工程壮举，已成为世界闻名的地标。我们会到专门的观景平台，看单轨列车直接从住宅楼中穿过。</w:t>
      </w:r>
    </w:p>
    <w:p>
      <w:pPr>
        <w:widowControl/>
      </w:pPr>
      <w:r>
        <w:t>接下来，参观魁星楼，这里是重庆“8D赛博朋克”景观的核心，也是清代学者的历史遗址。在一个感觉像地面层的广场感受重庆超现实的地理，实际上你身处22层。</w:t>
      </w:r>
    </w:p>
    <w:p>
      <w:pPr>
        <w:widowControl/>
      </w:pPr>
      <w:r>
        <w:t>接着，参观解放碑，这座27.5米的纪念碑象征着重庆在二战中的不屈精神。其基座作为历史时间胶囊，保存着当地文物。它是这座城市最具标志性的地标，也是拍摄“你好重庆”照片的绝佳地点。</w:t>
      </w:r>
    </w:p>
    <w:p>
      <w:pPr>
        <w:widowControl/>
      </w:pPr>
      <w:r>
        <w:t>在火锅的传奇发源地享用团体火锅晚餐！这是用正宗火辣汤底挑战味蕾的好机会。</w:t>
      </w:r>
    </w:p>
    <w:p>
      <w:pPr>
        <w:widowControl/>
      </w:pPr>
      <w:r>
        <w:t>接下来，参观洪崖洞，这是沿嘉陵江而建的壮观传统吊脚楼建筑群。以吊脚楼建筑闻名，这个热闹的景点适合沿江散步，还能欣赏重庆灯火通明的现代天际线。</w:t>
      </w:r>
    </w:p>
    <w:p>
      <w:pPr>
        <w:widowControl/>
      </w:pPr>
      <w:r>
        <w:t>夜晚，悬崖边变成令人眼花缭乱的灯光秀。想拍出最好的照片，就走上千厮门大桥，俯瞰城市发光的天际线。</w:t>
      </w:r>
    </w:p>
    <w:p>
      <w:pPr>
        <w:widowControl/>
      </w:pPr>
      <w:r>
        <w:t>之后，返回你在重庆市中心的酒店。</w:t>
      </w:r>
    </w:p>
    <w:p>
      <w:pPr>
        <w:widowControl/>
      </w:pPr>
      <w:r>
        <w:t>概述：通过李子坝、魁星楼探索8D重庆。在洪崖洞和千厮门大桥欣赏夜景。（含早餐+晚餐）</w:t>
      </w:r>
    </w:p>
    <w:p>
      <w:pPr>
        <w:widowControl/>
      </w:pPr>
      <w:r>
        <w:t>景点：5个景点</w:t>
      </w:r>
    </w:p>
    <w:p>
      <w:pPr>
        <w:widowControl/>
      </w:pPr>
      <w:r>
        <w:t>交通与活动：车辆、高铁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重庆 - 武隆 - 重庆｜天生三桥（含观光车和电梯），玻璃观景台</w:t>
      </w:r>
    </w:p>
    <w:p>
      <w:pPr>
        <w:widowControl/>
      </w:pPr>
      <w:r>
        <w:t>今天乘车约 2.5 小时前往武隆喀斯特国家地质公园，这里已被列入联合国教科文组织世界遗产。公园以高耸的天生三桥闻名，《变形金刚》曾在此取景。</w:t>
      </w:r>
    </w:p>
    <w:p>
      <w:pPr>
        <w:widowControl/>
      </w:pPr>
      <w:r>
        <w:t>先到玻璃观景台，从 280 米高处俯瞰壮丽景色，随后乘观光电梯下行，进入峡谷深处。</w:t>
      </w:r>
    </w:p>
    <w:p>
      <w:pPr>
        <w:widowControl/>
      </w:pPr>
      <w:r>
        <w:t>沿步道游览，您将看到：</w:t>
      </w:r>
    </w:p>
    <w:p>
      <w:pPr>
        <w:widowControl/>
      </w:pPr>
      <w:r>
        <w:t>天龙桥：这座巨大的石灰岩天然石门是公园里最宏伟、最壮观的地标。</w:t>
      </w:r>
    </w:p>
    <w:p>
      <w:pPr>
        <w:widowControl/>
      </w:pPr>
      <w:r>
        <w:t>天福官驿：位于峡谷深处，这座修复后的古庭院可让您了解古代官员的生活。</w:t>
      </w:r>
    </w:p>
    <w:p>
      <w:pPr>
        <w:widowControl/>
      </w:pPr>
      <w:r>
        <w:t>青龙桥：拱形优雅细长，周围森林茂密，是摄影的好地方。</w:t>
      </w:r>
    </w:p>
    <w:p>
      <w:pPr>
        <w:widowControl/>
      </w:pPr>
      <w:r>
        <w:t>黑龙桥：这里雾气缭绕，一条安静的溪流在高耸的深色石顶下蜿蜒流过。</w:t>
      </w:r>
    </w:p>
    <w:p>
      <w:pPr>
        <w:widowControl/>
      </w:pPr>
      <w:r>
        <w:t>注意：</w:t>
      </w:r>
    </w:p>
    <w:p>
      <w:pPr>
        <w:widowControl/>
      </w:pPr>
      <w:r>
        <w:t>鞋子：请穿支撑性好的鞋子，适合走陡峭台阶和崎岖地形。</w:t>
      </w:r>
    </w:p>
    <w:p>
      <w:pPr>
        <w:widowControl/>
      </w:pPr>
      <w:r>
        <w:t>饮水：请带足水和零食，以便徒步时补充体力。</w:t>
      </w:r>
    </w:p>
    <w:p>
      <w:pPr>
        <w:widowControl/>
      </w:pPr>
      <w:r>
        <w:t>摄影：拍摄风景建议使用广角镜头，并为器材做好防水保护。</w:t>
      </w:r>
    </w:p>
    <w:p>
      <w:pPr>
        <w:widowControl/>
      </w:pPr>
      <w:r>
        <w:t>服装：建议穿透气分层衣物，并带上雨衣，以应对峡谷潮湿气候。</w:t>
      </w:r>
    </w:p>
    <w:p>
      <w:pPr>
        <w:widowControl/>
      </w:pPr>
      <w:r>
        <w:t>夜宿重庆市中心。</w:t>
      </w:r>
    </w:p>
    <w:p>
      <w:pPr>
        <w:widowControl/>
      </w:pPr>
      <w:r>
        <w:t>概述：从重庆市区乘车前往武隆，参观天生三桥。（含早餐、午餐）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重庆乘高铁前往张家界，火车站接站并入住酒店</w:t>
      </w:r>
    </w:p>
    <w:p>
      <w:pPr>
        <w:widowControl/>
      </w:pPr>
      <w:r>
        <w:t>今天上午乘坐高铁前往张家界，车程约2至3小时。张家界是世界闻名的“阿凡达山”的灵感来源。抵达后，我们的当地团队会接站，随后送您前往酒店。办理入住后，您可自由休息放松，或按自己的节奏开始探索这座城市。</w:t>
      </w:r>
    </w:p>
    <w:p>
      <w:pPr>
        <w:widowControl/>
      </w:pPr>
      <w:r>
        <w:t>概述：从重庆乘高铁抵达张家界，火车站接站并入住酒店。（含早餐）</w:t>
      </w:r>
    </w:p>
    <w:p>
      <w:pPr>
        <w:widowControl/>
      </w:pPr>
      <w:r>
        <w:t>景点：自行探索</w:t>
      </w:r>
    </w:p>
    <w:p>
      <w:pPr>
        <w:widowControl/>
      </w:pPr>
      <w:r>
        <w:t>交通与活动：高铁、汽车</w:t>
      </w:r>
    </w:p>
    <w:p>
      <w:pPr>
        <w:widowControl/>
      </w:pPr>
      <w:r>
        <w:t>用餐：早餐</w:t>
      </w:r>
    </w:p>
    <w:p>
      <w:pPr>
        <w:widowControl/>
      </w:pPr>
      <w:r>
        <w:t>住宿：张家界市区</w:t>
      </w:r>
    </w:p>
    <w:p>
      <w:pPr>
        <w:keepNext/>
        <w:widowControl/>
        <w:spacing w:before="240"/>
      </w:pPr>
      <w:r>
        <w:t>第6天 张家界之旅：百龙电梯、袁家界、天子山</w:t>
      </w:r>
    </w:p>
    <w:p>
      <w:pPr>
        <w:widowControl/>
      </w:pPr>
      <w:r>
        <w:t>花一天时间探索张家界国家森林公园，感受武陵源的魅力。这里是一处令人惊叹的景观，3000多座高耸的砂岩柱让你仿佛置身于另一个星球。</w:t>
      </w:r>
    </w:p>
    <w:p>
      <w:pPr>
        <w:widowControl/>
      </w:pPr>
      <w:r>
        <w:t>首先，乘坐世界最高的户外电梯百龙电梯登上袁家界。走进启发《阿凡达》的超现实世界，拍摄巨大的哈利路亚山，然后沿着悬崖边的风景步道探索天下第一桥等奇观。</w:t>
      </w:r>
    </w:p>
    <w:p>
      <w:pPr>
        <w:widowControl/>
      </w:pPr>
      <w:r>
        <w:t>接下来，参观“峰林之王”天子山，它以历史上的一位土家族领袖命名。这个联合国教科文组织世界遗产地海拔1262米，以空灵的云海闻名。探索《西游记》的经典拍摄地，从点将台欣赏云雾缭绕的西海峰林。最后，欣赏御笔峰，细长的石柱宛如古代皇帝使用的毛笔。</w:t>
      </w:r>
    </w:p>
    <w:p>
      <w:pPr>
        <w:widowControl/>
      </w:pPr>
      <w:r>
        <w:t>之后，参观贺龙公园，观赏引人注目的贺龙元帅铜像。随后，登上30米高的天子阁，欣赏令人惊叹的360度全景，为您提供无与伦比的制高点，俯瞰下方无尽的高耸山峰。</w:t>
      </w:r>
    </w:p>
    <w:p>
      <w:pPr>
        <w:widowControl/>
      </w:pPr>
      <w:r>
        <w:t>注意：为避免旺季拥挤，您的导游可能会调整行程顺序，让您避开最大的旅游团。</w:t>
      </w:r>
    </w:p>
    <w:p>
      <w:pPr>
        <w:widowControl/>
      </w:pPr>
      <w:r>
        <w:t>概述：在武陵源风景区进行愉快的探索，参观袁家界、天子山。（含早餐+午餐）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住宿：武陵源</w:t>
      </w:r>
    </w:p>
    <w:p>
      <w:pPr>
        <w:keepNext/>
        <w:widowControl/>
        <w:spacing w:before="240"/>
      </w:pPr>
      <w:r>
        <w:t>第7天 张家界之旅：张家界大峡谷、宝峰湖</w:t>
      </w:r>
    </w:p>
    <w:p>
      <w:pPr>
        <w:widowControl/>
      </w:pPr>
      <w:r>
        <w:t>今天，从武陵源乘车前往壮观的张家界大峡谷，车程约90分钟，距离约56公里。</w:t>
      </w:r>
    </w:p>
    <w:p>
      <w:pPr>
        <w:widowControl/>
      </w:pPr>
      <w:r>
        <w:t>张家界大峡谷以瀑布和创下纪录的玻璃桥闻名。这座玻璃底步道横跨两座悬崖，在森林上方300米处可以欣赏到令人惊叹的景色。如果想追求极致刺激，可以尝试世界最高的蹦极（可选），或者只是感受在薄雾之上凌空而行的感觉。这里是拍摄难忘照片、体验惊险山地风光的必去之地。</w:t>
      </w:r>
    </w:p>
    <w:p>
      <w:pPr>
        <w:widowControl/>
      </w:pPr>
      <w:r>
        <w:t>感受过玻璃桥的刺激后，前往宝峰湖放松身心。乘坐木船游览清澈的湖水，四周是茂密的绿植和引人注目的石灰岩峭壁。这座风景秀丽的高山湖泊是宁静休憩的理想去处。欣赏迷人的山峦倒影，聆听当地村民演唱的传统民歌。</w:t>
      </w:r>
    </w:p>
    <w:p>
      <w:pPr>
        <w:widowControl/>
      </w:pPr>
      <w:r>
        <w:t>随后返回酒店，好好休息。</w:t>
      </w:r>
    </w:p>
    <w:p>
      <w:pPr>
        <w:widowControl/>
      </w:pPr>
      <w:r>
        <w:t>概述：在张家界再游览一天，前往张家界大峡谷和宝峰湖。（含早餐+午餐）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住宿：武陵源</w:t>
      </w:r>
    </w:p>
    <w:p>
      <w:pPr>
        <w:keepNext/>
        <w:widowControl/>
        <w:spacing w:before="240"/>
      </w:pPr>
      <w:r>
        <w:t>第8天 张家界出发｜天门山国家森林公园、天门山索道、天门洞、玻璃栈道</w:t>
      </w:r>
    </w:p>
    <w:p>
      <w:pPr>
        <w:widowControl/>
      </w:pPr>
      <w:r>
        <w:t>早餐后，驱车前往壮丽的天门山。乘坐世界最长的索道上山，挑战著名的玻璃栈道，参观标志性的天门洞。您还将俯瞰通天大道，这是一项壮观的工程奇迹，拥有99个惊险的急转弯。</w:t>
      </w:r>
    </w:p>
    <w:p>
      <w:pPr>
        <w:widowControl/>
      </w:pPr>
      <w:r>
        <w:t>首先，乘坐世界最长的索道（7,455米，30分钟）到达山顶。在参观天门山寺之前，欣赏天门洞和蜿蜒的通天大道的壮丽景色。这座清代佛教寺庙坐落于茂密的森林中，为山顶提供了一处宁静的避世之所。</w:t>
      </w:r>
    </w:p>
    <w:p>
      <w:pPr>
        <w:widowControl/>
      </w:pPr>
      <w:r>
        <w:t>现在，在玻璃栈道上测试您的勇气，它悬挂在山谷上方1,430米处，带来超现实的“空中漫步”感觉。之后，沿着1.6公里的悬崖栈道前行，这是一项非凡的工程壮举，从山顶提供无与伦比的空中景观。</w:t>
      </w:r>
    </w:p>
    <w:p>
      <w:pPr>
        <w:widowControl/>
      </w:pPr>
      <w:r>
        <w:t>接下来，乘坐扶梯下行至天门洞，这是世界最高的天然拱门，高131米。这个标志性景点被称为“天门”，是翼装飞行的首选目的地。您甚至可能在参观期间目睹这项惊险的极限运动。</w:t>
      </w:r>
    </w:p>
    <w:p>
      <w:pPr>
        <w:widowControl/>
      </w:pPr>
      <w:r>
        <w:t>度过难忘的时光后，乘坐索道下山。</w:t>
      </w:r>
    </w:p>
    <w:p>
      <w:pPr>
        <w:widowControl/>
      </w:pPr>
      <w:r>
        <w:t>游览结束后，是时候结束您8天的成都重庆张家界团体游了。您的导游将护送您到机场/火车站，乘坐航班或高铁前往下一个目的地。感谢您选择亚洲奥德赛旅游的张家界之旅，我们随时为您服务，并希望您再次参加中国/亚洲的下一次旅行。</w:t>
      </w:r>
    </w:p>
    <w:p>
      <w:pPr>
        <w:widowControl/>
      </w:pPr>
      <w:r>
        <w:t>概述：离开张家界，游览天门山并送机。一路平安。(B+L)</w:t>
      </w:r>
    </w:p>
    <w:p>
      <w:pPr>
        <w:widowControl/>
      </w:pPr>
      <w:r>
        <w:t>景点：1个景点</w:t>
      </w:r>
    </w:p>
    <w:p>
      <w:pPr>
        <w:widowControl/>
      </w:pPr>
      <w:r>
        <w:t>交通与活动：车辆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8天成都、重庆、张家界小团游：熊猫、赛博朋克与阿凡达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