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7天日本黄金路线小团游</w:t>
      </w:r>
    </w:p>
    <w:p>
      <w:pPr>
        <w:widowControl/>
      </w:pPr>
      <w:r>
        <w:t>线路编号：AOT-JPN-B</w:t>
      </w:r>
    </w:p>
    <w:p>
      <w:pPr>
        <w:keepNext/>
        <w:widowControl/>
        <w:spacing w:before="240"/>
      </w:pPr>
      <w:r>
        <w:t>第1天 抵达日本东京后自行前往酒店</w:t>
      </w:r>
    </w:p>
    <w:p>
      <w:pPr>
        <w:widowControl/>
      </w:pPr>
      <w:r>
        <w:t>你好（こんにちは）！欢迎来到日本首都东京！</w:t>
      </w:r>
    </w:p>
    <w:p>
      <w:pPr>
        <w:widowControl/>
      </w:pPr>
      <w:r>
        <w:t>这一天，根据您的航班安排，您将乘飞机抵达东京。到达机场后，您需自行前往东京指定酒店。东京的住宿为位置便利的4星级酒店。</w:t>
      </w:r>
    </w:p>
    <w:p>
      <w:pPr>
        <w:widowControl/>
      </w:pPr>
      <w:r>
        <w:t>东京是日本的首都，也是日本和亚洲最大的经济中心之一。东京是日本文化和艺术的枢纽，拥有众多博物馆、美术馆、剧院和文化场所，是艺术活动和文化交流的重要平台。东京是科技进步的重要基地，培育了众多高科技公司和创新人才，在电子、汽车和机器人技术等领域处于全球领先地位。</w:t>
      </w:r>
    </w:p>
    <w:p>
      <w:pPr>
        <w:widowControl/>
      </w:pPr>
      <w:r>
        <w:t>东京位于关东平原南端，周围环绕着包括富士山在内的多样自然景观，为居民提供了休闲和户外活动空间。东京都会区人口一度达到3600万，占日本总人口的三分之一。尽管生活成本高昂，东京为居民提供了便利的生活条件，拥有众多购物中心、娱乐设施以及从精致餐饮到街头美食的丰富饮食文化。</w:t>
      </w:r>
    </w:p>
    <w:p>
      <w:pPr>
        <w:widowControl/>
      </w:pPr>
      <w:r>
        <w:t>抵达建议：</w:t>
      </w:r>
    </w:p>
    <w:p>
      <w:pPr>
        <w:widowControl/>
      </w:pPr>
      <w:r>
        <w:t>日本有两个常用的国际机场。成田国际机场距离东京市中心63.5公里，是东京的主要国际航空枢纽，从中国飞往东京的航班通常在此降落。东京国际机场（羽田机场）距离东京市中心17公里，主要服务日本国内航班和一些国际航班，包括飞往韩国及其他东亚地区的航班。</w:t>
      </w:r>
    </w:p>
    <w:p>
      <w:pPr>
        <w:widowControl/>
      </w:pPr>
      <w:r>
        <w:t>有直飞东京航班的城市包括但不限于：北京、上海、广州、深圳、杭州、西安、成都、重庆、香港、台北、高雄、首尔、新加坡、曼谷、吉隆坡、雅加达、巴厘岛、马尼拉、胡志明市、河内等。请注意，航班信息会随时间和市场需求变化。请联系我们获取最新航班信息和价格。</w:t>
      </w:r>
    </w:p>
    <w:p>
      <w:pPr>
        <w:widowControl/>
      </w:pPr>
      <w:r>
        <w:t>在日本，建议使用地铁和JR列车等公共交通工具，以节省成本、避免交通拥堵并帮助减少碳排放。日本出租车费用相对较高，起步价约为660日元，每公里140日元。等待时间也计费。夜间和高峰时段需加收20%的附加费，高速公路通行费另计。大件行李需支付额外费用。例如，从东京塔到成田机场，约60-70公里，出租车费用可能在25,000-35,000日元左右（约合170-237美元）。</w:t>
      </w:r>
    </w:p>
    <w:p>
      <w:pPr>
        <w:widowControl/>
      </w:pPr>
      <w:r>
        <w:t>概述：抵达日本东京后，自行前往酒店。</w:t>
      </w:r>
    </w:p>
    <w:p>
      <w:pPr>
        <w:widowControl/>
      </w:pPr>
      <w:r>
        <w:t>住宿：东京4星级酒店</w:t>
      </w:r>
    </w:p>
    <w:p>
      <w:pPr>
        <w:keepNext/>
        <w:widowControl/>
        <w:spacing w:before="240"/>
      </w:pPr>
      <w:r>
        <w:t>第2天 东京 - 河口湖（观赏富士山）- 东京｜新仓山浅间公园、河口湖（含游船）</w:t>
      </w:r>
    </w:p>
    <w:p>
      <w:pPr>
        <w:widowControl/>
      </w:pPr>
      <w:r>
        <w:t>今天将从河口湖远眺富士山，进行一整天的往返行程。</w:t>
      </w:r>
    </w:p>
    <w:p>
      <w:pPr>
        <w:widowControl/>
      </w:pPr>
      <w:r>
        <w:t>富士山是日本最高的山峰，也是一座著名的火山，拥有完美对称的圆锥形山体。对任何到日本旅行的人来说，富士山都是必看之地。作为联合国教科文组织世界遗产，富士山（海拔3,776米）是日本的标志性象征、文化和精神地标（在神道教中被奉为圣山），也是自然奇观。提到富士山，人们往往会想到它独特的完美锥形和白雪覆盖的山顶。最著名的描绘之一是葛饰北斋的《富岳三十六景》。北斋是“浮世绘三大家”之一，其代表作《神奈川冲浪里》最为人熟知，这幅作品也出现在1000日元纸币上。</w:t>
      </w:r>
    </w:p>
    <w:p>
      <w:pPr>
        <w:widowControl/>
      </w:pPr>
      <w:r>
        <w:t>行程从著名的新仓山浅间公园开始，在这里可以欣赏到以雄伟山峦为背景的五层宝塔。徒步约15至20分钟可到达新仓山浅间神社，这里供奉山神。神社周围有美丽的花园，氛围宁静。在著名的红富士观景台欣赏绚丽景色，拍摄标志性照片。</w:t>
      </w:r>
    </w:p>
    <w:p>
      <w:pPr>
        <w:widowControl/>
      </w:pPr>
      <w:r>
        <w:t>接下来前往河口湖，这是另一个悠闲观赏富士山的绝佳地点。湖水清澈，可以欣赏到富士山的壮丽景色，氛围宁静。在平静的湖面上乘船游览，欣赏富士山在河口湖中的倒影。此外，可以沿湖悠闲漫步，并根据兴趣探索附近的公园、画廊和博物馆。</w:t>
      </w:r>
    </w:p>
    <w:p>
      <w:pPr>
        <w:widowControl/>
      </w:pPr>
      <w:r>
        <w:t>之后返回东京过夜，好好休息。</w:t>
      </w:r>
    </w:p>
    <w:p>
      <w:pPr>
        <w:widowControl/>
      </w:pPr>
      <w:r>
        <w:t>注意事项：</w:t>
      </w:r>
    </w:p>
    <w:p>
      <w:pPr>
        <w:widowControl/>
      </w:pPr>
      <w:r>
        <w:t>这是一次长途一日游，如果行程超过8小时，将收取附加费（针对导游、司机和车辆）。</w:t>
      </w:r>
    </w:p>
    <w:p>
      <w:pPr>
        <w:widowControl/>
      </w:pPr>
      <w:r>
        <w:t>如果天气晴朗，可以好好欣赏富士山。但如果天气不佳，富士山可能无法看到。</w:t>
      </w:r>
    </w:p>
    <w:p>
      <w:pPr>
        <w:widowControl/>
      </w:pPr>
      <w:r>
        <w:t>观赏富士山的最佳时间通常是12月至2月，此时天空更晴朗，山顶有积雪。此外，4月至5月（樱花盛开）和10月至11月（秋叶）也是好时节。</w:t>
      </w:r>
    </w:p>
    <w:p>
      <w:pPr>
        <w:widowControl/>
      </w:pPr>
      <w:r>
        <w:t>清晨通常能见度最佳，之后云层会遮挡视线。富士山周围的不同地点提供不同视角，有些地点以视野清晰而闻名。</w:t>
      </w:r>
    </w:p>
    <w:p>
      <w:pPr>
        <w:widowControl/>
      </w:pPr>
      <w:r>
        <w:t>概述：前往远处欣赏富士山景色，参观新仓山浅间公园，并在河口湖乘坐游船，之后返回东京。（含早餐）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p>
      <w:pPr>
        <w:widowControl/>
      </w:pPr>
      <w:r>
        <w:t>住宿：东京4星级酒店</w:t>
      </w:r>
    </w:p>
    <w:p>
      <w:pPr>
        <w:keepNext/>
        <w:widowControl/>
        <w:spacing w:before="240"/>
      </w:pPr>
      <w:r>
        <w:t>第3天 东京游：明治神宫、涩谷十字路口、浅草寺、眺望东京晴空塔、筑地鱼市场</w:t>
      </w:r>
    </w:p>
    <w:p>
      <w:pPr>
        <w:widowControl/>
      </w:pPr>
      <w:r>
        <w:t>早餐后，导游和司机会到酒店接您一行人。开启精彩的小团东京探索之旅！</w:t>
      </w:r>
    </w:p>
    <w:p>
      <w:pPr>
        <w:widowControl/>
      </w:pPr>
      <w:r>
        <w:t>首先参观明治神宫，这是一座神社，供奉明治天皇（1852-1912）和昭宪皇太后（1849-1914）。他们在日本现代化进程中发挥了关键作用，同时擅长写作和歌（传统日本诗歌，31个音节，5-7-5-7-7模式）。明治神宫也是传统婚礼的热门场地，您将有机会目睹日本婚礼游行，体验日本传统文化的魅力。</w:t>
      </w:r>
    </w:p>
    <w:p>
      <w:pPr>
        <w:widowControl/>
      </w:pPr>
      <w:r>
        <w:t>明治神宫坐落在占地70公顷的宁静森林中，远离喧嚣城市，提供一片宁静的避风港。这片森林有超过10万棵树，在建宫时由日本各地捐赠，以纪念敬爱的明治天皇（他将神道教定为国教）和昭宪皇太后。</w:t>
      </w:r>
    </w:p>
    <w:p>
      <w:pPr>
        <w:widowControl/>
      </w:pPr>
      <w:r>
        <w:t>沿着小径漫步，享受新鲜空气和自然美景。您将穿过日本最大的木制鸟居，它保持天然木色，重达13吨。鸟居是神社的象征，标志着从世俗到神圣的过渡。然后，您会注意到南参道旁令人印象深刻的酒桶墙，展示来自日本各地酿酒厂和信徒的供品，包括清酒和西方烈酒的酒桶，反映明治天皇对西方文化的喜爱。</w:t>
      </w:r>
    </w:p>
    <w:p>
      <w:pPr>
        <w:widowControl/>
      </w:pPr>
      <w:r>
        <w:t>在明治神宫正殿，您可以看到当地人在净手亭洗手漱口，以示敬意，然后再参拜。您可以像当地人一样投掷5日元硬币（象征结缘）并祈祷祝福。在日本人眼中，明治神宫被认为具有无边法力，从新生儿命名仪式、成人礼、毕业典礼、寻求姻缘、祈祷世界和平、家庭幸福、旅途平安、身体健康、驱邪等。</w:t>
      </w:r>
    </w:p>
    <w:p>
      <w:pPr>
        <w:widowControl/>
      </w:pPr>
      <w:r>
        <w:t>除了沉浸在日本神道传统和建筑中，还可欣赏周围迷人的环境，充满茂密树木、宁静池塘、优雅桥梁和石径，体现传统日本园林艺术的精髓。您应该来这里欣赏春天樱花盛开、夏天绿意盎然、秋天红叶似火、冬天雪景宁静。</w:t>
      </w:r>
    </w:p>
    <w:p>
      <w:pPr>
        <w:widowControl/>
      </w:pPr>
      <w:r>
        <w:t>参观明治神宫小贴士：</w:t>
      </w:r>
    </w:p>
    <w:p>
      <w:pPr>
        <w:widowControl/>
      </w:pPr>
      <w:r>
        <w:t>穿着得体：尊重神社的神圣性，着装适当。</w:t>
      </w:r>
    </w:p>
    <w:p>
      <w:pPr>
        <w:widowControl/>
      </w:pPr>
      <w:r>
        <w:t>注意噪音：保持安静和尊重的氛围。</w:t>
      </w:r>
    </w:p>
    <w:p>
      <w:pPr>
        <w:widowControl/>
      </w:pPr>
      <w:r>
        <w:t>内苑（可选；自费；曾是皇室财产），以及明治神宫博物馆（可选；自费；展示天皇夫妇使用过的物品）。</w:t>
      </w:r>
    </w:p>
    <w:p>
      <w:pPr>
        <w:widowControl/>
      </w:pPr>
      <w:r>
        <w:t>然后，前往参观涩谷十字路口，世界上最繁忙的十字路口之一，每分钟约容纳3000人。作为东京标志性地点之一，涩谷吸引来自全球的游客和摄影师前来观察和捕捉其精髓。许多电影、电视节目、广告和音乐视频在此拍摄，如《速度与激情3：东京漂移》。</w:t>
      </w:r>
    </w:p>
    <w:p>
      <w:pPr>
        <w:widowControl/>
      </w:pPr>
      <w:r>
        <w:t>此外，如果您对忠犬八公的故事感兴趣，还可以参观他的铜像。这座八公像位于涩谷站外，为纪念八公的忠诚而建。它不仅是热门会面地点，也是游客必访景点。雕像象征忠诚与爱的力量，是感人的致敬。</w:t>
      </w:r>
    </w:p>
    <w:p>
      <w:pPr>
        <w:widowControl/>
      </w:pPr>
      <w:r>
        <w:t>下午，前往浅草寺（浅草观音寺），任何来东京旅行的人都必去。浅草寺是东京最古老、最著名的佛教寺庙之一，位于东京台东区浅草。寺庙供奉观音菩萨（慈悲菩萨）。据传说，公元628年，两位渔民从隅田川捞起一尊观音像，决定建寺供奉。645年建成后，浅草寺成为东京的精神象征。</w:t>
      </w:r>
    </w:p>
    <w:p>
      <w:pPr>
        <w:widowControl/>
      </w:pPr>
      <w:r>
        <w:t>寺庙入口以标志性的雷门为标志，有巨大的红灯笼和守护神雕像，象征寺庙抵御恶灵的守护者。这个门是热门拍照点，也是仲见世街的起点，这条热闹的购物街两旁摊位出售传统日本小吃、工艺品和纪念品，通往寺庙的第二道门宝藏门。</w:t>
      </w:r>
    </w:p>
    <w:p>
      <w:pPr>
        <w:widowControl/>
      </w:pPr>
      <w:r>
        <w:t>宝藏门后是正殿，供奉观音，装饰精美，信徒在此祈祷参拜。正殿旁是寺庙的五重塔，另一显著特征，代表传统日本建筑风格，象征佛教宇宙观的五大元素——地、水、火、风、空。</w:t>
      </w:r>
    </w:p>
    <w:p>
      <w:pPr>
        <w:widowControl/>
      </w:pPr>
      <w:r>
        <w:t>从浅草寺向南看，您可以拍摄晴空塔（日本最高塔；634米）。在这条街上，您可以看到老建筑和现代摩天大楼并存，提供传统与现代的视觉对比。</w:t>
      </w:r>
    </w:p>
    <w:p>
      <w:pPr>
        <w:widowControl/>
      </w:pPr>
      <w:r>
        <w:t>之后，您可以探索筑地鱼市场（现为丰洲市场）。筑地鱼市场曾是世界上最大的鱼市场，以金枪鱼拍卖闻名。然而，2018年，它搬迁到更大设施的新址，称为丰洲市场。您仍然可以享用新鲜海鲜（生鱼片、寿司或海鲜饭），购买厨具，了解各种海鲜，包括不同种类海鲜的特点、烹饪方法和营养价值。</w:t>
      </w:r>
    </w:p>
    <w:p>
      <w:pPr>
        <w:widowControl/>
      </w:pPr>
      <w:r>
        <w:t>游览结束后，您一行人将被送回东京的酒店。</w:t>
      </w:r>
    </w:p>
    <w:p>
      <w:pPr>
        <w:widowControl/>
      </w:pPr>
      <w:r>
        <w:t>概述：在东京小团游中，参观明治神宫、涩谷十字路口、八公像、浅草寺，眺望东京晴空塔，探索筑地鱼市场。（含早餐）</w:t>
      </w:r>
    </w:p>
    <w:p>
      <w:pPr>
        <w:widowControl/>
      </w:pPr>
      <w:r>
        <w:t>景点：4个景点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p>
      <w:pPr>
        <w:widowControl/>
      </w:pPr>
      <w:r>
        <w:t>住宿：东京4星级酒店</w:t>
      </w:r>
    </w:p>
    <w:p>
      <w:pPr>
        <w:keepNext/>
        <w:widowControl/>
        <w:spacing w:before="240"/>
      </w:pPr>
      <w:r>
        <w:t>第4天 从东京乘新干线到京都（子弹列车），游览金阁寺和二条城</w:t>
      </w:r>
    </w:p>
    <w:p>
      <w:pPr>
        <w:widowControl/>
      </w:pPr>
      <w:r>
        <w:t>这一天，您在东京的司机会送您前往火车站，您的团队将从这里搭乘新干线（子弹列车）前往京都。新干线体验：在东京站，登上开往京都站的新干线（约2.5小时）。这段旅程快速舒适，沿途可以欣赏日本城市与乡村景观的变化。</w:t>
      </w:r>
    </w:p>
    <w:p>
      <w:pPr>
        <w:widowControl/>
      </w:pPr>
      <w:r>
        <w:t>京都位于日本的关西地区，曾是日本的首都。它是古代日本的代表，以宁静的寺庙、精美的庭园、色彩丰富的神社、宏伟的皇宫和华丽的城堡而闻名。京都拥有17处联合国教科文组织世界遗产、1000多座佛教寺庙和400多座神道教神社，是世界上文化最丰富的城市之一。这里也以日本传统艺术和习俗闻名，如茶道、怀石料理（传统的多道菜餐食）和花道（插花）。这里仍是观赏艺伎的最佳地点之一。艺伎是日本传统女性表演者，以艺术、音乐、舞蹈和交谈方面的精湛技艺著称。</w:t>
      </w:r>
    </w:p>
    <w:p>
      <w:pPr>
        <w:widowControl/>
      </w:pPr>
      <w:r>
        <w:t>抵达京都后，当地导游和司机将在指定区域等候迎接您，并陪同您开始今天的京都观光。</w:t>
      </w:r>
    </w:p>
    <w:p>
      <w:pPr>
        <w:widowControl/>
      </w:pPr>
      <w:r>
        <w:t>今天下午，您的团队将参观京都最具代表性的景点之一——金阁寺（Golden Pavilion），这是一处联合国教科文组织世界遗产。这座禅宗佛教寺庙以耀眼的金色外观闻名。寺庙夺目的视觉效果来自顶部两层，这两层完全覆以金箔。金色建筑在前方池塘中的倒影波光粼粼，非常适合拍照，也适合安静地感受此处氛围。它最初建于1397年，是足利义满将军的退休别墅。义满去世后，按照他的遗嘱，别墅由其子改建为禅寺。</w:t>
      </w:r>
    </w:p>
    <w:p>
      <w:pPr>
        <w:widowControl/>
      </w:pPr>
      <w:r>
        <w:t>接下来前往二条城，另一处联合国教科文组织世界遗产，进一步了解日本的封建历史。二条城建于1603年，是江户时代第一代将军德川家康的京都住所。其广阔的场地和华丽的建筑彰显了江户时代（1603-1867）主要武士家族的权力与财富。</w:t>
      </w:r>
    </w:p>
    <w:p>
      <w:pPr>
        <w:widowControl/>
      </w:pPr>
      <w:r>
        <w:t>城堡有两圈同心防御工事，每圈由一道墙和宽阔的护城河组成。穿过宏伟的唐门（Kara-mon）后，您将进入二之丸御殿。御殿分为五栋建筑，内有许多房间。内部装饰着狩野派大师的画作，反映了那个时代的文化和艺术遗产。城堡以“莺鸣地板”闻名（每走一步都会发出吱吱声，使入侵者难以悄然行动），这是作为一种防入侵安全措施而设计的。不要错过精美的二之丸庭园，它由茶道大师和景观建筑师小堀远州设计。</w:t>
      </w:r>
    </w:p>
    <w:p>
      <w:pPr>
        <w:widowControl/>
      </w:pPr>
      <w:r>
        <w:t>游览结束后，将送您前往京都的4星级酒店。好好休息！</w:t>
      </w:r>
    </w:p>
    <w:p>
      <w:pPr>
        <w:widowControl/>
      </w:pPr>
      <w:r>
        <w:t>概述：从东京乘坐新干线（子弹列车）前往京都，参观金阁寺和二条城。（含早餐）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交通与活动：新干线、车辆</w:t>
      </w:r>
    </w:p>
    <w:p>
      <w:pPr>
        <w:widowControl/>
      </w:pPr>
      <w:r>
        <w:t>用餐：早餐</w:t>
      </w:r>
    </w:p>
    <w:p>
      <w:pPr>
        <w:widowControl/>
      </w:pPr>
      <w:r>
        <w:t>住宿：京都4星级酒店</w:t>
      </w:r>
    </w:p>
    <w:p>
      <w:pPr>
        <w:keepNext/>
        <w:widowControl/>
        <w:spacing w:before="240"/>
      </w:pPr>
      <w:r>
        <w:t>第5天 京都之旅：伏见稻荷大社、清水寺、二年坂和三年坂、八坂神社、祇园</w:t>
      </w:r>
    </w:p>
    <w:p>
      <w:pPr>
        <w:widowControl/>
      </w:pPr>
      <w:r>
        <w:t>京都曾是日本的首都，是古代日本的缩影。京都拥有17处联合国教科文组织世界遗产、1000多座佛教寺庙和400多座神社，是全球文化最丰富的城市之一。京都以茶道、怀石料理和花道（插花）等传统艺术闻名，也是观赏艺伎的最佳地点之一。</w:t>
      </w:r>
    </w:p>
    <w:p>
      <w:pPr>
        <w:widowControl/>
      </w:pPr>
      <w:r>
        <w:t>早餐后，您的团队将花一整天探索京都。清晨早早出发，前往京都最具标志性的景点之一——伏见稻荷大社，以避开人群。</w:t>
      </w:r>
    </w:p>
    <w:p>
      <w:pPr>
        <w:widowControl/>
      </w:pPr>
      <w:r>
        <w:t>伏见稻荷大社以其数千座朱红色鸟居而闻名，被称为“千本鸟居”（“数千座鸟居”）。层层叠叠的朱红色鸟居排列在郁郁葱葱的林木山坡上，形成看似无尽的走廊。鲜艳的橙色和黑色鸟居与周围的绿植形成美丽的对比，营造出视觉上令人惊叹、几乎超凡脱俗的路径，非常适合拍照。</w:t>
      </w:r>
    </w:p>
    <w:p>
      <w:pPr>
        <w:widowControl/>
      </w:pPr>
      <w:r>
        <w:t>伏见稻荷大社建于8世纪初（公元711年），主要供奉稻荷神，即神道教中掌管稻米、生育、清酒、农业和工业的神。探索神社时，您会遇到数百座狐狸雕像。据说这些狐狸雕像是稻荷神的使者，与谷物相关，常常象征这位神明。许多狐狸雕像嘴里叼着钥匙，据说可以打开粮仓。</w:t>
      </w:r>
    </w:p>
    <w:p>
      <w:pPr>
        <w:widowControl/>
      </w:pPr>
      <w:r>
        <w:t>提示：徒步到山顶再返回需要两到三个小时，但许多人只走到四辻路口，因为过了这里鸟居较少。到达四辻需要30到40分钟。</w:t>
      </w:r>
    </w:p>
    <w:p>
      <w:pPr>
        <w:widowControl/>
      </w:pPr>
      <w:r>
        <w:t>接下来，参观联合国教科文组织世界遗产清水寺。这座寺庙坐落在京都东部的山坡上，以其突出的木制舞台闻名，可俯瞰城市和周围自然风光的壮丽景色。寺庙的主殿完全不用钉子建造，是建筑奇迹。清水寺还以其圣水著称，据说有许愿的力量，吸引无数游客前来饮用。不要错过本堂（主殿）、地主神社、音羽瀑布，以及胎内巡游房间的精神体验。</w:t>
      </w:r>
    </w:p>
    <w:p>
      <w:pPr>
        <w:widowControl/>
      </w:pPr>
      <w:r>
        <w:t>提示：清水寺的景色在每个季节都独特美丽，全年提供独特魅力。春天，山上点缀着迷人的樱花；夏天，绿意盎然；秋天，装饰着绚丽的红叶；冬天，充满迷人的树木。</w:t>
      </w:r>
    </w:p>
    <w:p>
      <w:pPr>
        <w:widowControl/>
      </w:pPr>
      <w:r>
        <w:t>然后，漫步在保存完好的二年坂和三年坂街道上。这些迷人的坡道街道两旁是传统商店和古色古香的茶馆，提供对京都过去的怀旧一瞥。漫步在这些区域时，您可以购买独特的手工艺品，品尝当地小吃，或许在咖啡馆停下来放松，沉浸在老京都的氛围中。</w:t>
      </w:r>
    </w:p>
    <w:p>
      <w:pPr>
        <w:widowControl/>
      </w:pPr>
      <w:r>
        <w:t>继续前往八坂神社，这是祇园艺能区的守护神社，历史可追溯到1350多年前。八坂神社特别受寻求美丽和财富的人青睐。参观这座京都重要的神社，您也可能获得一些好运。神社最著名的是7月的祇园祭，期间您可以目睹八坂神明的游行队伍穿过城市街道。</w:t>
      </w:r>
    </w:p>
    <w:p>
      <w:pPr>
        <w:widowControl/>
      </w:pPr>
      <w:r>
        <w:t>神社旁边是京都著名的艺伎区祇园。在这里，您可能会瞥见穿着华丽和服和传统妆容的艺伎（艺子）。漫步在祇园的石板街道上，花点时间欣赏保存完好的町屋（木制联排别墅）、茶屋和独家的料亭（传统日本餐厅）。祇园在黄昏时分尤其迷人，灯笼点亮，艺伎和舞伎（艺伎学徒）前往晚间预约，使狭窄的小巷活跃起来。</w:t>
      </w:r>
    </w:p>
    <w:p>
      <w:pPr>
        <w:widowControl/>
      </w:pPr>
      <w:r>
        <w:t>游览结束后，您的团队将被送回酒店。</w:t>
      </w:r>
    </w:p>
    <w:p>
      <w:pPr>
        <w:widowControl/>
      </w:pPr>
      <w:r>
        <w:t>概述：参加团队游探索京都，包括参观伏见稻荷大社、清水寺、二年坂和三年坂街道、八坂神社以及历史悠久的祇园区。（含早餐）</w:t>
      </w:r>
    </w:p>
    <w:p>
      <w:pPr>
        <w:widowControl/>
      </w:pPr>
      <w:r>
        <w:t>景点：6个景点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p>
      <w:pPr>
        <w:widowControl/>
      </w:pPr>
      <w:r>
        <w:t>住宿：京都4星级酒店</w:t>
      </w:r>
    </w:p>
    <w:p>
      <w:pPr>
        <w:keepNext/>
        <w:widowControl/>
        <w:spacing w:before="240"/>
      </w:pPr>
      <w:r>
        <w:t>第6天 京都 - 奈良 - 大阪｜东大寺、奈良公园、春日大社、大阪城公园、心斋桥筋商店街</w:t>
      </w:r>
    </w:p>
    <w:p>
      <w:pPr>
        <w:widowControl/>
      </w:pPr>
      <w:r>
        <w:t>今天上午，您的团队将从京都出发前往奈良，车程约1.5小时。在京都成为首都之前，奈良是日本第一个永久首都，也是日本最值得游览的目的地之一。奈良拥有8处世界文化遗产，是日本文化底蕴仅次于京都的城市。</w:t>
      </w:r>
    </w:p>
    <w:p>
      <w:pPr>
        <w:widowControl/>
      </w:pPr>
      <w:r>
        <w:t>参观东大寺，这是日本历史上最重要的寺庙之一，也是联合国教科文组织世界遗产。东大寺因供奉着世界上最大的青铜毗卢遮那佛像而闻名，佛像高逾16米，由437吨青铜和130公斤黄金铸成。佛像代表毗卢遮那佛，两侧各有一尊菩萨。东大寺的主殿大佛殿是世界上最大的全木结构建筑之一，不过现存建筑为1692年重建，规模仅为原大殿的三分之二。</w:t>
      </w:r>
    </w:p>
    <w:p>
      <w:pPr>
        <w:widowControl/>
      </w:pPr>
      <w:r>
        <w:t>步行前往奈良公园，公园毗邻春日大社。这座公园以数百只自由漫步的鹿而闻名，在神道教传统中，鹿被认为是神的使者。您可以买些鹿仙贝喂鹿，一边在公园里散步。</w:t>
      </w:r>
    </w:p>
    <w:p>
      <w:pPr>
        <w:widowControl/>
      </w:pPr>
      <w:r>
        <w:t>前往春日大社，这是奈良最著名的神道教神社，也是联合国教科文组织世界遗产。春日大社以信徒捐赠的灯笼闻名。建筑上悬挂着数百盏青铜灯笼，参道和周围树林中排列着数千盏石灯笼。每年2月和8月的灯笼节期间，这些灯笼会点亮两次，营造出空灵迷人的氛围。</w:t>
      </w:r>
    </w:p>
    <w:p>
      <w:pPr>
        <w:widowControl/>
      </w:pPr>
      <w:r>
        <w:t>游览结束后，乘车前往大阪（通常需要约45分钟至1小时）。大阪是日本第三大城市和主要经济中心，以丰富的历史、多样的美食、独特的文化和强大的经济实力而闻名。这座城市独特的幽默感和开放性格使它格外有趣，比大多数城市更加多姿多彩。大片水泥建筑上覆盖着耀眼的霓虹灯和色彩鲜艳的店面。大阪是一座热爱美食的城市，被称为“国家的厨房”，拥有各种各样的美食。</w:t>
      </w:r>
    </w:p>
    <w:p>
      <w:pPr>
        <w:widowControl/>
      </w:pPr>
      <w:r>
        <w:t>今天下午，参观大阪城公园，这是日本最著名的地标之一，也是大阪历史辉煌的象征。大阪城最初由丰臣秀吉于1583年建造，这位强大的大名旨在统一日本，它是当时最大的城堡。经过多次翻修和重建，今天的大阪城已变成一个开放式公园，总面积105.6公顷，是来大阪的必游景点。</w:t>
      </w:r>
    </w:p>
    <w:p>
      <w:pPr>
        <w:widowControl/>
      </w:pPr>
      <w:r>
        <w:t>走进大阪城景区，您会惊叹于护城河、城门和石墙的庞大规模与精密工艺。最大的石块宽11米，许多石头上刻有1620年受命建造城堡的64位大名的纹章。远眺大阪城的主塔，它高高耸立在广阔城郭的中央。您可以花些时间漫步西之丸庭园，这里景色优美，有600多棵樱花树，从园中可仰望城堡塔楼。樱花季节尤其迷人，通常出现在3月下旬和/或4月上旬。</w:t>
      </w:r>
    </w:p>
    <w:p>
      <w:pPr>
        <w:widowControl/>
      </w:pPr>
      <w:r>
        <w:t>最后，在心斋桥筋商店街享受购物，这是大阪最繁忙的购物拱廊。然后前往热闹的道顿堀地区，水道两旁布满明亮的广告和招牌。节日期间尤其耀眼，装饰横跨桥梁。这里遍布着很棒的餐厅、俱乐部和卡拉OK酒吧，是大阪娱乐的首选区域。在标志性的格力高跑者广告牌前拍照。尝尝章鱼烧、串炸和御好烧——一种日式咸味煎饼，可按喜好添加配料。</w:t>
      </w:r>
    </w:p>
    <w:p>
      <w:pPr>
        <w:widowControl/>
      </w:pPr>
      <w:r>
        <w:t>自由活动建议：参观新世界，一个以怀旧氛围闻名的老街区，让人想起昭和时代。通天阁是该地区的标志性地标。它的设计灵感来自巴黎和纽约等城市。从现代角度看，这座100米高的钢塔也许不算特别高，但作为进步与创新的象征，它在当地历史中占有重要地位。游览新世界就像回到过去，既有昔日的魅力，也有现代都市文化的活力。</w:t>
      </w:r>
    </w:p>
    <w:p>
      <w:pPr>
        <w:widowControl/>
      </w:pPr>
      <w:r>
        <w:t>游览结束后，您的团队将被送往大阪的4星级酒店。</w:t>
      </w:r>
    </w:p>
    <w:p>
      <w:pPr>
        <w:widowControl/>
      </w:pPr>
      <w:r>
        <w:t>概述：从京都前往奈良，然后前往大阪，游览东大寺、奈良公园、春日大社、大阪城公园和心斋桥筋商店街。（含早餐）</w:t>
      </w:r>
    </w:p>
    <w:p>
      <w:pPr>
        <w:widowControl/>
      </w:pPr>
      <w:r>
        <w:t>景点：5个景点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p>
      <w:pPr>
        <w:widowControl/>
      </w:pPr>
      <w:r>
        <w:t>住宿：大阪4星级酒店</w:t>
      </w:r>
    </w:p>
    <w:p>
      <w:pPr>
        <w:keepNext/>
        <w:widowControl/>
        <w:spacing w:before="240"/>
      </w:pPr>
      <w:r>
        <w:t>第7天 大阪出发，自行前往机场</w:t>
      </w:r>
    </w:p>
    <w:p>
      <w:pPr>
        <w:widowControl/>
      </w:pPr>
      <w:r>
        <w:t>早餐后，您就要告别大阪了，为期7天的日本跟团游到此结束。今天，您需要根据航班时间自行前往机场。大阪关西国际机场（KIX）可搭乘您的离境航班。</w:t>
      </w:r>
    </w:p>
    <w:p>
      <w:pPr>
        <w:widowControl/>
      </w:pPr>
      <w:r>
        <w:t>提示：如果您希望由亚洲奥德赛旅行安排从酒店到机场的私人接送服务，请提前联系我们的旅行专家。我们可以为您安排。</w:t>
      </w:r>
    </w:p>
    <w:p>
      <w:pPr>
        <w:widowControl/>
      </w:pPr>
      <w:r>
        <w:t>感谢您选择亚洲奥德赛旅行的日本之旅。我们致力于提升您的旅行体验，期待在您下一次亚洲之旅中再次为您服务。祝您一路平安！</w:t>
      </w:r>
    </w:p>
    <w:p>
      <w:pPr>
        <w:widowControl/>
      </w:pPr>
      <w:r>
        <w:t>概述：从大阪出发，自行前往机场。（含早餐）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7天日本黄金路线小团游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