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Best Japan Group Tour: Japan Highlights &amp; Hiroshima</w:t>
      </w:r>
    </w:p>
    <w:p>
      <w:pPr>
        <w:widowControl/>
      </w:pPr>
      <w:r>
        <w:t>Product code: AOT-JPN-C</w:t>
      </w:r>
    </w:p>
    <w:p>
      <w:pPr>
        <w:keepNext/>
        <w:widowControl/>
        <w:spacing w:before="240"/>
      </w:pPr>
      <w:r>
        <w:t>Day 1 Tokyo, Japan Arrival | Head to your hotel in Tokyo on your own</w:t>
      </w:r>
    </w:p>
    <w:p>
      <w:pPr>
        <w:widowControl/>
      </w:pPr>
      <w:r>
        <w:t>Konnichiwa (こんにちは)！Welcome to Tokyo, the capital city of Japan!</w:t>
      </w:r>
    </w:p>
    <w:p>
      <w:pPr>
        <w:widowControl/>
      </w:pPr>
      <w:r>
        <w:t>On this day, based on your flight schedule, you will arrive in Tokyo by plane. Upon arriving at the airport, you will transfer to the designated hotel in Tokyo on your own. The accommodation in Tokyo will be a 4-star hotel in a convenient location.</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Arrival Ideas:</w:t>
      </w:r>
    </w:p>
    <w:p>
      <w:pPr>
        <w:widowControl/>
      </w:pPr>
      <w:r>
        <w:t>Japan has two commonly used international airports. Narita International Airport, located 63.5 kilometers from the center of Tokyo, is the primary international air hub for Tokyo, where flights from China to Tokyo usually land. Tokyo International Airport (Haneda Airport), is situated 17 kilometers from the center of Tokyo and mainly serves domestic flights within Japan and some international flights, including flights to South Korea and other East Asian regions.</w:t>
      </w:r>
    </w:p>
    <w:p>
      <w:pPr>
        <w:widowControl/>
      </w:pPr>
      <w:r>
        <w:t>Cities that have direct flights to Tokyo include, but are not limited to: Beijing, Shanghai, Guangzhou, Shenzhen, Hangzhou, Xi'an, Chengdu, Chongqing, Hong Kong, Taipei, Kaohsiung, Seoul, Singapore, Bangkok, Kuala Lumpur, Jakarta, Bali, Manila, Ho Chi Minh City, Hanoi, and more. Please note that flight information is subject to changes based on time and market demand. Contact us to obtain the latest flight information and prices.</w:t>
      </w:r>
    </w:p>
    <w:p>
      <w:pPr>
        <w:widowControl/>
      </w:pPr>
      <w:r>
        <w:t>In Japan, using public transportation such as the subway &amp; JR trains is recommended to save costs, avoid traffic congestion, and help reduce carbon emissions. Taxi fares in Japan are relatively high, with a starting fare of around 660 Japanese yen and 140 yen per kilometer. Waiting time is also charged. Surcharges are applicable during nighttime and peak hours (+20%), and expressway tolls are additional. Extra fees are levied for large luggage. For instance, a taxi ride from Tokyo Tower to Narita Airport, covering about 60-70 km, might cost around 25,000-35,000 Japanese yen (roughly 170-237 USD).</w:t>
      </w:r>
    </w:p>
    <w:p>
      <w:pPr>
        <w:widowControl/>
      </w:pPr>
      <w:r>
        <w:t>Overview: Upon your arrival in Tokyo, Japan, head to your hotel on your own.</w:t>
      </w:r>
    </w:p>
    <w:p>
      <w:pPr>
        <w:widowControl/>
      </w:pPr>
      <w:r>
        <w:t>Accommodation: 4-star hotel in Tokyo</w:t>
      </w:r>
    </w:p>
    <w:p>
      <w:pPr>
        <w:keepNext/>
        <w:widowControl/>
        <w:spacing w:before="240"/>
      </w:pPr>
      <w:r>
        <w:t>Day 2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Begin your journey at the renowned Arakurayama Sengen Park, where you can admire the magnificent view of a five-story pagoda set against a backdrop of majestic mountains.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to enjoy views of Mount Fuji from a distance, visit Arakurayama Sengen Park, and take a cruise on Lake Kawaguchi, before returning to Tokyo. (B)</w:t>
      </w:r>
    </w:p>
    <w:p>
      <w:pPr>
        <w:widowControl/>
      </w:pPr>
      <w:r>
        <w:t>Attractions: 2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3 Tokyo Tour | Meiji Jingu Shrine, Shibuya Crossing, Senso-ji Temple, Overlook Tokyo Skytree Tower, Tsukiji Fish Market</w:t>
      </w:r>
    </w:p>
    <w:p>
      <w:pPr>
        <w:widowControl/>
      </w:pPr>
      <w:r>
        <w:t>After breakfast, your guide and driver will pick up your group at your hotel. Start an amazing day exploring Tokyo in a small group!</w:t>
      </w:r>
    </w:p>
    <w:p>
      <w:pPr>
        <w:widowControl/>
      </w:pPr>
      <w:r>
        <w:t>First to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w:t>
      </w:r>
    </w:p>
    <w:p>
      <w:pPr>
        <w:widowControl/>
      </w:pPr>
      <w:r>
        <w:t>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In the afternoon, head to Senso-ji Temple (Asakusa Kannon Temple), a must-visit for anyone traveling to Tokyo. Senso-ji Temple (Asakusa Kannon Temple), is one of the oldest and most famous Buddhist temples in Tokyo, located in the Asakusa district of Taito, Tokyo. The temple is dedicated to Kannon Bosatsu (Avalokiteshvara), the Bodhisattva of compassion. According to legend, in 628 AD, two fishermen retrieved a statue of Kannon from the Sumida River and decided to construct a temple to enshrine it. Completed in 645 AD, Senso-ji has since become a spiritual symbol of Tokyo.</w:t>
      </w:r>
    </w:p>
    <w:p>
      <w:pPr>
        <w:widowControl/>
      </w:pPr>
      <w:r>
        <w:t>The temple's entrance is marked by the iconic Kaminarimon (Thunder Gate), featuring a massive red lantern and protective deity statues that symbolize the temple's guardians against evil spirits. This gate is a popular photo spot and marks the beginning of Nakamise Street, a lively shopping street lined with stalls offering traditional Japanese snacks, crafts, and souvenirs, which leads up to the temple's second gate, the Hozomon.</w:t>
      </w:r>
    </w:p>
    <w:p>
      <w:pPr>
        <w:widowControl/>
      </w:pPr>
      <w:r>
        <w:t>Beyond the Hozomon lies the main hall, dedicated to Kannon and adorned with exquisite decorations, where devotees pray and worship. Adjacent to the main hall is the temple's five-story pagoda, another striking feature, representing the traditional Japanese architectural style and symbolizing the five elements of Buddhist cosmology - earth, water, fire, wind, and void.</w:t>
      </w:r>
    </w:p>
    <w:p>
      <w:pPr>
        <w:widowControl/>
      </w:pPr>
      <w:r>
        <w:t>From Senso-ji looking south, you capture a photograph of Skytree Tower (Japan's Tallest Tower; 634 meters). On this street, you can see both old buildings and modern skyscrapers together, providing a visual contrast between traditional and modern.</w:t>
      </w:r>
    </w:p>
    <w:p>
      <w:pPr>
        <w:widowControl/>
      </w:pPr>
      <w:r>
        <w:t>After that, you can explore Tsukiji Fish Market (Now Toyosu Market). Tsukiji Fish Market was once the world's largest fish market, famous for its tuna auctions. However, in 2018, it relocated to a new, larger facility called Toyosu Market. You can still enjoy fresh seafood (sashimi, sushi, or seafood rice bowls), purchase kitchenware, and learn about a variety of seafood, including the characteristics, cooking methods, and nutritional value of different types of seafood.</w:t>
      </w:r>
    </w:p>
    <w:p>
      <w:pPr>
        <w:widowControl/>
      </w:pPr>
      <w:r>
        <w:t>After the tour, your group will be escorted back to your hotel in Tokyo.</w:t>
      </w:r>
    </w:p>
    <w:p>
      <w:pPr>
        <w:widowControl/>
      </w:pPr>
      <w:r>
        <w:t>Overview: During Tokyo group tour, visit Meiji Jingu Shrine, Shibuya Crossing, the Hachiko Statue, Senso-ji Temple, enjoy an overlook of Tokyo Skytree Tower, and explore Tsukiji Fish Market. (B)</w:t>
      </w:r>
    </w:p>
    <w:p>
      <w:pPr>
        <w:widowControl/>
      </w:pPr>
      <w:r>
        <w:t>Attractions: 4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4 Tokyo to Kyoto by Shinkansen (Bullet Train) | Kinkakuji Temple, Nijo Castle</w:t>
      </w:r>
    </w:p>
    <w:p>
      <w:pPr>
        <w:widowControl/>
      </w:pPr>
      <w:r>
        <w:t>On this day, your driver in Tokyo will take you to the train station, where your group will board the Shinkansen (bullet train) to Kyoto. Shinkansen Ride Experience: At Tokyo Station, board the Shinkansen bound for Kyoto Station (about 2.5 hours). This fast and comfortable journey offers an opportunity to enjoy the changing landscapes of urban and rural Japan.</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Upon arrival in Kyoto, the local guide and driver will be waiting in the designated area to greet you and escort you for today's sightseeing in Kyoto.</w:t>
      </w:r>
    </w:p>
    <w:p>
      <w:pPr>
        <w:widowControl/>
      </w:pPr>
      <w:r>
        <w:t>In this afternoon, your group will visit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w:t>
      </w:r>
    </w:p>
    <w:p>
      <w:pPr>
        <w:widowControl/>
      </w:pPr>
      <w:r>
        <w:t>After the tour, you will be escorted to your 4-star hotel in Kyoto. Have a good rest!</w:t>
      </w:r>
    </w:p>
    <w:p>
      <w:pPr>
        <w:widowControl/>
      </w:pPr>
      <w:r>
        <w:t>Overview: Get from Tokyo to Kyoto by Shinkansen (Bullet Train) and visit Kinkakuji Temple and Nijo Castle. (B)</w:t>
      </w:r>
    </w:p>
    <w:p>
      <w:pPr>
        <w:widowControl/>
      </w:pPr>
      <w:r>
        <w:t>Attractions: 2 Sites</w:t>
      </w:r>
    </w:p>
    <w:p>
      <w:pPr>
        <w:widowControl/>
      </w:pPr>
      <w:r>
        <w:t>Transport and activities: Shinkansen, Vehicle</w:t>
      </w:r>
    </w:p>
    <w:p>
      <w:pPr>
        <w:widowControl/>
      </w:pPr>
      <w:r>
        <w:t>Meals: Breakfast</w:t>
      </w:r>
    </w:p>
    <w:p>
      <w:pPr>
        <w:widowControl/>
      </w:pPr>
      <w:r>
        <w:t>Accommodation: 4-star hotel in Kyoto</w:t>
      </w:r>
    </w:p>
    <w:p>
      <w:pPr>
        <w:keepNext/>
        <w:widowControl/>
        <w:spacing w:before="240"/>
      </w:pPr>
      <w:r>
        <w:t>Day 5 Kyoto Tour | Fushimi Inari Taisha Shrine, Kiyomizudera Temple, Ninenzaka &amp; Sannenzaka, Yasaka Shrine, Gion</w:t>
      </w:r>
    </w:p>
    <w:p>
      <w:pPr>
        <w:widowControl/>
      </w:pPr>
      <w:r>
        <w:t>Kyoto, once the capital of Japan, epitomizes ancient Japan. Boasting 17 UNESCO World Heritage sites, over 1,000 Buddhist temples, and more than 400 Shinto shrines, Kyoto is among the world's most culturally rich cities. Known for traditional arts like tea ceremonies, kaiseki dining, and ikebana (flower arranging), Kyoto is also one of the best places to observe geishas.</w:t>
      </w:r>
    </w:p>
    <w:p>
      <w:pPr>
        <w:widowControl/>
      </w:pPr>
      <w:r>
        <w:t>After breakfast, your group will explore Kyoto for a full day. Start the morning in Kyoto bright and early at one of its most iconic sites - the Fushimi Inari Taisha Shrine, to beat the crowds.</w:t>
      </w:r>
    </w:p>
    <w:p>
      <w:pPr>
        <w:widowControl/>
      </w:pPr>
      <w:r>
        <w:t>Fushimi Inari 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 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Next,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Yasaka Shrine, the guardian shrine of the Gion entertainment district, which dates back over 1350 years. Yasaka Shrine is particularly favored by those seeking beauty and wealth. Visiting this significant Shinto shrine in Kyoto, you may also find yourself gaining some good luck. The shrine is most famous for its Gion Matsuri in July, during which you can witness the procession where the deities of Yasaka are paraded through the city streets.</w:t>
      </w:r>
    </w:p>
    <w:p>
      <w:pPr>
        <w:widowControl/>
      </w:pPr>
      <w:r>
        <w:t>Adjacent to the shrine, Gion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After the tour, your group will be escorted back to your hotel.</w:t>
      </w:r>
    </w:p>
    <w:p>
      <w:pPr>
        <w:widowControl/>
      </w:pPr>
      <w:r>
        <w:t>Overview: Explore Kyoto on group tour that includes visits to Fushimi Inari Taisha Shrine, Kiyomizudera Temple, Ninenzaka and Sannenzaka streets, Yasaka Shrine, and the historic Gion district. (B)</w:t>
      </w:r>
    </w:p>
    <w:p>
      <w:pPr>
        <w:widowControl/>
      </w:pPr>
      <w:r>
        <w:t>Attractions: 6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6 Kyoto - Nara - Osaka | Todaiji Temple, Nara Park, Kasuga Taisha, Osaka Castle Park, Shinsaibashi-suji Shopping Street</w:t>
      </w:r>
    </w:p>
    <w:p>
      <w:pPr>
        <w:widowControl/>
      </w:pPr>
      <w:r>
        <w:t>In this morning, your group will depart from Kyoto and head to Nara, an approximately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16m high and consists of 437 tonnes of bronze and 130kg of gold. It represents Vairocana Buddha and is flanked by two Bodhisattvas. Todaiji's main hall, Daibutsu-den (Big Buddha Hall), is one of the world' 's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In this afternoon, visit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Overlook the Main Tower (Tenshukaku) of Osaka Castle, which stands tall against the sky at the center of the extensive castle grounds.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Last,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Free Time Ideas: visit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After the tour, your group will be escorted to the 4 star hotel in Osaka.</w:t>
      </w:r>
    </w:p>
    <w:p>
      <w:pPr>
        <w:widowControl/>
      </w:pPr>
      <w:r>
        <w:t>Overview: Travel from Kyoto to Nara and then to Osaka, visiting Todaiji Temple, Nara Park, Kasuga Taisha Shrine, Osaka Castle Park, and Shinsaibashi-suji Shopping Street. (B)</w:t>
      </w:r>
    </w:p>
    <w:p>
      <w:pPr>
        <w:widowControl/>
      </w:pPr>
      <w:r>
        <w:t>Attractions: 5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7 Osaka - Hiroshima - Osaka by Shinkansen | Hiroshima Peace Memorial Park (Atomic Bomb Dome), Itsukushima Shrine</w:t>
      </w:r>
    </w:p>
    <w:p>
      <w:pPr>
        <w:widowControl/>
      </w:pPr>
      <w:r>
        <w:t>Today, your group will head to Hiroshima. Start your day early, as your guide will pick you up from your hotel in Osaka. The guide will assist you at the train station to board the Shinkansen (bullet train) and will accompany you to Hiroshima.</w:t>
      </w:r>
    </w:p>
    <w:p>
      <w:pPr>
        <w:widowControl/>
      </w:pPr>
      <w:r>
        <w:t>About Transportation Between Osaka and Hiroshima:</w:t>
      </w:r>
    </w:p>
    <w:p>
      <w:pPr>
        <w:widowControl/>
      </w:pPr>
      <w:r>
        <w:t>Distance: The distance between Osaka and Hiroshima is about 300 kilometers. A Shinkansen (bullet train) journey takes approximately 1.5–2 hours, while driving takes 4–5 hours. For a round trip, the Shinkansen is the most efficient option for your group.</w:t>
      </w:r>
    </w:p>
    <w:p>
      <w:pPr>
        <w:widowControl/>
      </w:pPr>
      <w:r>
        <w:t>Guide Accompaniment: To optimize time and costs, we will arrange for a guide to accompany you on the Shinkansen journey between the two cities.</w:t>
      </w:r>
    </w:p>
    <w:p>
      <w:pPr>
        <w:widowControl/>
      </w:pPr>
      <w:r>
        <w:t>Hotel to Osaka Station: For transport between your hotel and Osaka Station, if your group size exceeds 8, a private vehicle will be arranged for the transfer. Otherwise, your guide will accompany you to experience local public transportation.</w:t>
      </w:r>
    </w:p>
    <w:p>
      <w:pPr>
        <w:widowControl/>
      </w:pPr>
      <w:r>
        <w:t>Hiroshima Station to Attractions: Upon arrival at Hiroshima Train Station, your guide will take you to explore Hiroshima using local public transportation.</w:t>
      </w:r>
    </w:p>
    <w:p>
      <w:pPr>
        <w:widowControl/>
      </w:pPr>
      <w:r>
        <w:t>Hiroshima is a modern city characterized by broad, tree-lined boulevards, meandering rivers, and a bustling city center. While Hiroshima is perhaps best known for being the target of an atomic bomb attack near the end of World War II, the city is not defined by this tragic history. Instead, it has continually advocated for peace and understanding.</w:t>
      </w:r>
    </w:p>
    <w:p>
      <w:pPr>
        <w:widowControl/>
      </w:pPr>
      <w:r>
        <w:t>Your first stop is to the Hiroshima Peace Memorial Park. The park is dedicated to the victims of the atomic bomb in 1945 and is a poignant reminder of the costs of war. Hiroshima Peace Memorial Park has numerous monuments and the iconic Atomic Bomb Dome.</w:t>
      </w:r>
    </w:p>
    <w:p>
      <w:pPr>
        <w:widowControl/>
      </w:pPr>
      <w:r>
        <w:t>The Atomic Bomb Dome, officially known as the Hiroshima Peace Memorial, is one of the most iconic structures in the Hiroshima Peace Memorial Park. Originally serving as the Hiroshima Prefectural Industrial Promotion Hall, it is known for its distinctive European-style dome. On August 6, 1945, it was struck by an atomic bomb, and the dome was directly beneath the bomb's hypocenter, approximately 160 meters above ground. While the surrounding area was almost destroyed, parts of the building's structure miraculously survived, standing as a direct testament to the destructive power of the bomb. In 1996, the A-Bomb Dome was designated as a UNESCO World Heritage Site, symbolizing peace and serving as a warning against nuclear warfare.</w:t>
      </w:r>
    </w:p>
    <w:p>
      <w:pPr>
        <w:widowControl/>
      </w:pPr>
      <w:r>
        <w:t>Explore the Hiroshima Peace Memorial Museum to learn about the events leading up to the bombing, its devastating effects on the city's inhabitants, and the city's post-war recovery. The museum holds exhibits that include personal items from victims, photographs, and other significant artifacts.</w:t>
      </w:r>
    </w:p>
    <w:p>
      <w:pPr>
        <w:widowControl/>
      </w:pPr>
      <w:r>
        <w:t>Today, if time allows, you can visit the island of Miyajima, a revered sacred site known for its breathtaking scenery and the famous floating torii gate of Itsukushima Shrine. On the short ferry ride there, you'll see the renowned Itsukushima Shrine, which is situated on Miyajima. At high tide, it appears to float on the sea. It has been designated as a UNESCO World Heritage Site and is among Japan's most celebrated tourist attractions. Be sure to stand on the deck to get a good view of the giant red Torii gate rising out of the sea.</w:t>
      </w:r>
    </w:p>
    <w:p>
      <w:pPr>
        <w:widowControl/>
      </w:pPr>
      <w:r>
        <w:t>After the tour, you will take public transportation to Hiroshima Station to board the Shinkansen back to Osaka with your guide. Upon arrival at Osaka Station, you will be transferred to your hotel in Osaka. (Tip: The type of vehicle used will depend on your group's size.)</w:t>
      </w:r>
    </w:p>
    <w:p>
      <w:pPr>
        <w:widowControl/>
      </w:pPr>
      <w:r>
        <w:t>Stay overnight in 4-star hotel in Osaka.</w:t>
      </w:r>
    </w:p>
    <w:p>
      <w:pPr>
        <w:widowControl/>
      </w:pPr>
      <w:r>
        <w:t>Overview: Travel from Osaka to Hiroshima and back to Osaka by Shinkansen, visiting Hiroshima Peace Memorial Park (including the Atomic Bomb Dome) and the iconic Itsukushima Shrine. (B)</w:t>
      </w:r>
    </w:p>
    <w:p>
      <w:pPr>
        <w:widowControl/>
      </w:pPr>
      <w:r>
        <w:t>Attractions: 3 Sites</w:t>
      </w:r>
    </w:p>
    <w:p>
      <w:pPr>
        <w:widowControl/>
      </w:pPr>
      <w:r>
        <w:t>Transport and activities: Shinkansen, Vehicle</w:t>
      </w:r>
    </w:p>
    <w:p>
      <w:pPr>
        <w:widowControl/>
      </w:pPr>
      <w:r>
        <w:t>Meals: Breakfast</w:t>
      </w:r>
    </w:p>
    <w:p>
      <w:pPr>
        <w:widowControl/>
      </w:pPr>
      <w:r>
        <w:t>Accommodation: 4-star hotel in Osaka</w:t>
      </w:r>
    </w:p>
    <w:p>
      <w:pPr>
        <w:keepNext/>
        <w:widowControl/>
        <w:spacing w:before="240"/>
      </w:pPr>
      <w:r>
        <w:t>Day 8 Osaka Departure | Transfer to the Airport on your own</w:t>
      </w:r>
    </w:p>
    <w:p>
      <w:pPr>
        <w:widowControl/>
      </w:pPr>
      <w:r>
        <w:t>After breakfast, it's time to say goodbye to Osaka, as your 8-day Japan group tour comes to an end. Today, you will need to head to the airport on your own, depending on your flight schedule. Kansai International Airport (KIX) in Osaka is available for your departure flight.</w:t>
      </w:r>
    </w:p>
    <w:p>
      <w:pPr>
        <w:widowControl/>
      </w:pPr>
      <w:r>
        <w:t>Tip: If you would like a private transfer from your hotel to the airport with Asia Odyssey Travel, please contact our travel experts in advance. We can arrange it for you.</w:t>
      </w:r>
    </w:p>
    <w:p>
      <w:pPr>
        <w:widowControl/>
      </w:pPr>
      <w:r>
        <w:t>Thank you for choosing Asia Odyssey Travel for your Japan tour. We are dedicated to enhancing your travel experience and look forward to welcoming you on your next adventure in Asia. Have a safe journey home!</w:t>
      </w:r>
    </w:p>
    <w:p>
      <w:pPr>
        <w:widowControl/>
      </w:pPr>
      <w:r>
        <w:t>Overview: Depart from Osaka and transfer to the airport on your own.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Best Japan Group Tour: Japan Highlights &amp; Hiroshima</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