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2027年9天日本樱花之旅：最受欢迎的赏樱团</w:t>
      </w:r>
    </w:p>
    <w:p>
      <w:pPr>
        <w:widowControl/>
      </w:pPr>
      <w:r>
        <w:t>线路编号：AOT-JPN-E</w:t>
      </w:r>
    </w:p>
    <w:p>
      <w:pPr>
        <w:keepNext/>
        <w:widowControl/>
        <w:spacing w:before="240"/>
      </w:pPr>
      <w:r>
        <w:t>第1天 抵达日本东京，自行前往东京酒店</w:t>
      </w:r>
    </w:p>
    <w:p>
      <w:pPr>
        <w:widowControl/>
      </w:pPr>
      <w:r>
        <w:t>你好（こんにちは）！欢迎来到日本首都东京！</w:t>
      </w:r>
    </w:p>
    <w:p>
      <w:pPr>
        <w:widowControl/>
      </w:pPr>
      <w:r>
        <w:t>这一天，根据您的航班时间，您将乘飞机抵达东京。抵达机场后，您需自行前往东京指定酒店。东京的住宿将是位置便利的4星级酒店。</w:t>
      </w:r>
    </w:p>
    <w:p>
      <w:pPr>
        <w:widowControl/>
      </w:pPr>
      <w:r>
        <w:t>东京是日本的首都，也是日本和亚洲最大的经济中心之一。东京是日本文化和艺术的中心，拥有众多博物馆、美术馆、剧院和文化场所，是艺术活动和文化交流的重要平台。东京是科技进步的重要基地，培育了众多高科技公司和创新人才，在电子、汽车和机器人技术等领域处于全球领先地位。</w:t>
      </w:r>
    </w:p>
    <w:p>
      <w:pPr>
        <w:widowControl/>
      </w:pPr>
      <w:r>
        <w:t>东京位于关东平原南端，周围有富士山等多样化的自然景观，为居民提供了休闲和户外活动空间。东京都市圈的人口一度达到3600万，占日本总人口的三分之一。尽管生活成本高昂，东京为居民提供了便利的生活条件，拥有众多购物中心、娱乐设施以及从高级餐厅到街头小吃的丰富饮食文化。</w:t>
      </w:r>
    </w:p>
    <w:p>
      <w:pPr>
        <w:widowControl/>
      </w:pPr>
      <w:r>
        <w:t>抵达建议：</w:t>
      </w:r>
    </w:p>
    <w:p>
      <w:pPr>
        <w:widowControl/>
      </w:pPr>
      <w:r>
        <w:t>日本有两个常用的国际机场。成田国际机场距离东京市中心63.5公里，是东京主要的国际航空枢纽，从中国飞往东京的航班通常在此降落。东京国际机场（羽田机场）距离东京市中心17公里，主要服务日本国内航班和一些国际航班，包括飞往韩国和其他东亚地区的航班。</w:t>
      </w:r>
    </w:p>
    <w:p>
      <w:pPr>
        <w:widowControl/>
      </w:pPr>
      <w:r>
        <w:t>有直飞东京航班的城市包括但不限于：北京、上海、广州、深圳、杭州、西安、成都、重庆、香港、台北、高雄、首尔、新加坡、曼谷、吉隆坡、雅加达、巴厘岛、马尼拉、胡志明市、河内等。请注意，航班信息会根据时间和市场需求变化。请联系我们获取最新航班信息和价格。</w:t>
      </w:r>
    </w:p>
    <w:p>
      <w:pPr>
        <w:widowControl/>
      </w:pPr>
      <w:r>
        <w:t>在日本，建议使用地铁和JR列车等公共交通工具以节省成本、避免交通拥堵并帮助减少碳排放。日本出租车费用相对较高，起步价约为660日元，每公里140日元。等待时间也计费。夜间和高峰时段需加收费用（+20%），高速公路通行费另计。大件行李需额外收费。例如，从东京塔到成田机场的出租车行程约60-70公里，费用可能在25,000-35,000日元左右（约合170-237美元）。</w:t>
      </w:r>
    </w:p>
    <w:p>
      <w:pPr>
        <w:widowControl/>
      </w:pPr>
      <w:r>
        <w:t>日本樱花之旅小贴士：</w:t>
      </w:r>
    </w:p>
    <w:p>
      <w:pPr>
        <w:widowControl/>
      </w:pPr>
      <w:r>
        <w:t>选择合适的时间：樱花季通常从3月下旬到4月上旬。研究您计划前往地区的具体开花日期。</w:t>
      </w:r>
    </w:p>
    <w:p>
      <w:pPr>
        <w:widowControl/>
      </w:pPr>
      <w:r>
        <w:t>尽早预订住宿：热门赏樱目的地在旺季可能会很拥挤。提前预订住宿以确保最佳选择。</w:t>
      </w:r>
    </w:p>
    <w:p>
      <w:pPr>
        <w:widowControl/>
      </w:pPr>
      <w:r>
        <w:t>查看天气预报：准备好可能出现的阵雨，尤其是在樱花季。</w:t>
      </w:r>
    </w:p>
    <w:p>
      <w:pPr>
        <w:widowControl/>
      </w:pPr>
      <w:r>
        <w:t>野餐礼仪：在樱花树下野餐时，请尊重当地习俗和礼仪。</w:t>
      </w:r>
    </w:p>
    <w:p>
      <w:pPr>
        <w:widowControl/>
      </w:pPr>
      <w:r>
        <w:t>概述：抵达日本东京，自行前往东京酒店。</w:t>
      </w:r>
    </w:p>
    <w:p>
      <w:pPr>
        <w:widowControl/>
      </w:pPr>
      <w:r>
        <w:t>住宿：东京4星级酒店</w:t>
      </w:r>
    </w:p>
    <w:p>
      <w:pPr>
        <w:keepNext/>
        <w:widowControl/>
        <w:spacing w:before="240"/>
      </w:pPr>
      <w:r>
        <w:t>第2天 东京游：上野公园（樱花）、浅草寺（樱花）、明治神宫、涩谷十字路口</w:t>
      </w:r>
    </w:p>
    <w:p>
      <w:pPr>
        <w:widowControl/>
      </w:pPr>
      <w:r>
        <w:t>全天探索东京与樱花。早上前往上野公园。它是东京最大的公园之一，也是日本最著名的赏樱胜地之一，拥有超过1300棵樱花树。每年春天樱花盛开，尤其是在4月初，风吹花瓣飘落，景色令人叹为观止。公园内有许多博物馆和美术馆，包括东京国立博物馆（周一闭馆）和国立西洋美术馆（世界遗产）。在上野公园，你还可以听到日本国鸟乌鸦的叫声，它们飞翔着寻找食物。</w:t>
      </w:r>
    </w:p>
    <w:p>
      <w:pPr>
        <w:widowControl/>
      </w:pPr>
      <w:r>
        <w:t>之后，前往浅草寺（浅草观音寺），这是任何来东京旅行的人必去的地方。在这里，你可以体验老东京的中心及其充满活力的氛围。你可以拍摄到浅草寺与东京晴空塔（日本最高塔；634米）同框的照片。浅草寺是东京赏樱的好地方！寺庙位于浅草，一个以樱花闻名的热门街区。寺庙内及周边地区有几棵樱花树。</w:t>
      </w:r>
    </w:p>
    <w:p>
      <w:pPr>
        <w:widowControl/>
      </w:pPr>
      <w:r>
        <w:t>浅草寺建于公元628年，已有1300多年历史，是日本最古老的寺庙之一。它不仅见证了日本的历史变迁，还承载着丰富的佛教文化。浅草寺的建筑风格融合了日本传统文化和艺术，色彩丰富，雕刻精美。主要建筑包括正门（雷门；东京地标）、钟楼、五重塔（东京地标）和本堂，都反映了日本古代建筑风格和宗教信仰。</w:t>
      </w:r>
    </w:p>
    <w:p>
      <w:pPr>
        <w:widowControl/>
      </w:pPr>
      <w:r>
        <w:t>雷门是浅草寺的标志性建筑，高11.7米，宽21.7米，非常壮观。门前悬挂着巨大的红灯笼，上面醒目地写着“雷门”二字。雷门不仅是浅草寺的象征，也是东京最著名的地标之一。你可能见过浮世绘三大家之一歌川广重的作品《名所江户百景：浅草雷门》，描绘了雷门雪景，以其细腻的描绘和深刻的意象而闻名，成为浮世绘艺术的杰作。该地区熙熙攘攘，挤满了前来祈祷和祈求健康、平安和幸福的人们。在浅草寺周围，你可以品尝各种日本料理，购买独特的纪念品，并参加各种庆祝活动。</w:t>
      </w:r>
    </w:p>
    <w:p>
      <w:pPr>
        <w:widowControl/>
      </w:pPr>
      <w:r>
        <w:t>今天下午，参观明治神宫，这是一座神社，供奉明治天皇（1852-1912）和昭宪皇太后（1849-1914），他们在日本现代化中发挥了关键作用，同时擅长写作和歌（传统日本诗歌，31音节，5-7-5-7-7模式）。明治神宫也是传统婚礼的热门场所，你有机会目睹日本婚礼游行，体验日本传统文化的魅力。</w:t>
      </w:r>
    </w:p>
    <w:p>
      <w:pPr>
        <w:widowControl/>
      </w:pPr>
      <w:r>
        <w:t>明治神宫坐落在占地70公顷的宁静森林中，提供远离喧嚣城市的宁静之所。这片森林拥有超过10万棵树，这些树是在神社建造时从日本各地捐赠的，以纪念他们敬爱的明治天皇（他将神道教确立为国教）和昭宪皇太后。</w:t>
      </w:r>
    </w:p>
    <w:p>
      <w:pPr>
        <w:widowControl/>
      </w:pPr>
      <w:r>
        <w:t>沿着小径漫步，享受新鲜空气和自然美景。你将穿过日本最大的木制鸟居，保持天然木色，重达13吨。鸟居是神社的象征，标志着从世俗到神圣的过渡。然后，你会注意到南参道旁令人印象深刻的清酒桶墙，展示着来自日本各地酿酒厂和信徒的供品，包括清酒和西方烈酒的酒桶，反映了明治天皇对西方文化的喜爱。</w:t>
      </w:r>
    </w:p>
    <w:p>
      <w:pPr>
        <w:widowControl/>
      </w:pPr>
      <w:r>
        <w:t>在明治神宫的正殿，你可以看到当地人在净手池洗手漱口，以示敬意。你可以像当地人一样，投入5日元硬币（象征结缘）并祈祷祝福。在日本人眼中，明治神宫被认为具有无限的能力，从新生儿命名仪式，到成人礼、毕业典礼、寻求姻缘、祈祷世界和平、家庭幸福、旅行平安、身体健康、消灾等。</w:t>
      </w:r>
    </w:p>
    <w:p>
      <w:pPr>
        <w:widowControl/>
      </w:pPr>
      <w:r>
        <w:t>除了沉浸在日本神道教传统和建筑中，还可以陶醉于郁郁葱葱的树木、宁静的池塘、优雅的桥梁和石径等迷人环境，这些体现了传统日本园林艺术的精髓。你应该来这里欣赏春天樱花盛开、夏天绿意盎然、秋天红叶似火、冬天雪景宁静。</w:t>
      </w:r>
    </w:p>
    <w:p>
      <w:pPr>
        <w:widowControl/>
      </w:pPr>
      <w:r>
        <w:t>参观明治神宫小贴士：</w:t>
      </w:r>
    </w:p>
    <w:p>
      <w:pPr>
        <w:widowControl/>
      </w:pPr>
      <w:r>
        <w:t>穿着得体：尊重神社的神圣性，穿着适当。</w:t>
      </w:r>
    </w:p>
    <w:p>
      <w:pPr>
        <w:widowControl/>
      </w:pPr>
      <w:r>
        <w:t>注意噪音水平：保持安静和尊重的氛围。</w:t>
      </w:r>
    </w:p>
    <w:p>
      <w:pPr>
        <w:widowControl/>
      </w:pPr>
      <w:r>
        <w:t>内苑（可选；自费；曾是皇室财产），以及明治神宫博物馆（可选；自费；展示天皇夫妇使用过的物品）。</w:t>
      </w:r>
    </w:p>
    <w:p>
      <w:pPr>
        <w:widowControl/>
      </w:pPr>
      <w:r>
        <w:t>然后，前往参观涩谷十字路口，世界上最繁忙的十字路口之一，每分钟约容纳3000人。作为东京的标志性地点之一，涩谷吸引着来自世界各地的游客和摄影师前来观察和捕捉其精髓。许多电影、电视节目、广告和音乐视频都在这里拍摄，例如《速度与激情3：东京漂移》。此外，如果你对忠犬八公的故事感兴趣，还可以参观他的铜像。这座八公像位于涩谷站外，是为了纪念八公的忠诚而建立的。它不仅是热门的会面地点，也是游客必去的景点。这座雕像象征着忠诚和爱的力量，是一个感人的致敬。</w:t>
      </w:r>
    </w:p>
    <w:p>
      <w:pPr>
        <w:widowControl/>
      </w:pPr>
      <w:r>
        <w:t>夜宿东京。</w:t>
      </w:r>
    </w:p>
    <w:p>
      <w:pPr>
        <w:widowControl/>
      </w:pPr>
      <w:r>
        <w:t>概述：参加团体游探索东京，参观上野公园（樱花）、浅草寺（樱花）、明治神宫和标志性的涩谷十字路口。（含早餐）</w:t>
      </w:r>
    </w:p>
    <w:p>
      <w:pPr>
        <w:widowControl/>
      </w:pPr>
      <w:r>
        <w:t>景点：4个景点</w:t>
      </w:r>
    </w:p>
    <w:p>
      <w:pPr>
        <w:widowControl/>
      </w:pPr>
      <w:r>
        <w:t>交通与活动：车辆</w:t>
      </w:r>
    </w:p>
    <w:p>
      <w:pPr>
        <w:widowControl/>
      </w:pPr>
      <w:r>
        <w:t>用餐：早餐</w:t>
      </w:r>
    </w:p>
    <w:p>
      <w:pPr>
        <w:widowControl/>
      </w:pPr>
      <w:r>
        <w:t>住宿：东京4星级酒店</w:t>
      </w:r>
    </w:p>
    <w:p>
      <w:pPr>
        <w:keepNext/>
        <w:widowControl/>
        <w:spacing w:before="240"/>
      </w:pPr>
      <w:r>
        <w:t>第3天 东京至河口湖富士山一日游：新仓山浅间公园与河口湖游船</w:t>
      </w:r>
    </w:p>
    <w:p>
      <w:pPr>
        <w:widowControl/>
      </w:pPr>
      <w:r>
        <w:t>今天将进行一整天的往返行程，从河口湖欣赏富士山的壮丽景色。</w:t>
      </w:r>
    </w:p>
    <w:p>
      <w:pPr>
        <w:widowControl/>
      </w:pPr>
      <w:r>
        <w:t>富士山是日本最高的山峰，是一座著名的火山，拥有完美的对称锥形。对于任何到访日本的旅行者来说，游览富士山都是必不可少的。作为联合国教科文组织世界遗产，富士山（海拔3,776米）是日本的标志性象征，是文化和精神地标（在神道教中被认定为圣山），也是自然奇观。当想象富士山时，其独特的完美锥形和白雪覆盖的山顶很可能会浮现在脑海中。其中最著名的描绘之一是葛饰北斋的《富岳三十六景》。北斋是“浮世绘三大家”之一，以其杰作《神奈川冲浪里》最为著名，该作品可见于1000日元纸币上。</w:t>
      </w:r>
    </w:p>
    <w:p>
      <w:pPr>
        <w:widowControl/>
      </w:pPr>
      <w:r>
        <w:t>在前往河口湖的途中，开始您的旅程，前往新仓山浅间公园。新仓山浅间公园是观赏樱花的热门目的地，以其早开的樱花树而闻名。公园内有河津樱，这是一种独特的樱花品种，以其大而粉红的花朵而闻名。公园的樱花树通常比日本其他地区更早开花，对于那些想在2月或3月初体验樱花之美的人来说，这是一个很好的选择。公园提供河津川和周围山脉的壮丽景色（将富士山、樱花和五重塔一同框入），为您的樱花体验提供了如画的背景。在樱花盛开的旺季，公园会举办热闹的节日，有食品摊位、传统表演和其他庆祝活动。徒步约15-20分钟，即可到达新仓山浅间神社，该神社供奉山神。神社周围环绕着美丽的花园，氛围宁静。欣赏绚丽的景色，并在著名的红富士观景台拍摄标志性照片。</w:t>
      </w:r>
    </w:p>
    <w:p>
      <w:pPr>
        <w:widowControl/>
      </w:pPr>
      <w:r>
        <w:t>接下来，前往河口湖，这是另一个悠闲观赏富士山的绝佳地点。湖水清澈见底，可欣赏到标志性山峰的壮丽景色和宁静的氛围。在平静的水面上享受游船，惊叹于富士山在河口湖中的迷人倒影。此外，您可以沿着湖边悠闲漫步，并根据兴趣探索附近的公园、画廊和博物馆。</w:t>
      </w:r>
    </w:p>
    <w:p>
      <w:pPr>
        <w:widowControl/>
      </w:pPr>
      <w:r>
        <w:t>之后，返回东京过夜，好好休息。</w:t>
      </w:r>
    </w:p>
    <w:p>
      <w:pPr>
        <w:widowControl/>
      </w:pPr>
      <w:r>
        <w:t>注意事项：</w:t>
      </w:r>
    </w:p>
    <w:p>
      <w:pPr>
        <w:widowControl/>
      </w:pPr>
      <w:r>
        <w:t>这是漫长的一日游，如果行程超过8小时，将收取附加费（用于导游、司机和车辆）。</w:t>
      </w:r>
    </w:p>
    <w:p>
      <w:pPr>
        <w:widowControl/>
      </w:pPr>
      <w:r>
        <w:t>如果天气晴朗，您可以欣赏到富士山的美景。但是，如果天气不佳，可能看不到富士山。</w:t>
      </w:r>
    </w:p>
    <w:p>
      <w:pPr>
        <w:widowControl/>
      </w:pPr>
      <w:r>
        <w:t>观赏富士山的最佳时间通常是12月至2月，此时天空更晴朗，山顶积雪。此外，4月至5月（樱花盛开）和10月至11月（秋叶）也是好时机。</w:t>
      </w:r>
    </w:p>
    <w:p>
      <w:pPr>
        <w:widowControl/>
      </w:pPr>
      <w:r>
        <w:t>清晨通常能提供最佳的能见度，在云层遮挡视野之前。富士山周围的不同地点提供不同的视角，有些地点以其清晰的视野而闻名。</w:t>
      </w:r>
    </w:p>
    <w:p>
      <w:pPr>
        <w:widowControl/>
      </w:pPr>
      <w:r>
        <w:t>概述：从东京前往富士山，游览新仓山浅间公园和河口湖，包括一次风景优美的游船，然后返回东京。（含早餐）</w:t>
      </w:r>
    </w:p>
    <w:p>
      <w:pPr>
        <w:widowControl/>
      </w:pPr>
      <w:r>
        <w:t>景点：2个景点</w:t>
      </w:r>
    </w:p>
    <w:p>
      <w:pPr>
        <w:widowControl/>
      </w:pPr>
      <w:r>
        <w:t>交通与活动：车辆、游船</w:t>
      </w:r>
    </w:p>
    <w:p>
      <w:pPr>
        <w:widowControl/>
      </w:pPr>
      <w:r>
        <w:t>用餐：早餐</w:t>
      </w:r>
    </w:p>
    <w:p>
      <w:pPr>
        <w:widowControl/>
      </w:pPr>
      <w:r>
        <w:t>住宿：东京4星级酒店</w:t>
      </w:r>
    </w:p>
    <w:p>
      <w:pPr>
        <w:keepNext/>
        <w:widowControl/>
        <w:spacing w:before="240"/>
      </w:pPr>
      <w:r>
        <w:t>第4天 乘新干线从东京到京都，京都自由探索</w:t>
      </w:r>
    </w:p>
    <w:p>
      <w:pPr>
        <w:widowControl/>
      </w:pPr>
      <w:r>
        <w:t>这一天，您在东京的司机会送您前往火车站，您的团队将搭乘新干线（子弹列车）前往京都。新干线体验：在东京站，登上开往京都站的新干线（约2.5小时）。这段快速舒适的旅程让您有机会欣赏日本城市与乡村不断变化的景观。</w:t>
      </w:r>
    </w:p>
    <w:p>
      <w:pPr>
        <w:widowControl/>
      </w:pPr>
      <w:r>
        <w:t>抵达京都后，司机会迎接您并送您前往酒店。办理入住，稍作安顿并休息。</w:t>
      </w:r>
    </w:p>
    <w:p>
      <w:pPr>
        <w:widowControl/>
      </w:pPr>
      <w:r>
        <w:t>京都位于日本的关西地区，曾是日本的首都。它集中体现了古日本的风貌，以宁静的寺庙、精美的庭园、色彩缤纷的神社、宏伟的皇宫和华丽的城堡而闻名。京都拥有17处联合国教科文组织世界遗产、1000多座佛教寺庙和400多座神社，是全球文化最丰富的城市之一。它还以日本传统艺术和习俗闻名，如茶道、怀石料理（传统多道菜餐食）和花道（插花）。这里仍然是观赏艺伎的最佳地点之一，艺伎是日本传统女性表演者，以其在艺术、音乐、舞蹈和谈吐方面的精湛技艺而著称。</w:t>
      </w:r>
    </w:p>
    <w:p>
      <w:pPr>
        <w:widowControl/>
      </w:pPr>
      <w:r>
        <w:t>京都自由活动建议：</w:t>
      </w:r>
    </w:p>
    <w:p>
      <w:pPr>
        <w:widowControl/>
      </w:pPr>
      <w:r>
        <w:t>鸭川傍晚漫步：这条河流经市区，提供步道和美丽的景色。河畔许多咖啡馆和餐厅设有露台，非常适合放松地结束一天。</w:t>
      </w:r>
    </w:p>
    <w:p>
      <w:pPr>
        <w:widowControl/>
      </w:pPr>
      <w:r>
        <w:t>漫步哲学之道：沿着哲学之道享受宁静的散步，这是一条两旁种满樱花树的石径，沿着京都东北部的一条运河延伸。这条小径在樱花季节尤其美丽，但一年四季都能提供宁静的体验。</w:t>
      </w:r>
    </w:p>
    <w:p>
      <w:pPr>
        <w:widowControl/>
      </w:pPr>
      <w:r>
        <w:t>概述：搭乘新干线（子弹列车）从东京前往京都，并享受自由时间按自己的节奏探索京都。（含早餐）</w:t>
      </w:r>
    </w:p>
    <w:p>
      <w:pPr>
        <w:widowControl/>
      </w:pPr>
      <w:r>
        <w:t>交通与活动：新干线，车辆</w:t>
      </w:r>
    </w:p>
    <w:p>
      <w:pPr>
        <w:widowControl/>
      </w:pPr>
      <w:r>
        <w:t>用餐：早餐</w:t>
      </w:r>
    </w:p>
    <w:p>
      <w:pPr>
        <w:widowControl/>
      </w:pPr>
      <w:r>
        <w:t>住宿：京都4星级酒店</w:t>
      </w:r>
    </w:p>
    <w:p>
      <w:pPr>
        <w:keepNext/>
        <w:widowControl/>
        <w:spacing w:before="240"/>
      </w:pPr>
      <w:r>
        <w:t>第5天 京都之旅：清水寺（樱花）、二年坂与三年坂、圆山公园（樱花）、祇园、茶道</w:t>
      </w:r>
    </w:p>
    <w:p>
      <w:pPr>
        <w:widowControl/>
      </w:pPr>
      <w:r>
        <w:t>上午，参观被联合国教科文组织列为世界遗产的清水寺。这座寺庙坐落在京都东部的山坡上，以其悬在山坡上的木制舞台而闻名，可欣赏到城市和周边自然的壮丽景色。寺庙的正殿完全不用钉子建造，是建筑奇迹。清水寺还以其圣水而著称，人们相信这水有许愿的力量，吸引无数游客前来饮用。不要错过本堂、地主神社、音羽瀑布，以及胎内巡游房间的精神体验。</w:t>
      </w:r>
    </w:p>
    <w:p>
      <w:pPr>
        <w:widowControl/>
      </w:pPr>
      <w:r>
        <w:t>小贴士：清水寺的景色在每个季节都独具美丽，全年提供独特的魅力。春天，山间点缀着迷人的樱花；夏天，郁郁葱葱的绿意盎然；秋天，装饰着绚烂的红叶；冬天，则充满迷人的树木。您将在此享受亚洲奥德赛旅游免费特别准备的柔和粉色樱花冰淇淋，度过美好时光。</w:t>
      </w:r>
    </w:p>
    <w:p>
      <w:pPr>
        <w:widowControl/>
      </w:pPr>
      <w:r>
        <w:t>然后，漫步在保存完好的二年坂和三年坂街道上。这些迷人的斜坡街道两旁排列着传统商店和古雅的茶屋，提供对京都过去的怀旧一瞥。当您漫步在这些区域时，可以购买独特的手工艺品，品尝当地小吃，也许还可以在咖啡馆停下来放松，沉浸在旧京都的氛围中。</w:t>
      </w:r>
    </w:p>
    <w:p>
      <w:pPr>
        <w:widowControl/>
      </w:pPr>
      <w:r>
        <w:t>继续前往圆山公园观赏樱花。圆山公园位于清水寺和祇园区附近，以其令人惊叹的樱花展示而闻名，尤其是神社附近标志性的垂枝樱。公园内有山田中之男神社，这是一个受欢迎的神道教神社，全年吸引许多游客。</w:t>
      </w:r>
    </w:p>
    <w:p>
      <w:pPr>
        <w:widowControl/>
      </w:pPr>
      <w:r>
        <w:t>接下来，前往祇园，这是京都著名的艺伎区。在这里，您可能会瞥见艺伎（艺子）穿着精致的和服和传统妆容。当您漫步在祇园的石板街道上时，花点时间欣赏保存完好的町屋（木制联排别墅）、茶屋和独特的料亭（传统日本餐厅）。祇园在黄昏时特别迷人，灯笼点亮，艺伎和舞伎（学徒艺伎）前往晚间约会，使狭窄的小巷活跃起来。</w:t>
      </w:r>
    </w:p>
    <w:p>
      <w:pPr>
        <w:widowControl/>
      </w:pPr>
      <w:r>
        <w:t>今天的最后一项活动是在真实的环境中体验传统茶道，遵循艺术仪式并品尝茶。让自己沉浸在仪式背后的哲学中。</w:t>
      </w:r>
    </w:p>
    <w:p>
      <w:pPr>
        <w:widowControl/>
      </w:pPr>
      <w:r>
        <w:t>游览结束后，您的团队将被送往京都的酒店。</w:t>
      </w:r>
    </w:p>
    <w:p>
      <w:pPr>
        <w:widowControl/>
      </w:pPr>
      <w:r>
        <w:t>概述：参观清水寺（樱花），漫步二年坂和三年坂，欣赏圆山公园（樱花）的风景，探索历史悠久的祇园区并体验茶道。（含早餐）</w:t>
      </w:r>
    </w:p>
    <w:p>
      <w:pPr>
        <w:widowControl/>
      </w:pPr>
      <w:r>
        <w:t>景点：5个景点</w:t>
      </w:r>
    </w:p>
    <w:p>
      <w:pPr>
        <w:widowControl/>
      </w:pPr>
      <w:r>
        <w:t>交通与活动：车辆</w:t>
      </w:r>
    </w:p>
    <w:p>
      <w:pPr>
        <w:widowControl/>
      </w:pPr>
      <w:r>
        <w:t>用餐：早餐</w:t>
      </w:r>
    </w:p>
    <w:p>
      <w:pPr>
        <w:widowControl/>
      </w:pPr>
      <w:r>
        <w:t>住宿：京都4星级酒店</w:t>
      </w:r>
    </w:p>
    <w:p>
      <w:pPr>
        <w:keepNext/>
        <w:widowControl/>
        <w:spacing w:before="240"/>
      </w:pPr>
      <w:r>
        <w:t>第6天 京都之旅：金阁寺（樱花）、二条城、嵯峨野观光小火车或屋形船（樱花）、岚山竹林、天龙寺、渡月桥</w:t>
      </w:r>
    </w:p>
    <w:p>
      <w:pPr>
        <w:widowControl/>
      </w:pPr>
      <w:r>
        <w:t>今天，您将游览京都一些最具代表性的景点，然后前往位于京都西北部的岚山和嵯峨野地区。这条行程不仅能让您深入了解京都的文化与历史，还能让您亲近自然，感受季节的变换。</w:t>
      </w:r>
    </w:p>
    <w:p>
      <w:pPr>
        <w:widowControl/>
      </w:pPr>
      <w:r>
        <w:t>从参观京都最具代表性的景点之一金阁寺（金色 Pavilion）开始您的一天——它是一处联合国教科文组织世界遗产。这座禅宗佛教寺院以其令人惊叹的金色外观而闻名。寺院令人叹为观止的视觉效果来自其顶部两层，这两层完全覆盖着金箔。金色建筑在前方池塘中的倒影波光粼粼，非常适合拍照和静心沉思。它最初建于1397年，是幕府将军足利义满的退休别墅。义满去世后，依照他的遗嘱，别墅由他的儿子改建为禅寺。</w:t>
      </w:r>
    </w:p>
    <w:p>
      <w:pPr>
        <w:widowControl/>
      </w:pPr>
      <w:r>
        <w:t>接下来，前往另一处联合国教科文组织世界遗产二条城，深入了解日本的封建历史。二条城建于1603年，是江户时代第一代将军德川家康的京都居所，其广阔的庭园和华丽的建筑彰显了江户时代（1603-1867）占统治地位的武士家族的权利与财富。</w:t>
      </w:r>
    </w:p>
    <w:p>
      <w:pPr>
        <w:widowControl/>
      </w:pPr>
      <w:r>
        <w:t>这座城堡有两道同心防御环，每道都由城墙和宽阔的护城河组成。穿过宏伟的唐门后，您将进入二之丸御殿，它分为五座建筑，内有众多房间。内部装饰着狩野派大师的画作，反映了那个时代的文化与艺术遗产。这座城堡以其“莺鸣地板”而闻名（每走一步都会发出歌唱般的吱吱声，使入侵者难以悄无声息地移动），这是作为防范入侵者的安全措施而设计的。不要错过出色的二之丸庭园，它由茶师兼造园家小堀远州设计。二条城在日本历史上占有重要地位。1867年，正是在二条城，德川幕府第十五代也是最后一代将军德川庆喜宣布恢复天皇统治，从而引发明治维新。这一事件标志着日本幕府制度的终结，以及日本作为现代民族国家的开端。</w:t>
      </w:r>
    </w:p>
    <w:p>
      <w:pPr>
        <w:widowControl/>
      </w:pPr>
      <w:r>
        <w:t>今天下午，您将充分探索京都西部的岚山地区。根据樱花季票务情况，选择以下两种体验之一：</w:t>
      </w:r>
    </w:p>
    <w:p>
      <w:pPr>
        <w:widowControl/>
      </w:pPr>
      <w:r>
        <w:t>选项1：嵯峨野观光小火车体验（25-30分钟）</w:t>
      </w:r>
    </w:p>
    <w:p>
      <w:pPr>
        <w:widowControl/>
      </w:pPr>
      <w:r>
        <w:t>嵯峨野观光小火车是运行于岚山与龟冈之间的观光列车线路。列车沿着保津川峡谷行驶，可欣赏周围森林和山脉的壮丽景色。春季，老式列车以悠闲的速度前行，让您惊叹于粉色樱花铺满森林和山坡的绝美景象。</w:t>
      </w:r>
    </w:p>
    <w:p>
      <w:pPr>
        <w:widowControl/>
      </w:pPr>
      <w:r>
        <w:t>选项2：屋形船（游船，30分钟）</w:t>
      </w:r>
    </w:p>
    <w:p>
      <w:pPr>
        <w:widowControl/>
      </w:pPr>
      <w:r>
        <w:t>乘坐传统屋形船享受宁静的航行。当您沿着保津川滑行时，欣赏两岸樱花盛开的迷人景色。粉色花瓣飘落水面的宁静景象营造出诗意如画的氛围——真正是田园诗般的体验。</w:t>
      </w:r>
    </w:p>
    <w:p>
      <w:pPr>
        <w:widowControl/>
      </w:pPr>
      <w:r>
        <w:t>然后，步行前往附近的岚山竹林。这条著名的小径被高耸的竹子环绕，营造出超凡脱俗的氛围。这条路径将带您穿过京都最常被拍摄的景观之一。</w:t>
      </w:r>
    </w:p>
    <w:p>
      <w:pPr>
        <w:widowControl/>
      </w:pPr>
      <w:r>
        <w:t>短暂步行后，探索天龙寺，它被指定为联合国教科文组织世界遗产，也是所谓的京都五山之一。不要错过由著名禅宗大师梦窗疏石设计的庭园，它体现了借景的概念。提示：这座寺院及其庭园在春季樱花季和秋季红叶季尤为美丽。</w:t>
      </w:r>
    </w:p>
    <w:p>
      <w:pPr>
        <w:widowControl/>
      </w:pPr>
      <w:r>
        <w:t>最后，步行前往渡月桥，结束您在岚山的游览。这是一座标志性的历史木桥，可欣赏周围山脉和河流的如画景色，凝聚了该地区的宁静之美。</w:t>
      </w:r>
    </w:p>
    <w:p>
      <w:pPr>
        <w:widowControl/>
      </w:pPr>
      <w:r>
        <w:t>游览结束后，驱车返回京都市中心。夜宿京都。</w:t>
      </w:r>
    </w:p>
    <w:p>
      <w:pPr>
        <w:widowControl/>
      </w:pPr>
      <w:r>
        <w:t>概述：在京都团体游中，参观金阁寺（樱花）、二条城，体验嵯峨野观光小火车或乘船（樱花），探索岚山竹林、天龙寺和标志性的渡月桥。（含早餐）</w:t>
      </w:r>
    </w:p>
    <w:p>
      <w:pPr>
        <w:widowControl/>
      </w:pPr>
      <w:r>
        <w:t>景点：5个景点</w:t>
      </w:r>
    </w:p>
    <w:p>
      <w:pPr>
        <w:widowControl/>
      </w:pPr>
      <w:r>
        <w:t>交通与活动：车辆</w:t>
      </w:r>
    </w:p>
    <w:p>
      <w:pPr>
        <w:widowControl/>
      </w:pPr>
      <w:r>
        <w:t>用餐：早餐</w:t>
      </w:r>
    </w:p>
    <w:p>
      <w:pPr>
        <w:widowControl/>
      </w:pPr>
      <w:r>
        <w:t>住宿：京都4星级酒店</w:t>
      </w:r>
    </w:p>
    <w:p>
      <w:pPr>
        <w:keepNext/>
        <w:widowControl/>
        <w:spacing w:before="240"/>
      </w:pPr>
      <w:r>
        <w:t>第7天 京都—奈良—大阪：伏见稻荷大社、东大寺、奈良公园、春日大社</w:t>
      </w:r>
    </w:p>
    <w:p>
      <w:pPr>
        <w:widowControl/>
      </w:pPr>
      <w:r>
        <w:t>清早从京都出发，趁人少前往最具代表性的景点之一——伏见稻荷大社。</w:t>
      </w:r>
    </w:p>
    <w:p>
      <w:pPr>
        <w:widowControl/>
      </w:pPr>
      <w:r>
        <w:t>伏见稻荷大社以数千座朱红色鸟居闻名，被称为“千本鸟居”。层层叠叠的朱红色鸟居沿着郁郁葱葱的树木繁茂的山坡排列，形成一条看似无尽的走廊。鲜艳的橙色与黑色鸟居与周围的绿意形成美丽对比，营造出令人惊叹、近乎超凡脱俗的路径，非常适合拍照。</w:t>
      </w:r>
    </w:p>
    <w:p>
      <w:pPr>
        <w:widowControl/>
      </w:pPr>
      <w:r>
        <w:t>伏见稻荷大社始建于8世纪初（公元711年），主要供奉稻荷神，即神道教中掌管稻米、生育、清酒、农业和工业的神明。在参观神社时，你会遇到数百座狐狸雕像。据说这些狐狸是稻荷神的使者，与谷物有关，因此这些狐狸雕像常象征神明。许多狐狸雕像嘴里叼着钥匙，据说这钥匙可以打开谷仓。</w:t>
      </w:r>
    </w:p>
    <w:p>
      <w:pPr>
        <w:widowControl/>
      </w:pPr>
      <w:r>
        <w:t>提示：徒步到山顶再返回需要2到3个小时，但许多人只走到四辻路口，因为过了这里鸟居就少了。到达四辻需要30到40分钟。</w:t>
      </w:r>
    </w:p>
    <w:p>
      <w:pPr>
        <w:widowControl/>
      </w:pPr>
      <w:r>
        <w:t>从京都出发前往奈良，车程约1.5小时。在京都之前，奈良是日本第一个永久首都，也是该国最值得游览的目的地之一。奈良拥有8处世界文化遗产，是日本文化底蕴仅次于京都的城市。</w:t>
      </w:r>
    </w:p>
    <w:p>
      <w:pPr>
        <w:widowControl/>
      </w:pPr>
      <w:r>
        <w:t>参观东大寺，这是日本历史上最重要的寺庙之一，也是联合国教科文组织世界遗产。它以供奉世界上最大的青铜毗卢遮那佛像而闻名，佛像高逾16米，由437吨青铜和130公斤黄金制成。它代表毗卢遮那佛，两侧各有一位菩萨。东大寺的主殿大佛殿是世界上最大的全木建筑之一，尽管现在的建筑是1692年重建的，只有原寺庙大殿的三分之二大小。</w:t>
      </w:r>
    </w:p>
    <w:p>
      <w:pPr>
        <w:widowControl/>
      </w:pPr>
      <w:r>
        <w:t>步行至奈良公园，毗邻春日大社。这个公园以数百只自由漫步的鹿而闻名，在神道教传统中它们被视为神的使者。购买一些鹿仙贝喂鹿，同时漫步公园。</w:t>
      </w:r>
    </w:p>
    <w:p>
      <w:pPr>
        <w:widowControl/>
      </w:pPr>
      <w:r>
        <w:t>前往春日大社，奈良最著名的神道教神社，也是另一处联合国教科文组织世界遗产。它以其灯笼闻名，这些灯笼由信徒捐赠。建筑物上悬挂着数百盏青铜灯笼，而通往神社的道路和周围的树林中则排列着数千盏石灯笼。这些灯笼每年在2月和8月的灯笼节期间点亮两次，营造出空灵而迷人的氛围。</w:t>
      </w:r>
    </w:p>
    <w:p>
      <w:pPr>
        <w:widowControl/>
      </w:pPr>
      <w:r>
        <w:t>游览结束后，驱车前往大阪（通常约45分钟至1小时），并过夜。</w:t>
      </w:r>
    </w:p>
    <w:p>
      <w:pPr>
        <w:widowControl/>
      </w:pPr>
      <w:r>
        <w:t>概述：从京都前往奈良，然后前往大阪，参观伏见稻荷大社、东大寺、奈良公园和春日大社。（含早餐）</w:t>
      </w:r>
    </w:p>
    <w:p>
      <w:pPr>
        <w:widowControl/>
      </w:pPr>
      <w:r>
        <w:t>景点：4个景点</w:t>
      </w:r>
    </w:p>
    <w:p>
      <w:pPr>
        <w:widowControl/>
      </w:pPr>
      <w:r>
        <w:t>交通与活动：车辆</w:t>
      </w:r>
    </w:p>
    <w:p>
      <w:pPr>
        <w:widowControl/>
      </w:pPr>
      <w:r>
        <w:t>用餐：早餐</w:t>
      </w:r>
    </w:p>
    <w:p>
      <w:pPr>
        <w:widowControl/>
      </w:pPr>
      <w:r>
        <w:t>住宿：大阪4星级酒店</w:t>
      </w:r>
    </w:p>
    <w:p>
      <w:pPr>
        <w:keepNext/>
        <w:widowControl/>
        <w:spacing w:before="240"/>
      </w:pPr>
      <w:r>
        <w:t>第8天 大阪之旅：大阪城公园、上方浮世绘馆、心斋桥筋与道顿堀、难波八阪神社</w:t>
      </w:r>
    </w:p>
    <w:p>
      <w:pPr>
        <w:widowControl/>
      </w:pPr>
      <w:r>
        <w:t>大阪是日本第三大城市和主要经济中心，以其丰富的历史、多样的美食、独特的文化和强大的经济实力而闻名。这座城市独特的幽默感和开放的性格使其成为一个格外有趣的地方，比大多数城市更加丰富多彩。大片的水泥建筑上覆盖着耀眼的霓虹灯和色彩鲜艳的店面。大阪是一座热爱美食的城市，被称为“天下厨房”，拥有丰富多样的烹饪美食。</w:t>
      </w:r>
    </w:p>
    <w:p>
      <w:pPr>
        <w:widowControl/>
      </w:pPr>
      <w:r>
        <w:t>从大阪城公园开始您的一天，这是日本最著名的地标之一，也是大阪历史宏伟的象征。它最初由旨在统一日本的强大大名丰臣秀吉于1583年建造，是当时最大的城堡。经过多次翻修和重建，今天的大阪城已转变为一座开放公园，总面积达105.6公顷，是必游景点。</w:t>
      </w:r>
    </w:p>
    <w:p>
      <w:pPr>
        <w:widowControl/>
      </w:pPr>
      <w:r>
        <w:t>走进大阪城景区，您会惊叹于护城河、城门和石墙的庞大规模和精密。最大的石板宽11米，许多石头上刻有1620年负责建造城堡的64位大名（封建领主）的家纹。最令人惊叹的是大阪城的主塔（天守阁），它高耸入云，矗立在广阔城堡场地的中心。城堡塔楼内部是一座博物馆，展示与丰臣秀吉及城堡历史相关的文物。8楼的观景台可俯瞰大阪城公园和大阪平原的全景。花些时间漫步西之丸庭园，那里有超过600棵樱花树，从下方欣赏城堡塔楼的如画美景。这在樱花季节尤其迷人，通常发生在3月下旬和/或4月初。</w:t>
      </w:r>
    </w:p>
    <w:p>
      <w:pPr>
        <w:widowControl/>
      </w:pPr>
      <w:r>
        <w:t>接下来，参观上方浮世绘馆，位于难波区，提供对日本传统艺术形式浮世绘的迷人一瞥。浮世绘是一种木版画艺术形式，起源于日本江户时代（17至19世纪）。浮世绘一词意为“浮动世界的图画”，“浮世”源自佛教对世界短暂享乐的隐喻。该博物馆是世界上唯一一个永久展出上方浮世绘的博物馆。在江户时代，大阪和京都地区通常被称为上方。上方浮世绘起源于该地区，其独特之处在于对歌舞伎演员的现实描绘，描绘他们真实的样貌，没有过度的美化和修饰。</w:t>
      </w:r>
    </w:p>
    <w:p>
      <w:pPr>
        <w:widowControl/>
      </w:pPr>
      <w:r>
        <w:t>下午，您将通过街头美食和购物之旅体验这座城市的独特魅力。在心斋桥筋购物街享受购物，这是大阪最繁忙的购物拱廊。然后前往热闹的道顿堀区，水道两旁排列着发光的广告和标志。在假日季节尤其闪耀，桥梁上挂满装饰。这里遍布梦幻般的餐厅、俱乐部和卡拉OK酒吧，是城市的首选娱乐区。在标志性的格力高跑者标志前拍照。尝试章鱼烧、串炸（日式油炸肉串和蔬菜串）以及大阪烧，一种日式咸味煎饼，可随您喜好添加配料。</w:t>
      </w:r>
    </w:p>
    <w:p>
      <w:pPr>
        <w:widowControl/>
      </w:pPr>
      <w:r>
        <w:t>继续前往难波八阪神社。这座独特的神道教神社以醒目、生动描绘的巨大狮子头为特色，眼睛明亮，獠牙锋利。这种不寻常的建筑特征被认为能吞噬邪灵并带来好运。即使在神社众多的日本，这种独特设计也显得真正独一无二，使其成为难忘的拍照地点。</w:t>
      </w:r>
    </w:p>
    <w:p>
      <w:pPr>
        <w:widowControl/>
      </w:pPr>
      <w:r>
        <w:t>在新世界结束您的一天，这是一个以怀旧氛围闻名的老街区，让人想起昭和时代。通天阁是该地区的标志性地标。它灵感来自巴黎和纽约等城市。从现代角度看，这座100米高的钢铁塔可能不算特别高，但作为进步和创新的象征，它在当地历史中占有重要地位。参观新世界就像时光倒流，既提供昔日的魅力，又带来现代都市文化的兴奋。</w:t>
      </w:r>
    </w:p>
    <w:p>
      <w:pPr>
        <w:widowControl/>
      </w:pPr>
      <w:r>
        <w:t>夜宿大阪。</w:t>
      </w:r>
    </w:p>
    <w:p>
      <w:pPr>
        <w:widowControl/>
      </w:pPr>
      <w:r>
        <w:t>概述：参加团体游探索大阪，包括参观大阪城公园、上方浮世绘馆、充满活力的心斋桥筋和道顿堀地区以及难波八阪神社。（含早餐）</w:t>
      </w:r>
    </w:p>
    <w:p>
      <w:pPr>
        <w:widowControl/>
      </w:pPr>
      <w:r>
        <w:t>景点：5个景点</w:t>
      </w:r>
    </w:p>
    <w:p>
      <w:pPr>
        <w:widowControl/>
      </w:pPr>
      <w:r>
        <w:t>交通与活动：车辆</w:t>
      </w:r>
    </w:p>
    <w:p>
      <w:pPr>
        <w:widowControl/>
      </w:pPr>
      <w:r>
        <w:t>用餐：早餐</w:t>
      </w:r>
    </w:p>
    <w:p>
      <w:pPr>
        <w:widowControl/>
      </w:pPr>
      <w:r>
        <w:t>住宿：大阪4星级酒店</w:t>
      </w:r>
    </w:p>
    <w:p>
      <w:pPr>
        <w:keepNext/>
        <w:widowControl/>
        <w:spacing w:before="240"/>
      </w:pPr>
      <w:r>
        <w:t>第9天 大阪出发：自行前往机场</w:t>
      </w:r>
    </w:p>
    <w:p>
      <w:pPr>
        <w:widowControl/>
      </w:pPr>
      <w:r>
        <w:t>早餐后，就该告别大阪了，为期9天的日本樱花团之旅到此结束。今天您需要根据航班时间自行前往机场。大阪关西国际机场（KIX）可供您搭乘离境航班。</w:t>
      </w:r>
    </w:p>
    <w:p>
      <w:pPr>
        <w:widowControl/>
      </w:pPr>
      <w:r>
        <w:t>温馨提示：如果您希望通过亚洲奥德赛旅游安排从酒店到机场的私人接送服务，请提前联系我们的旅行专家，我们可以为您安排。</w:t>
      </w:r>
    </w:p>
    <w:p>
      <w:pPr>
        <w:widowControl/>
      </w:pPr>
      <w:r>
        <w:t>感谢您选择亚洲奥德赛旅游的日本之旅。我们致力于提升您的旅行体验，期待在您下一次亚洲之旅中再次为您服务。祝您归途平安！</w:t>
      </w:r>
    </w:p>
    <w:p>
      <w:pPr>
        <w:widowControl/>
      </w:pPr>
      <w:r>
        <w:t>概述：从大阪出发，自行安排前往机场的交通。</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2027年9天日本樱花之旅：最受欢迎的赏樱团</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