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12天巴拉望终极团体游：公主港、巴顿港、爱妮岛、科隆</w:t>
      </w:r>
    </w:p>
    <w:p>
      <w:pPr>
        <w:widowControl/>
      </w:pPr>
      <w:r>
        <w:t>线路编号：AOT-PHG-001</w:t>
      </w:r>
    </w:p>
    <w:p>
      <w:pPr>
        <w:keepNext/>
        <w:widowControl/>
        <w:spacing w:before="240"/>
      </w:pPr>
      <w:r>
        <w:t>第1天 抵达普林塞萨港：接机与酒店入住</w:t>
      </w:r>
    </w:p>
    <w:p>
      <w:pPr>
        <w:widowControl/>
      </w:pPr>
      <w:r>
        <w:t>欢迎来到菲律宾巴拉望群岛！抵达普林塞萨港国际机场后，司机会前来迎接，并送您前往酒店。办理入住后，您可以用当天剩余的时间休息放松、探索周边地区，或在附近的餐厅悠闲地享用晚餐。</w:t>
      </w:r>
    </w:p>
    <w:p>
      <w:pPr>
        <w:widowControl/>
      </w:pPr>
      <w:r>
        <w:t>巴拉望位于菲律宾西部，是一个群岛省份，因自然风光壮美而常被称为菲律宾的“最后生态边疆”。这里有联合国教科文组织世界遗产普林塞萨港地下河、爱妮岛壮观的喀斯特悬崖以及科隆的原生态潜水点等奇观，是自然爱好者和探险者的天堂。</w:t>
      </w:r>
    </w:p>
    <w:p>
      <w:pPr>
        <w:widowControl/>
      </w:pPr>
      <w:r>
        <w:t>普林塞萨港位于这片热带天堂的中心，是省会，也是通往巴拉望各处宝藏的门户，包括世界闻名的地下河以及本田湾和波特巴顿的精彩跳岛游。</w:t>
      </w:r>
    </w:p>
    <w:p>
      <w:pPr>
        <w:widowControl/>
      </w:pPr>
      <w:r>
        <w:t>抵达方式建议：</w:t>
      </w:r>
    </w:p>
    <w:p>
      <w:pPr>
        <w:widowControl/>
      </w:pPr>
      <w:r>
        <w:t>乘飞机：到达普林塞萨港最快的方式是从主要城市直飞，包括马尼拉（MNL）、宿务（CEB）、克拉克（CRK）和卡提克兰（MPH，长滩岛）。宿务太平洋航空、亚洲航空和菲律宾航空每天都有航班飞往该目的地。</w:t>
      </w:r>
    </w:p>
    <w:p>
      <w:pPr>
        <w:widowControl/>
      </w:pPr>
      <w:r>
        <w:t>主要机场：普林塞萨港国际机场（PPS）是通往巴拉望的主要门户，距离市中心约1.5公里（乘车约10分钟）。</w:t>
      </w:r>
    </w:p>
    <w:p>
      <w:pPr>
        <w:widowControl/>
      </w:pPr>
      <w:r>
        <w:t>如果您需要菲律宾机票预订方面的帮助，请随时联系我们。</w:t>
      </w:r>
    </w:p>
    <w:p>
      <w:pPr>
        <w:widowControl/>
      </w:pPr>
      <w:r>
        <w:t>住宿：普林塞萨港</w:t>
      </w:r>
    </w:p>
    <w:p>
      <w:pPr>
        <w:keepNext/>
        <w:widowControl/>
        <w:spacing w:before="240"/>
      </w:pPr>
      <w:r>
        <w:t>第2天 普林塞萨港宏达湾海岛游：海星岛、宝螺岛、露丽岛</w:t>
      </w:r>
    </w:p>
    <w:p>
      <w:pPr>
        <w:widowControl/>
      </w:pPr>
      <w:r>
        <w:t>准备好在宏达湾展开一整天的海岛游，享受阳光、沙滩和大海。今天，你将探索普林塞萨港最美丽的三个岛屿：海星岛、宝螺岛和露丽岛。</w:t>
      </w:r>
    </w:p>
    <w:p>
      <w:pPr>
        <w:widowControl/>
      </w:pPr>
      <w:r>
        <w:t>早餐后，会有车接你前往圣洛德斯码头，登上船只，开始这一天的旅程。</w:t>
      </w:r>
    </w:p>
    <w:p>
      <w:pPr>
        <w:widowControl/>
      </w:pPr>
      <w:r>
        <w:t>第一站是海星岛，浅水区里散布着大量海星。你可以在清澈见底的海水中下水游玩，水下有丰富的海洋生物游来游去，甚至可能看到色彩斑斓的小丑鱼（尼莫！）和其他海洋生物。五彩缤纷的珊瑚礁和好奇的鱼儿会让你着迷，这是一片等待探索的水下乐园。</w:t>
      </w:r>
    </w:p>
    <w:p>
      <w:pPr>
        <w:widowControl/>
      </w:pPr>
      <w:r>
        <w:t>接下来前往宝螺岛，这是当天最大的岛屿。该岛以色彩鲜艳的贝类软体动物（当地海螺）命名，主打放松和乐趣。你可以在酒吧喝一杯，享受按摩，或者只是在椰子树下欣赏美丽的海滩；也可以步行探索岛屿，感受脚下柔软的沙子，或欣赏海湾的全景。</w:t>
      </w:r>
    </w:p>
    <w:p>
      <w:pPr>
        <w:widowControl/>
      </w:pPr>
      <w:r>
        <w:t>真正的亮点是沙滩边的自助午餐，提供当地美食，让你品尝巴拉望风味。</w:t>
      </w:r>
    </w:p>
    <w:p>
      <w:pPr>
        <w:widowControl/>
      </w:pPr>
      <w:r>
        <w:t>最后，你将参观露丽岛——一个随着潮汐消失和重现的神奇地方。水位低时，沙洲会延伸开来；水位高时，只有房屋可见。你可以从跳水板上跳下，进行悬崖跳水，或在清澈的翠绿海水中游泳。露丽岛也是日光浴、沿着沙洲漫步和喂鱼的好地方。</w:t>
      </w:r>
    </w:p>
    <w:p>
      <w:pPr>
        <w:widowControl/>
      </w:pPr>
      <w:r>
        <w:t>经过一整天的海岛乐趣后，随后送你返回酒店。</w:t>
      </w:r>
    </w:p>
    <w:p>
      <w:pPr>
        <w:widowControl/>
      </w:pPr>
      <w:r>
        <w:t>用餐：早餐、午餐</w:t>
      </w:r>
    </w:p>
    <w:p>
      <w:pPr>
        <w:widowControl/>
      </w:pPr>
      <w:r>
        <w:t>住宿：普林塞萨港</w:t>
      </w:r>
    </w:p>
    <w:p>
      <w:pPr>
        <w:keepNext/>
        <w:widowControl/>
        <w:spacing w:before="240"/>
      </w:pPr>
      <w:r>
        <w:t>第3天 普林塞萨港—沙邦—普林塞萨港 地下河国家公园</w:t>
      </w:r>
    </w:p>
    <w:p>
      <w:pPr>
        <w:widowControl/>
      </w:pPr>
      <w:r>
        <w:t>今天，您将踏上一段迷人的旅程，前往新世界七大奇迹之一的普林塞萨港地下河。这里也是联合国教科文组织世界遗产，这条非凡的河流穿过庞大的洞穴系统，带您在地表之下展开一段难忘的探险。</w:t>
      </w:r>
    </w:p>
    <w:p>
      <w:pPr>
        <w:widowControl/>
      </w:pPr>
      <w:r>
        <w:t>早餐后，您将从普林塞萨港市出发，前往约75公里（车程2小时）的沙邦。抵达沙邦码头后，您将乘船前往地下河国家公园（Subterranean River National Park）的入口。</w:t>
      </w:r>
    </w:p>
    <w:p>
      <w:pPr>
        <w:widowControl/>
      </w:pPr>
      <w:r>
        <w:t>在公园内短暂步行后，您将换乘由公园运营的桨船，驶入地下河。随着您深入洞穴，高耸的钟乳石和石笋从黑暗的水中升起，这些岩石历经数千年形成。您可以发挥想象力，辨认岩层中的形状和图案。洞穴里异常寂静、一片黑暗，只有船在水面轻轻移动的声音打破沉寂，会让您感觉仿佛踏入了另一个世界。</w:t>
      </w:r>
    </w:p>
    <w:p>
      <w:pPr>
        <w:widowControl/>
      </w:pPr>
      <w:r>
        <w:t>听导游讲述这一自然奇观独特的生态系统和地质历史。河流的某些部分被船上的灯光照亮，展现出令人惊叹的形态，让您叹为观止。这不仅仅是一次游览，更是一堂生动的环境教育课。</w:t>
      </w:r>
    </w:p>
    <w:p>
      <w:pPr>
        <w:widowControl/>
      </w:pPr>
      <w:r>
        <w:t>除了地质奇观，公园还是多种野生动物的家园。在探索河流时，请留意猴子、蜥蜴、蝙蝠，甚至濒危的菲律宾鹰，有时可以在洞穴入口附近看到它们。</w:t>
      </w:r>
    </w:p>
    <w:p>
      <w:pPr>
        <w:widowControl/>
      </w:pPr>
      <w:r>
        <w:t>地下探险结束后，在沙邦享用午餐，然后返回普林塞萨港。</w:t>
      </w:r>
    </w:p>
    <w:p>
      <w:pPr>
        <w:widowControl/>
      </w:pPr>
      <w:r>
        <w:t>用餐：早餐, 午餐</w:t>
      </w:r>
    </w:p>
    <w:p>
      <w:pPr>
        <w:widowControl/>
      </w:pPr>
      <w:r>
        <w:t>住宿：普林塞萨港</w:t>
      </w:r>
    </w:p>
    <w:p>
      <w:pPr>
        <w:keepNext/>
        <w:widowControl/>
        <w:spacing w:before="240"/>
      </w:pPr>
      <w:r>
        <w:t>第4天 公主港至巴顿港：半日鲸鲨之旅或市区游，随后前往巴顿港</w:t>
      </w:r>
    </w:p>
    <w:p>
      <w:pPr>
        <w:widowControl/>
      </w:pPr>
      <w:r>
        <w:t>今天上午，您可以选择与鲸鲨共游（4月至9月），或游览公主港市区的主要景点（10月至次年3月）。具体安排视季节而定。半日活动结束后，将驱车送您前往巴顿港（约3小时）。</w:t>
      </w:r>
    </w:p>
    <w:p>
      <w:pPr>
        <w:widowControl/>
      </w:pPr>
      <w:r>
        <w:t>上午：鲸鲨半日游（季节性活动：4月至9月）</w:t>
      </w:r>
    </w:p>
    <w:p>
      <w:pPr>
        <w:widowControl/>
      </w:pPr>
      <w:r>
        <w:t>我们会从公主港的酒店接您，送往滨海步道公园，在那里登船，开启激动人心的鲸鲨之旅。</w:t>
      </w:r>
    </w:p>
    <w:p>
      <w:pPr>
        <w:widowControl/>
      </w:pPr>
      <w:r>
        <w:t>抵达鲸鲨观赏区后，您将有机会与这些温和的庞然大物一起浮潜和游泳，它们在当地被称为“butanding”。近距离感受这难得一遇的体验，惊叹于它们巨大的体型与温和的性情。</w:t>
      </w:r>
    </w:p>
    <w:p>
      <w:pPr>
        <w:widowControl/>
      </w:pPr>
      <w:r>
        <w:t>请注意：与鲸鲨共游是季节性活动，仅在4月至9月开放，且需视天气状况是否适宜而定。</w:t>
      </w:r>
    </w:p>
    <w:p>
      <w:pPr>
        <w:widowControl/>
      </w:pPr>
      <w:r>
        <w:t>上午：公主港市区半日游（季节性活动：10月至次年3月）</w:t>
      </w:r>
    </w:p>
    <w:p>
      <w:pPr>
        <w:widowControl/>
      </w:pPr>
      <w:r>
        <w:t>以半日游览公主港的文化亮点开启新的一天。首先参观米特拉之家，在这里可以欣赏到城市及周边景观的全景。之后前往贝克山，这是当地热门的去处，以新鲜烘焙的点心和布满奇趣雕塑的迷人花园而闻名。</w:t>
      </w:r>
    </w:p>
    <w:p>
      <w:pPr>
        <w:widowControl/>
      </w:pPr>
      <w:r>
        <w:t>接下来，您将参观巴拉望蝴蝶生态园与部落村。在这里，您会看到色彩斑斓的蝴蝶在茂密绿植间飞舞，了解巴拉望丰富的生物多样性。此次参观还包括与巴拉望原住民部落的深入体验，了解他们的传统生活方式、手工艺和生存技能。</w:t>
      </w:r>
    </w:p>
    <w:p>
      <w:pPr>
        <w:widowControl/>
      </w:pPr>
      <w:r>
        <w:t>最后，行程将带您前往鳄鱼农场，了解巴拉望本土鳄鱼以及该地区正在开展的重要野生动物保护工作。</w:t>
      </w:r>
    </w:p>
    <w:p>
      <w:pPr>
        <w:widowControl/>
      </w:pPr>
      <w:r>
        <w:t>下午：驱车前往巴顿港</w:t>
      </w:r>
    </w:p>
    <w:p>
      <w:pPr>
        <w:widowControl/>
      </w:pPr>
      <w:r>
        <w:t>下午驱车前往巴顿港。巴顿港距离公主港市仅3小时车程，是该市正在兴起的热门海滩目的地之一。</w:t>
      </w:r>
    </w:p>
    <w:p>
      <w:pPr>
        <w:widowControl/>
      </w:pPr>
      <w:r>
        <w:t>用餐：早餐</w:t>
      </w:r>
    </w:p>
    <w:p>
      <w:pPr>
        <w:widowControl/>
      </w:pPr>
      <w:r>
        <w:t>住宿：巴顿港</w:t>
      </w:r>
    </w:p>
    <w:p>
      <w:pPr>
        <w:keepNext/>
        <w:widowControl/>
        <w:spacing w:before="240"/>
      </w:pPr>
      <w:r>
        <w:t>第5天 巴顿港跳岛A线：双礁、异域岛、海龟点、天堂岛、梦幻礁、沙洲</w:t>
      </w:r>
    </w:p>
    <w:p>
      <w:pPr>
        <w:widowControl/>
      </w:pPr>
      <w:r>
        <w:t>巴顿港和其他地方不一样——这里的自然风光仿佛未被触碰，宁静的美景轻轻环绕着你。今天，你将踏上激动人心的跳岛之旅，穿行于清澈的海水、隐秘的海滩和生机勃勃的珊瑚礁之间，这一天会让你收获满满、久久难忘。</w:t>
      </w:r>
    </w:p>
    <w:p>
      <w:pPr>
        <w:widowControl/>
      </w:pPr>
      <w:r>
        <w:t>早餐后，乘船前往双礁——一处真正的海底天堂。跳入清澈见底的海水，你会被珊瑚花园和五彩斑斓的鱼群包围。在海洋这幅鲜活的画卷中畅游，每一处礁石都是等待你发现的惊喜。</w:t>
      </w:r>
    </w:p>
    <w:p>
      <w:pPr>
        <w:widowControl/>
      </w:pPr>
      <w:r>
        <w:t>接下来，前往异域岛。踏上这片幽静的小岛，感受脚下柔软的沙滩。平静的海水正适合畅游一番，也可以索性躺下，享受这处隐秘之地的宁静氛围。</w:t>
      </w:r>
    </w:p>
    <w:p>
      <w:pPr>
        <w:widowControl/>
      </w:pPr>
      <w:r>
        <w:t>下一站是海龟点，在这里你可以与温顺的海龟在自然栖息地一同游泳。之后前往天堂岛，这是一处宁静的避世之所，拥有平静的海滩，很适合闲坐休憩，感受周围的安宁。</w:t>
      </w:r>
    </w:p>
    <w:p>
      <w:pPr>
        <w:widowControl/>
      </w:pPr>
      <w:r>
        <w:t>下午，前往梦幻礁，色彩斑斓的珊瑚群和生机勃勃的海洋生物会让你着迷。在这片水下奇景中浮潜，度过难忘的时光。随后前往沙洲，这是一片在退潮时露出的沙滩，正适合消暑、晒太阳，欣赏迷人的景色。</w:t>
      </w:r>
    </w:p>
    <w:p>
      <w:pPr>
        <w:widowControl/>
      </w:pPr>
      <w:r>
        <w:t>行程结束后，送您返回酒店。</w:t>
      </w:r>
    </w:p>
    <w:p>
      <w:pPr>
        <w:widowControl/>
      </w:pPr>
      <w:r>
        <w:t>用餐：早餐、午餐</w:t>
      </w:r>
    </w:p>
    <w:p>
      <w:pPr>
        <w:widowControl/>
      </w:pPr>
      <w:r>
        <w:t>住宿：巴顿港</w:t>
      </w:r>
    </w:p>
    <w:p>
      <w:pPr>
        <w:keepNext/>
        <w:widowControl/>
        <w:spacing w:before="240"/>
      </w:pPr>
      <w:r>
        <w:t>第6天 从巴顿港到爱妮岛（约3-4小时车程）</w:t>
      </w:r>
    </w:p>
    <w:p>
      <w:pPr>
        <w:widowControl/>
      </w:pPr>
      <w:r>
        <w:t>今天，您将从巴顿港出发，驱车前往爱妮岛（180公里，3-4小时）。抵达后，入住酒店，稍作休息，感受这个迷人目的地如画的风景。</w:t>
      </w:r>
    </w:p>
    <w:p>
      <w:pPr>
        <w:widowControl/>
      </w:pPr>
      <w:r>
        <w:t>爱妮岛位于巴拉望岛北端，以壮观的石灰岩悬崖、清澈的泻湖、碧绿的海水和原始海滩闻名于世。El Nido在西班牙语中意为“鸟巢”，因为这片海湾及其周围的悬崖曾是众多鸟巢的所在地。作为巴奎特群岛的门户，爱妮岛拥有40多个岛屿和小岛，每个岛屿都有隐秘的海滩、引人入胜的洞穴和令人难忘的自然奇观，等待您去探索。</w:t>
      </w:r>
    </w:p>
    <w:p>
      <w:pPr>
        <w:widowControl/>
      </w:pPr>
      <w:r>
        <w:t>用餐：早餐</w:t>
      </w:r>
    </w:p>
    <w:p>
      <w:pPr>
        <w:widowControl/>
      </w:pPr>
      <w:r>
        <w:t>住宿：爱妮岛</w:t>
      </w:r>
    </w:p>
    <w:p>
      <w:pPr>
        <w:keepNext/>
        <w:widowControl/>
        <w:spacing w:before="240"/>
      </w:pPr>
      <w:r>
        <w:t>第7天 爱妮岛跳岛游A线：大泻湖、秘密泻湖、7 Commando海滩、Shimizu岛、Payong-Payong海滩</w:t>
      </w:r>
    </w:p>
    <w:p>
      <w:pPr>
        <w:widowControl/>
      </w:pPr>
      <w:r>
        <w:t>准备好开启精彩的一天跳岛游，参加A线跳岛游，探索迷人的巴奎特群岛。此行程将带您前往标志性的泻湖和海滩，非常适合皮划艇和浮潜爱好者。</w:t>
      </w:r>
    </w:p>
    <w:p>
      <w:pPr>
        <w:widowControl/>
      </w:pPr>
      <w:r>
        <w:t>早餐后，乘船前往大泻湖，开启一段令人兴奋的旅程。大泻湖是爱妮岛最著名的瑰宝之一，四周环绕着高耸的石灰岩悬崖。在这片宁静的泻湖，您可以划皮划艇穿过清澈见底的水域，悬崖在您周围巍然耸立。当船在水面上滑行时，碧绿的海水与崎岖的岩石形成鲜明对比，呈现出引人注目的视觉奇观。</w:t>
      </w:r>
    </w:p>
    <w:p>
      <w:pPr>
        <w:widowControl/>
      </w:pPr>
      <w:r>
        <w:t>接下来，您将前往秘密泻湖，一个隐藏在高耸石灰岩地层后面的隐秘天堂。通过一个狭窄的入口游一小段，就会看到一个美丽幽静的小海湾，拥有碧绿的海水和原始海滩，是一个适合探索和放松的迷人地方。</w:t>
      </w:r>
    </w:p>
    <w:p>
      <w:pPr>
        <w:widowControl/>
      </w:pPr>
      <w:r>
        <w:t>行程继续，参观7 Commando海滩，这是一个热带天堂，以其柔软的白沙和清澈的海水而闻名。畅游一番，或在棕榈树的树荫下放松身心，同时欣赏令人叹为观止的环境。</w:t>
      </w:r>
    </w:p>
    <w:p>
      <w:pPr>
        <w:widowControl/>
      </w:pPr>
      <w:r>
        <w:t>从那里，您将乘船前往Shimizu岛，该岛以发现其丰富海洋生物的日本潜水员命名。这个岛屿提供绝佳的浮潜机会，您可以探索充满鱼类的生机勃勃的珊瑚礁，是水下探索的完美地点。</w:t>
      </w:r>
    </w:p>
    <w:p>
      <w:pPr>
        <w:widowControl/>
      </w:pPr>
      <w:r>
        <w:t>我们今天的最后一站是Payong-Payong海滩，一个宁静祥和的海滩，为放松提供了田园诗般的环境。在返回爱妮岛之前，您可以游泳、日光浴，或只是享受岛屿的自然美景。</w:t>
      </w:r>
    </w:p>
    <w:p>
      <w:pPr>
        <w:widowControl/>
      </w:pPr>
      <w:r>
        <w:t>用餐：早餐,午餐</w:t>
      </w:r>
    </w:p>
    <w:p>
      <w:pPr>
        <w:widowControl/>
      </w:pPr>
      <w:r>
        <w:t>住宿：爱妮岛</w:t>
      </w:r>
    </w:p>
    <w:p>
      <w:pPr>
        <w:keepNext/>
        <w:widowControl/>
        <w:spacing w:before="240"/>
      </w:pPr>
      <w:r>
        <w:t>第8天 爱妮岛跳岛游C线：直升机岛、塔皮乌坦岛、秘密海滩、隐藏海滩</w:t>
      </w:r>
    </w:p>
    <w:p>
      <w:pPr>
        <w:widowControl/>
      </w:pPr>
      <w:r>
        <w:t>今天，您将参加跳岛游C线，深入探索迷人的巴奎特群岛。准备好去发现爱妮岛一些最僻静的海滩和令人惊叹的水下景观，自然奇观在每个转角等待着你。</w:t>
      </w:r>
    </w:p>
    <w:p>
      <w:pPr>
        <w:widowControl/>
      </w:pPr>
      <w:r>
        <w:t>早餐后，乘船前往直升机岛（迪卢马卡德岛），该岛因岩石形状从远处看像直升机而得名。在这里，您可以在清澈见底的海水中浮潜，探索生机勃勃的珊瑚礁，如果幸运的话，还可能看到海龟滑翔而过。无论您是沐浴阳光，还是漂浮在温暖的海水中，都不可能不被这美景所震撼。</w:t>
      </w:r>
    </w:p>
    <w:p>
      <w:pPr>
        <w:widowControl/>
      </w:pPr>
      <w:r>
        <w:t>接下来，您将参观塔皮乌坦岛，这是一个以陡峭悬崖和平静水域为标志的迷人岛屿。这里的自然美景令人着迷，丰富的海洋生物就在水面下等待探索。无论您想浮潜还是仅仅在金色沙滩上晒太阳，塔皮乌坦岛都提供了一片完美的天堂。</w:t>
      </w:r>
    </w:p>
    <w:p>
      <w:pPr>
        <w:widowControl/>
      </w:pPr>
      <w:r>
        <w:t>继续您的旅程，前往秘密海滩，它隐藏在高耸的悬崖壁后。要到达那里，您需要游过岩石中的一个狭窄开口——听起来很冒险，对吧？一旦进入，您会发现一个僻静的小海湾，柔软的白色沙滩与平静清澈的海水相接。据说这个海滩启发了小说《海滩》的部分灵感——站在那里，您就会明白为什么。</w:t>
      </w:r>
    </w:p>
    <w:p>
      <w:pPr>
        <w:widowControl/>
      </w:pPr>
      <w:r>
        <w:t>您的最后一站是隐藏海滩，另一个隐藏在石灰岩地层后的瑰宝。从开阔的海面上，您甚至不知道它的存在，直到您游过岩石，突然之间，您就置身于一个宁静的泻湖般的避风港。海水是令人惊叹的绿松石色，脚下的沙子柔软，您会发现自己想要永远待下去。</w:t>
      </w:r>
    </w:p>
    <w:p>
      <w:pPr>
        <w:widowControl/>
      </w:pPr>
      <w:r>
        <w:t>在探索隐藏宝藏一整天后，您将返回酒店。</w:t>
      </w:r>
    </w:p>
    <w:p>
      <w:pPr>
        <w:widowControl/>
      </w:pPr>
      <w:r>
        <w:t>用餐：早餐,午餐</w:t>
      </w:r>
    </w:p>
    <w:p>
      <w:pPr>
        <w:widowControl/>
      </w:pPr>
      <w:r>
        <w:t>住宿：爱妮岛</w:t>
      </w:r>
    </w:p>
    <w:p>
      <w:pPr>
        <w:keepNext/>
        <w:widowControl/>
        <w:spacing w:before="240"/>
      </w:pPr>
      <w:r>
        <w:t>第9天 从爱妮岛乘渡轮前往科隆</w:t>
      </w:r>
    </w:p>
    <w:p>
      <w:pPr>
        <w:widowControl/>
      </w:pPr>
      <w:r>
        <w:t>早餐后，您将告别爱妮岛，乘渡轮前往科隆。从爱妮岛到科隆的渡轮通常需要约4-5小时（127公里），但具体时间可能因天气和海况而延长。抵达科隆后，您将入住酒店，并有一些时间安顿休息。</w:t>
      </w:r>
    </w:p>
    <w:p>
      <w:pPr>
        <w:widowControl/>
      </w:pPr>
      <w:r>
        <w:t>科隆坐落在巴拉望岛最北端的布桑加岛上，是探险爱好者的真正天堂。这里以世界级的潜水点闻名，包括著名的科隆沉船群，这是一组二战时期沉没的日本军舰，如今已成为充满活力的海洋生物家园。</w:t>
      </w:r>
    </w:p>
    <w:p>
      <w:pPr>
        <w:widowControl/>
      </w:pPr>
      <w:r>
        <w:t>用餐：早餐</w:t>
      </w:r>
    </w:p>
    <w:p>
      <w:pPr>
        <w:widowControl/>
      </w:pPr>
      <w:r>
        <w:t>住宿：科隆</w:t>
      </w:r>
    </w:p>
    <w:p>
      <w:pPr>
        <w:keepNext/>
        <w:widowControl/>
        <w:spacing w:before="240"/>
      </w:pPr>
      <w:r>
        <w:t>第10天 科隆跳岛游A线：凯央根湖、绿泻湖、奎恩礁、阿特韦安海滩、CYC海滩、珊瑚岛</w:t>
      </w:r>
    </w:p>
    <w:p>
      <w:pPr>
        <w:widowControl/>
      </w:pPr>
      <w:r>
        <w:t>准备好迎接在科隆令人兴奋的跳岛一日游，你将探索清澈见底的泻湖、令人惊叹的海滩和隐藏的瑰宝。</w:t>
      </w:r>
    </w:p>
    <w:p>
      <w:pPr>
        <w:widowControl/>
      </w:pPr>
      <w:r>
        <w:t>早餐后，直接前往标志性的凯央根湖，常被称为“亚洲最干净的湖泊”。这座清澈见底的淡水湖坐落在科隆的中心，被高耸的石灰岩悬崖环绕，为你的照片提供了如画的背景。当你靠近时，自然美景将令你叹为观止。在水面之下，你会发现充满活力的水生生物在错综复杂的岩石构造和洞穴周围游动，使其成为浮潜者和潜水者的天堂。</w:t>
      </w:r>
    </w:p>
    <w:p>
      <w:pPr>
        <w:widowControl/>
      </w:pPr>
      <w:r>
        <w:t>接下来，前往绿泻湖，一个同样令人惊叹的地方，碧绿的海水在阳光下闪闪发光。平静清澈的水面，被茂密的悬崖环绕，非常适合游泳和欣赏泻湖的宁静美景。</w:t>
      </w:r>
    </w:p>
    <w:p>
      <w:pPr>
        <w:widowControl/>
      </w:pPr>
      <w:r>
        <w:t>在奎恩礁（也称为马尔瓦威珊瑚花园）继续你的冒险，那里的水下世界生机勃勃。当你浮潜穿过充满活力的珊瑚花园时，你会被成群的彩色鱼儿包围，它们在水晶般清澈的水下起舞。</w:t>
      </w:r>
    </w:p>
    <w:p>
      <w:pPr>
        <w:widowControl/>
      </w:pPr>
      <w:r>
        <w:t>从礁石出发，你将航行至阿特韦安海滩，一个隐藏的瑰宝，拥有原始的白沙、清澈的海水和小竹屋，增添了一丝乡村魅力。在平静的水中悠闲地游泳，或者只是在摇曳的棕榈树下放松，同时欣赏这个田园诗般宁静海滩的美丽。</w:t>
      </w:r>
    </w:p>
    <w:p>
      <w:pPr>
        <w:widowControl/>
      </w:pPr>
      <w:r>
        <w:t>接下来，你将前往CYC海滩，以科隆青年俱乐部命名。这个宁静的海滩是游泳、日光浴或在红树林树荫下放松的好地方。凭借其白色的沙滩和清澈的海水，这个海滩提供了一个如画般的逃离。</w:t>
      </w:r>
    </w:p>
    <w:p>
      <w:pPr>
        <w:widowControl/>
      </w:pPr>
      <w:r>
        <w:t>最后，你将在珊瑚岛结束这次旅行，这是一个著名的浮潜点。潜入温暖的海水中，与色彩斑斓的珊瑚和热带鱼一起游泳，体验自然世界的全部荣耀。这里的珊瑚花园充满活力，生机勃勃，为你的跳岛冒险画上令人叹为观止的句号。</w:t>
      </w:r>
    </w:p>
    <w:p>
      <w:pPr>
        <w:widowControl/>
      </w:pPr>
      <w:r>
        <w:t>旅行结束后，你将由专车送回科隆镇的酒店。</w:t>
      </w:r>
    </w:p>
    <w:p>
      <w:pPr>
        <w:widowControl/>
      </w:pPr>
      <w:r>
        <w:t>用餐：早餐，午餐</w:t>
      </w:r>
    </w:p>
    <w:p>
      <w:pPr>
        <w:widowControl/>
      </w:pPr>
      <w:r>
        <w:t>住宿：科隆</w:t>
      </w:r>
    </w:p>
    <w:p>
      <w:pPr>
        <w:keepNext/>
        <w:widowControl/>
        <w:spacing w:before="240"/>
      </w:pPr>
      <w:r>
        <w:t>第11天 科隆珊瑚礁与沉船之旅：帕斯岛、卢松珊瑚花园、卢松炮艇、东坦加特沉船</w:t>
      </w:r>
    </w:p>
    <w:p>
      <w:pPr>
        <w:widowControl/>
      </w:pPr>
      <w:r>
        <w:t>今天，准备好参加珊瑚礁与沉船之旅，深入探索科隆丰富的历史和充满活力的海洋生物。这场激动人心的旅程将迷人的自然奇观与两艘沉没的二战船只的沧桑之美相结合，为您带来难忘的水上一日游。</w:t>
      </w:r>
    </w:p>
    <w:p>
      <w:pPr>
        <w:widowControl/>
      </w:pPr>
      <w:r>
        <w:t>早餐后，您将乘船2小时前往帕斯岛，这是巴拉望省布桑加海岸外的一小片天堂。想象一下，洁白的细沙绵延不绝，椰子树在微风中摇曳，宁静的氛围让您仿佛置身于自己的私人绿洲。在继续旅程之前，您可以稍作放松，在清澈的海水中游泳或浮潜。</w:t>
      </w:r>
    </w:p>
    <w:p>
      <w:pPr>
        <w:widowControl/>
      </w:pPr>
      <w:r>
        <w:t>接下来，您将前往卢松珊瑚花园，这是科隆最大、最生机勃勃的珊瑚花园。这里的海水闪耀着深浅不一的蓝色和绿色，而在水面之下，色彩斑斓的珊瑚和海洋生物构成了一幅令人叹为观止的画卷。这里珊瑚种类的丰富程度令人惊叹，为浮潜者提供了完美的水下天堂。</w:t>
      </w:r>
    </w:p>
    <w:p>
      <w:pPr>
        <w:widowControl/>
      </w:pPr>
      <w:r>
        <w:t>随后，您将参观卢松炮艇，这是一艘沉没的二战船只，已成为潜水者和浮潜者的必看景点。这艘炮艇沉船位于10米深的浅水处，侧卧在海底，其崎岖的船体结构成为众多海洋生物的家园。当您探索时，会惊叹于历史与自然的对比——沉船斑驳的边缘与海洋新住民的生机相遇。</w:t>
      </w:r>
    </w:p>
    <w:p>
      <w:pPr>
        <w:widowControl/>
      </w:pPr>
      <w:r>
        <w:t>旅程继续，东坦加特沉船是最令人印象深刻的沉船之一。这是一艘长40米的船只，于1944年9月24日沉没，据信它曾是一艘拖船或反潜舰。它静卧在沙坡上，退潮时船尾在22米（72英尺）深处可见，让您得以一窥过去与海洋充满活力的现在。您将有机会在船周围浮潜，惊叹于这段水下历史的沧桑之美。</w:t>
      </w:r>
    </w:p>
    <w:p>
      <w:pPr>
        <w:widowControl/>
      </w:pPr>
      <w:r>
        <w:t>行程结束后，我们将送您前往科隆镇的酒店。</w:t>
      </w:r>
    </w:p>
    <w:p>
      <w:pPr>
        <w:widowControl/>
      </w:pPr>
      <w:r>
        <w:t>用餐：早餐,午餐</w:t>
      </w:r>
    </w:p>
    <w:p>
      <w:pPr>
        <w:widowControl/>
      </w:pPr>
      <w:r>
        <w:t>住宿：科隆</w:t>
      </w:r>
    </w:p>
    <w:p>
      <w:pPr>
        <w:keepNext/>
        <w:widowControl/>
        <w:spacing w:before="240"/>
      </w:pPr>
      <w:r>
        <w:t>第12天 科隆出发：酒店退房与送机</w:t>
      </w:r>
    </w:p>
    <w:p>
      <w:pPr>
        <w:widowControl/>
      </w:pPr>
      <w:r>
        <w:t>该告别巴拉望了，为期12天的菲律宾巴拉望跟团游到此结束。司机会送您前往机场，之后您将继续前往下一个目的地。</w:t>
      </w:r>
    </w:p>
    <w:p>
      <w:pPr>
        <w:widowControl/>
      </w:pPr>
      <w:r>
        <w:t>感谢您选择亚洲奥德赛旅游（AOT）安排此次菲律宾之旅。我们随时为您服务，期待您下次来菲律宾时再次相见。祝您旅途平安！</w:t>
      </w:r>
    </w:p>
    <w:p>
      <w:pPr>
        <w:widowControl/>
      </w:pPr>
      <w:r>
        <w:t>用餐：早餐</w:t>
      </w:r>
    </w:p>
    <w:p>
      <w:pPr>
        <w:widowControl/>
      </w:pPr>
      <w:r>
        <w:t>住宿：无</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12天巴拉望终极团体游：公主港、巴顿港、爱妮岛、科隆</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