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4 Days El Nido Group Tour: Island Hopping Tour A&amp;C,Transfers, Hotels</w:t>
      </w:r>
    </w:p>
    <w:p>
      <w:pPr>
        <w:widowControl/>
      </w:pPr>
      <w:r>
        <w:t>Product code: AOT-PHG-005</w:t>
      </w:r>
    </w:p>
    <w:p>
      <w:pPr>
        <w:keepNext/>
        <w:widowControl/>
        <w:spacing w:before="240"/>
      </w:pPr>
      <w:r>
        <w:t>Day 1 Arrival in El Nido | Airport Pick-up and Hotel Check-in</w:t>
      </w:r>
    </w:p>
    <w:p>
      <w:pPr>
        <w:widowControl/>
      </w:pPr>
      <w:r>
        <w:t>Welcome to El Nido, Palawan! Upon arrival at El Nido Lio Airport, you will be greeted by your driver, who will assist you with your transfer to your hotel. After checking in, you can take the rest of the day to relax, explore the local area, or enjoy a leisurely dinner at a nearby restaurant.</w:t>
      </w:r>
    </w:p>
    <w:p>
      <w:pPr>
        <w:widowControl/>
      </w:pPr>
      <w:r>
        <w:t>El Nido, located at the northern tip of Palawan, is world-renowned for its stunning limestone cliffs, crystal-clear lagoons, turquoise waters, and pristine beaches. The name El Nido translates to "the nest" in Spanish, as the bay and its surrounding cliffs were home to numerous bird nests. Serving as the gateway to the Bacuit Archipelago, El Nido is home to a collection of over 40 islands and islets, each offering hidden beaches, dramatic caves, and unforgettable natural wonders, all waiting for you to discover.</w:t>
      </w:r>
    </w:p>
    <w:p>
      <w:pPr>
        <w:widowControl/>
      </w:pPr>
      <w:r>
        <w:t>Arrival Ideas:</w:t>
      </w:r>
    </w:p>
    <w:p>
      <w:pPr>
        <w:widowControl/>
      </w:pPr>
      <w:r>
        <w:t>From Manila: You can fly directly to El Nido's Lio Airport with airlines like Cebu Pacific. The flight is about 1.5 hours.</w:t>
      </w:r>
    </w:p>
    <w:p>
      <w:pPr>
        <w:widowControl/>
      </w:pPr>
      <w:r>
        <w:t>From Puerto Princes: You can take a van or bus to El Nido. The journey typically takes 5 to 7 hours, depending on traffic and road conditions.</w:t>
      </w:r>
    </w:p>
    <w:p>
      <w:pPr>
        <w:widowControl/>
      </w:pPr>
      <w:r>
        <w:t>Main Airport: El Nido Airport (IATA: ENI), also known as Lio Airport, is a private airport located approximately 4 kilometers northeast of El Nido town in Palawan, Philippines.</w:t>
      </w:r>
    </w:p>
    <w:p>
      <w:pPr>
        <w:widowControl/>
      </w:pPr>
      <w:r>
        <w:t>If you need help with flight ticket and private transfer bookings, feel free to contact us.</w:t>
      </w:r>
    </w:p>
    <w:p>
      <w:pPr>
        <w:widowControl/>
      </w:pPr>
      <w:r>
        <w:t>Accommodation: El Nido</w:t>
      </w:r>
    </w:p>
    <w:p>
      <w:pPr>
        <w:keepNext/>
        <w:widowControl/>
        <w:spacing w:before="240"/>
      </w:pPr>
      <w:r>
        <w:t>Day 2 El Nido Island Hopping Tour A | Big Lagoon, Secret Lagoon, 7 Commando Beach, Shimizu Island, Payong-Payong Beach</w:t>
      </w:r>
    </w:p>
    <w:p>
      <w:pPr>
        <w:widowControl/>
      </w:pPr>
      <w:r>
        <w:t>Get ready for an exciting day of island hopping as you explore the stunning Bacuit Archipelago on Island Hopping Tour A. This tour takes you to iconic lagoons and beaches - perfect for kayaking and snorkeling enthusiasts.</w:t>
      </w:r>
    </w:p>
    <w:p>
      <w:pPr>
        <w:widowControl/>
      </w:pPr>
      <w:r>
        <w:t>After breakfast, an exhilarating boat ride to the Big Lagoon, one of El Nido's most famous gems. Surrounded by towering limestone cliffs, this serene lagoon invites you to kayak through its crystal-clear waters, with the cliffs rising dramatically around you. As your boat glides across the water, the vibrant turquoise sea contrasts with the rugged rock formations, creating a striking visual spectacle. Tip: You can rent a kayak for 450 PHP (for 2 pax) to fully experience the lagoon from a closer perspective.</w:t>
      </w:r>
    </w:p>
    <w:p>
      <w:pPr>
        <w:widowControl/>
      </w:pPr>
      <w:r>
        <w:t>Next, you'll head to the Secret Lagoon, a hidden paradise tucked behind towering limestone formations. A short swim through a narrow entrance reveals a beautiful, secluded cove with turquoise waters and a pristine beach - an enchanting place to explore and unwind.</w:t>
      </w:r>
    </w:p>
    <w:p>
      <w:pPr>
        <w:widowControl/>
      </w:pPr>
      <w:r>
        <w:t>The adventure continues with a visit to 7 Commando Beach, a tropical haven known for its soft white sand and crystal-clear waters. Take a refreshing dip or relax under the shade of palm trees while enjoying the breathtaking surroundings.</w:t>
      </w:r>
    </w:p>
    <w:p>
      <w:pPr>
        <w:widowControl/>
      </w:pPr>
      <w:r>
        <w:t>From there, you'll set sail to Shimizu Island, named after the Japanese diver who discovered its incredible marine life. This island offers exceptional snorkeling opportunities, where you can explore vibrant coral reefs teeming with fish, making it a perfect spot for underwater exploration.</w:t>
      </w:r>
    </w:p>
    <w:p>
      <w:pPr>
        <w:widowControl/>
      </w:pPr>
      <w:r>
        <w:t>Our final stop of the day is Payong-Payong Beach, a serene and peaceful beach that offers an idyllic setting for relaxation. Spend time swimming, sunbathing, or simply enjoying the natural beauty of the island before you return to El Nido.</w:t>
      </w:r>
    </w:p>
    <w:p>
      <w:pPr>
        <w:widowControl/>
      </w:pPr>
      <w:r>
        <w:t>Meals: Breakfast,Lunch</w:t>
      </w:r>
    </w:p>
    <w:p>
      <w:pPr>
        <w:widowControl/>
      </w:pPr>
      <w:r>
        <w:t>Accommodation: El Nido</w:t>
      </w:r>
    </w:p>
    <w:p>
      <w:pPr>
        <w:keepNext/>
        <w:widowControl/>
        <w:spacing w:before="240"/>
      </w:pPr>
      <w:r>
        <w:t>Day 3 El Nido Island Hopping Tour C | Helicopter Island, Tapiutan Island, Hidden Beach, Secret Beach</w:t>
      </w:r>
    </w:p>
    <w:p>
      <w:pPr>
        <w:widowControl/>
      </w:pPr>
      <w:r>
        <w:t>Today, you're diving deeper into the enchanting Bacuit Archipelago with Island Hopping Tour C. Get ready to explore some of El Nido's most secluded beaches and stunning underwater landscapes where natural wonders await at every turn.</w:t>
      </w:r>
    </w:p>
    <w:p>
      <w:pPr>
        <w:widowControl/>
      </w:pPr>
      <w:r>
        <w:t>After breakfast, an exciting boat ride to Helicopter Island (Dilumacad Island), named for its rock formations that resemble a helicopter from a distance. Here you you can snorkel in the crystal-clear waters, explore vibrant coral reefs, and if you're lucky, you might spot a sea turtle gliding by. Whether you're soaking up the sun or floating in the warm water, it's impossible not to be amazed by the scenery.</w:t>
      </w:r>
    </w:p>
    <w:p>
      <w:pPr>
        <w:widowControl/>
      </w:pPr>
      <w:r>
        <w:t>Next, you'll visit Tapiutan Island, a stunning island marked by dramatic cliffs and calm waters. The natural beauty here is mesmerizing, with rich marine life waiting to be explored just below the surface. Whether you want to snorkel or simply bask on the golden sands, Tapiutan offers a perfect slice of paradise.</w:t>
      </w:r>
    </w:p>
    <w:p>
      <w:pPr>
        <w:widowControl/>
      </w:pPr>
      <w:r>
        <w:t>Continue your journey to Secret Beach, hidden behind a wall of towering cliffs. To get there, you'll swim through a narrow opening in the rock - sounds adventurous, right? Once inside, you'll discover a secluded cove where soft white sand meets calm, clear waters. It's said that this beach inspired parts of the novel The Beach - and standing there, you'll understand why.</w:t>
      </w:r>
    </w:p>
    <w:p>
      <w:pPr>
        <w:widowControl/>
      </w:pPr>
      <w:r>
        <w:t>Your last stop is Hidden Beach, another gem concealed behind limestone formations. From the open sea, you wouldn't even know it's there until you swim around the rocks and suddenly, you're in a peaceful lagoon-like haven. The water is a stunning shade of turquoise, the sand is soft beneath your feet, and you'll find yourself wanting to stay forever.</w:t>
      </w:r>
    </w:p>
    <w:p>
      <w:pPr>
        <w:widowControl/>
      </w:pPr>
      <w:r>
        <w:t>After a full day of exploring hidden treasures, you'll head back to your hotel.</w:t>
      </w:r>
    </w:p>
    <w:p>
      <w:pPr>
        <w:widowControl/>
      </w:pPr>
      <w:r>
        <w:t>Meals: Breakfast,Lunch</w:t>
      </w:r>
    </w:p>
    <w:p>
      <w:pPr>
        <w:widowControl/>
      </w:pPr>
      <w:r>
        <w:t>Accommodation: El Nido</w:t>
      </w:r>
    </w:p>
    <w:p>
      <w:pPr>
        <w:keepNext/>
        <w:widowControl/>
        <w:spacing w:before="240"/>
      </w:pPr>
      <w:r>
        <w:t>Day 4 El Nido Departure | Hotel Check-out and See-off</w:t>
      </w:r>
    </w:p>
    <w:p>
      <w:pPr>
        <w:widowControl/>
      </w:pPr>
      <w:r>
        <w:t>It's time to say goodbye to El Nido and end to 4-days El Nido Group Tour. Your driver will transfer you to the airport and you will continue on your next destination.</w:t>
      </w:r>
    </w:p>
    <w:p>
      <w:pPr>
        <w:widowControl/>
      </w:pPr>
      <w:r>
        <w:t>Thank you for choosing Asia Odyssey Travel (AOT) for your Philippines tour, and you are always here working for you and hope to see you again for your next trip to Philippines. Safe journey!</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Days El Nido Group Tour: Island Hopping Tour A&amp;C,Transfers, Hotels</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