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4天爱妮岛跟团游：A线和C线跳岛、接送、酒店</w:t>
      </w:r>
    </w:p>
    <w:p>
      <w:pPr>
        <w:widowControl/>
      </w:pPr>
      <w:r>
        <w:t>线路编号：AOT-PHG-005</w:t>
      </w:r>
    </w:p>
    <w:p>
      <w:pPr>
        <w:keepNext/>
        <w:widowControl/>
        <w:spacing w:before="240"/>
      </w:pPr>
      <w:r>
        <w:t>第1天 抵达爱妮岛：机场接送与酒店入住</w:t>
      </w:r>
    </w:p>
    <w:p>
      <w:pPr>
        <w:widowControl/>
      </w:pPr>
      <w:r>
        <w:t>欢迎来到巴拉望的爱妮岛！抵达爱妮岛里奥机场后，司机会迎接您，并协助您前往酒店。入住后，您可以用当天剩余的时间放松休息、探索周边地区，或在附近的餐厅享用悠闲的晚餐。</w:t>
      </w:r>
    </w:p>
    <w:p>
      <w:pPr>
        <w:widowControl/>
      </w:pPr>
      <w:r>
        <w:t>爱妮岛位于巴拉望岛北端，以壮观的石灰岩悬崖、清澈的泻湖、碧绿的海水和原始的海滩而闻名。爱妮岛这个名字在西班牙语中意为“鸟巢”，因为海湾及其周围的悬崖曾是众多鸟巢的所在地。作为巴奎特群岛的门户，爱妮岛拥有40多个岛屿和小岛，每个岛屿都有隐秘的海滩、引人入胜的洞穴和令人难忘的自然奇观，等待您去探索。</w:t>
      </w:r>
    </w:p>
    <w:p>
      <w:pPr>
        <w:widowControl/>
      </w:pPr>
      <w:r>
        <w:t>抵达建议：</w:t>
      </w:r>
    </w:p>
    <w:p>
      <w:pPr>
        <w:widowControl/>
      </w:pPr>
      <w:r>
        <w:t>从马尼拉出发：您可以乘坐宿务太平洋航空等航班直飞爱妮岛的里奥机场。飞行时间约1.5小时。</w:t>
      </w:r>
    </w:p>
    <w:p>
      <w:pPr>
        <w:widowControl/>
      </w:pPr>
      <w:r>
        <w:t>从普林塞萨港出发：您可以乘坐面包车或巴士前往爱妮岛。行程通常需要5至7小时，具体取决于交通和路况。</w:t>
      </w:r>
    </w:p>
    <w:p>
      <w:pPr>
        <w:widowControl/>
      </w:pPr>
      <w:r>
        <w:t>主要机场：爱妮岛机场（IATA代码：ENI），也称为里奥机场，是一个私人机场，位于菲律宾巴拉望岛爱妮岛镇东北约4公里处。</w:t>
      </w:r>
    </w:p>
    <w:p>
      <w:pPr>
        <w:widowControl/>
      </w:pPr>
      <w:r>
        <w:t>如果您需要机票和私人接送预订方面的帮助，请随时联系我们。</w:t>
      </w:r>
    </w:p>
    <w:p>
      <w:pPr>
        <w:widowControl/>
      </w:pPr>
      <w:r>
        <w:t>住宿：爱妮岛</w:t>
      </w:r>
    </w:p>
    <w:p>
      <w:pPr>
        <w:keepNext/>
        <w:widowControl/>
        <w:spacing w:before="240"/>
      </w:pPr>
      <w:r>
        <w:t>第2天 爱妮岛跳岛游A线：大泻湖、秘密泻湖、7 Commando海滩、Shimizu岛、Payong-Payong海滩</w:t>
      </w:r>
    </w:p>
    <w:p>
      <w:pPr>
        <w:widowControl/>
      </w:pPr>
      <w:r>
        <w:t>准备好参加激动人心的跳岛一日游，在跳岛游A线中探索令人惊叹的巴奎特群岛。这条线路将带您前往标志性的泻湖和海滩，非常适合皮划艇和浮潜爱好者。</w:t>
      </w:r>
    </w:p>
    <w:p>
      <w:pPr>
        <w:widowControl/>
      </w:pPr>
      <w:r>
        <w:t>早餐后，乘船前往大泻湖，开启一段令人兴奋的旅程，这是爱妮岛最著名的景点之一。这座宁静的泻湖被高耸的石灰岩悬崖环绕，您可以划着皮划艇穿过清澈见底的海水，悬崖在您周围拔地而起，气势磅礴。当船在水面上滑行时，充满活力的绿松石色海水与崎岖的岩石地貌形成鲜明对比，构成引人注目的视觉奇观。提示：您可以租一艘皮划艇（450菲律宾比索，2人），从更近的角度充分体验泻湖之美。</w:t>
      </w:r>
    </w:p>
    <w:p>
      <w:pPr>
        <w:widowControl/>
      </w:pPr>
      <w:r>
        <w:t>接下来，您将前往秘密泻湖，这是一个隐藏在高耸石灰岩地貌后的隐秘天堂。短暂游过狭窄的入口，便会发现一个美丽而僻静的小海湾，拥有绿松石色的海水和原始的海滩，一个迷人而值得探索和放松的地方。</w:t>
      </w:r>
    </w:p>
    <w:p>
      <w:pPr>
        <w:widowControl/>
      </w:pPr>
      <w:r>
        <w:t>冒险继续，我们将参观7 Commando海滩，这片热带天堂以柔软的白沙和清澈的海水闻名。您可以在那里畅游一番，或在棕榈树的树荫下放松身心，同时欣赏令人叹为观止的周围环境。</w:t>
      </w:r>
    </w:p>
    <w:p>
      <w:pPr>
        <w:widowControl/>
      </w:pPr>
      <w:r>
        <w:t>之后，我们将启航前往Shimizu岛，该岛以发现其令人难以置信的海洋生物的日本潜水员命名。这座岛屿提供了绝佳的浮潜机会，您可以探索充满鱼类的生机勃勃的珊瑚礁，是水下探索的理想之地。</w:t>
      </w:r>
    </w:p>
    <w:p>
      <w:pPr>
        <w:widowControl/>
      </w:pPr>
      <w:r>
        <w:t>我们当天的最后一站是Payong-Payong海滩，这片宁静平和的海滩为放松提供了田园诗般的环境。在返回爱妮岛之前，您可以花时间游泳、晒太阳，或只是享受岛上的自然美景。</w:t>
      </w:r>
    </w:p>
    <w:p>
      <w:pPr>
        <w:widowControl/>
      </w:pPr>
      <w:r>
        <w:t>用餐：早餐, 午餐</w:t>
      </w:r>
    </w:p>
    <w:p>
      <w:pPr>
        <w:widowControl/>
      </w:pPr>
      <w:r>
        <w:t>住宿：爱妮岛</w:t>
      </w:r>
    </w:p>
    <w:p>
      <w:pPr>
        <w:keepNext/>
        <w:widowControl/>
        <w:spacing w:before="240"/>
      </w:pPr>
      <w:r>
        <w:t>第3天 爱妮岛跳岛游C线：直升机岛、塔皮乌坦岛、秘密海滩、隐藏海滩</w:t>
      </w:r>
    </w:p>
    <w:p>
      <w:pPr>
        <w:widowControl/>
      </w:pPr>
      <w:r>
        <w:t>今天，您将参加跳岛游C线，深入探索迷人的巴奎特群岛。准备好去发现爱妮岛一些最僻静的海滩和令人惊叹的水下景观，自然奇观在每个转角等待着你。</w:t>
      </w:r>
    </w:p>
    <w:p>
      <w:pPr>
        <w:widowControl/>
      </w:pPr>
      <w:r>
        <w:t>早餐后，乘船前往直升机岛（迪卢马卡德岛），该岛因岩石形状从远处看像直升机而得名。在这里，您可以在清澈见底的海水中浮潜，探索生机勃勃的珊瑚礁，如果幸运的话，还可能看到海龟滑翔而过。无论您是沐浴阳光，还是漂浮在温暖的海水中，都不可能不被这美景所震撼。</w:t>
      </w:r>
    </w:p>
    <w:p>
      <w:pPr>
        <w:widowControl/>
      </w:pPr>
      <w:r>
        <w:t>接下来，您将参观塔皮乌坦岛，这是一个以陡峭悬崖和平静水域为标志的迷人岛屿。这里的自然美景令人着迷，丰富的海洋生物就在水面下等待探索。无论您想浮潜还是仅仅在金色沙滩上晒太阳，塔皮乌坦岛都提供了一片完美的天堂。</w:t>
      </w:r>
    </w:p>
    <w:p>
      <w:pPr>
        <w:widowControl/>
      </w:pPr>
      <w:r>
        <w:t>继续您的旅程，前往秘密海滩，它隐藏在高耸的悬崖壁后。要到达那里，您需要游过岩石中的一个狭窄开口——听起来很冒险，对吧？一旦进入，您会发现一个僻静的小海湾，柔软的白色沙滩与平静清澈的海水相接。据说这个海滩启发了小说《海滩》的部分灵感——站在那里，您就会明白为什么。</w:t>
      </w:r>
    </w:p>
    <w:p>
      <w:pPr>
        <w:widowControl/>
      </w:pPr>
      <w:r>
        <w:t>您的最后一站是隐藏海滩，另一个隐藏在石灰岩地层后的瑰宝。从开阔的海面上，您甚至不知道它的存在，直到您游过岩石，突然之间，您就置身于一个宁静的泻湖般的避风港。海水是令人惊叹的绿松石色，脚下的沙子柔软，您会发现自己想要永远待下去。</w:t>
      </w:r>
    </w:p>
    <w:p>
      <w:pPr>
        <w:widowControl/>
      </w:pPr>
      <w:r>
        <w:t>在探索隐藏宝藏一整天后，您将返回酒店。</w:t>
      </w:r>
    </w:p>
    <w:p>
      <w:pPr>
        <w:widowControl/>
      </w:pPr>
      <w:r>
        <w:t>用餐：早餐,午餐</w:t>
      </w:r>
    </w:p>
    <w:p>
      <w:pPr>
        <w:widowControl/>
      </w:pPr>
      <w:r>
        <w:t>住宿：爱妮岛</w:t>
      </w:r>
    </w:p>
    <w:p>
      <w:pPr>
        <w:keepNext/>
        <w:widowControl/>
        <w:spacing w:before="240"/>
      </w:pPr>
      <w:r>
        <w:t>第4天 爱妮岛离程：酒店退房与送机</w:t>
      </w:r>
    </w:p>
    <w:p>
      <w:pPr>
        <w:widowControl/>
      </w:pPr>
      <w:r>
        <w:t>该告别爱妮岛了，为期4天的爱妮岛跟团游也到此结束。司机会送您前往机场，您将接着前往下一个目的地。</w:t>
      </w:r>
    </w:p>
    <w:p>
      <w:pPr>
        <w:widowControl/>
      </w:pPr>
      <w:r>
        <w:t>感谢您选择亚洲奥德赛旅游（AOT）的菲律宾之旅。我们随时为您服务，期待您下次来菲律宾旅行时再次相见。祝您旅途平安！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4天爱妮岛跟团游：A线和C线跳岛、接送、酒店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