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巴拉望科隆4日团体游：凯央根湖与沉船</w:t>
      </w:r>
    </w:p>
    <w:p>
      <w:pPr>
        <w:widowControl/>
      </w:pPr>
      <w:r>
        <w:t>线路编号：AOT-PHG-006</w:t>
      </w:r>
    </w:p>
    <w:p>
      <w:pPr>
        <w:keepNext/>
        <w:widowControl/>
        <w:spacing w:before="240"/>
      </w:pPr>
      <w:r>
        <w:t>第1天 抵达科隆：接送与酒店入住</w:t>
      </w:r>
    </w:p>
    <w:p>
      <w:pPr>
        <w:widowControl/>
      </w:pPr>
      <w:r>
        <w:t>欢迎来到巴拉望的科隆！抵达后，我们会根据您的行程安排在机场或港口迎接您，并将您送往科隆镇的酒店。您可以在酒店稍作休息，恢复精力。</w:t>
      </w:r>
    </w:p>
    <w:p>
      <w:pPr>
        <w:widowControl/>
      </w:pPr>
      <w:r>
        <w:t>科隆位于巴拉望北部，是探险爱好者和潜水爱好者的天堂。这里以世界级的潜水点而闻名，包括著名的科隆沉船群，这是一批二战时期沉没的日本军舰，如今已成为多种海洋生物的栖息地。科隆还因清澈见底的凯央根湖而闻名，它常被认为是亚洲最干净的湖泊。</w:t>
      </w:r>
    </w:p>
    <w:p>
      <w:pPr>
        <w:widowControl/>
      </w:pPr>
      <w:r>
        <w:t>抵达建议：</w:t>
      </w:r>
    </w:p>
    <w:p>
      <w:pPr>
        <w:widowControl/>
      </w:pPr>
      <w:r>
        <w:t>乘飞机：弗朗西斯科·B·雷耶斯机场（又称布桑加机场）是服务科隆的主要机场，距离镇中心约25公里。多家航空公司运营从马尼拉、宿务和克拉克等主要城市飞往科隆的定期航班。</w:t>
      </w:r>
    </w:p>
    <w:p>
      <w:pPr>
        <w:widowControl/>
      </w:pPr>
      <w:r>
        <w:t>乘船：如果您已经在爱妮岛，可以乘坐渡轮前往科隆，航程约3.5小时。</w:t>
      </w:r>
    </w:p>
    <w:p>
      <w:pPr>
        <w:widowControl/>
      </w:pPr>
      <w:r>
        <w:t>如果您需要帮助预订机票或渡轮票，请随时联系我们。</w:t>
      </w:r>
    </w:p>
    <w:p>
      <w:pPr>
        <w:widowControl/>
      </w:pPr>
      <w:r>
        <w:t>住宿：科隆</w:t>
      </w:r>
    </w:p>
    <w:p>
      <w:pPr>
        <w:keepNext/>
        <w:widowControl/>
        <w:spacing w:before="240"/>
      </w:pPr>
      <w:r>
        <w:t>第2天 科隆跳岛游A线：凯央根湖、绿泻湖、奎因礁、阿特韦扬海滩、CYC海滩、珊瑚岛</w:t>
      </w:r>
    </w:p>
    <w:p>
      <w:pPr>
        <w:widowControl/>
      </w:pPr>
      <w:r>
        <w:t>准备好迎接在科隆激动人心的一天跳岛游，你将探索清澈见底的泻湖、令人惊叹的海滩和隐藏的瑰宝。</w:t>
      </w:r>
    </w:p>
    <w:p>
      <w:pPr>
        <w:widowControl/>
      </w:pPr>
      <w:r>
        <w:t>早餐后，直接前往标志性的凯央根湖，常被称为“亚洲最干净的湖泊”。这座清澈见底的淡水湖坐落在科隆的中心地带，被高耸的石灰岩悬崖环绕，为你的照片提供了如画的背景。当你靠近时，自然美景将令你叹为观止。在水面之下，你会发现充满活力的水生生物在错综复杂的岩石构造和洞穴周围游动，使其成为浮潜者和潜水者的天堂。</w:t>
      </w:r>
    </w:p>
    <w:p>
      <w:pPr>
        <w:widowControl/>
      </w:pPr>
      <w:r>
        <w:t>接下来，前往绿泻湖，一个同样令人惊叹的地方，翠绿的海水在阳光下闪闪发光。平静清澈的水面被茂密的悬崖环绕，非常适合游泳和享受泻湖的宁静之美。</w:t>
      </w:r>
    </w:p>
    <w:p>
      <w:pPr>
        <w:widowControl/>
      </w:pPr>
      <w:r>
        <w:t>继续你的冒险，前往奎因礁（也称为马尔瓦维珊瑚花园），水下世界在这里活跃起来。当你穿梭于生机勃勃的珊瑚花园中浮潜时，周围是成群结队的彩色鱼群，在清澈的水下翩翩起舞。</w:t>
      </w:r>
    </w:p>
    <w:p>
      <w:pPr>
        <w:widowControl/>
      </w:pPr>
      <w:r>
        <w:t>从礁石处，你将航行至阿特韦扬海滩，一个拥有原始白沙滩、清澈海水和提供质朴魅力的小竹屋的隐藏瑰宝。在平静的海水中悠闲地游泳，或只是在摇曳的棕榈树下放松，同时欣赏这个田园诗般宁静海滩的美丽。</w:t>
      </w:r>
    </w:p>
    <w:p>
      <w:pPr>
        <w:widowControl/>
      </w:pPr>
      <w:r>
        <w:t>接下来，你将前往CYC海滩，以科隆青年俱乐部命名。这个宁静的海滩是游泳、日光浴或在红树林树荫下放松的好地方。凭借其白沙滩和清澈的海水，这个海滩提供了一个完美的度假胜地。</w:t>
      </w:r>
    </w:p>
    <w:p>
      <w:pPr>
        <w:widowControl/>
      </w:pPr>
      <w:r>
        <w:t>最后，你将在珊瑚岛结束这次旅行，这是一个著名的浮潜点。潜入温暖的海水中，与色彩斑斓的珊瑚和热带鱼一起游泳，充分体验自然世界的壮丽。这里的珊瑚花园充满活力，为你跳岛冒险画上令人惊叹的句号。</w:t>
      </w:r>
    </w:p>
    <w:p>
      <w:pPr>
        <w:widowControl/>
      </w:pPr>
      <w:r>
        <w:t>旅行结束后，你将由专人护送返回科隆镇的酒店。</w:t>
      </w:r>
    </w:p>
    <w:p>
      <w:pPr>
        <w:widowControl/>
      </w:pPr>
      <w:r>
        <w:t>用餐：早餐、午餐</w:t>
      </w:r>
    </w:p>
    <w:p>
      <w:pPr>
        <w:widowControl/>
      </w:pPr>
      <w:r>
        <w:t>住宿：科隆</w:t>
      </w:r>
    </w:p>
    <w:p>
      <w:pPr>
        <w:keepNext/>
        <w:widowControl/>
        <w:spacing w:before="240"/>
      </w:pPr>
      <w:r>
        <w:t>第3天 科隆珊瑚礁与沉船之旅｜帕斯岛、卢松珊瑚花园、卢松炮艇、东塔加特沉船</w:t>
      </w:r>
    </w:p>
    <w:p>
      <w:pPr>
        <w:widowControl/>
      </w:pPr>
      <w:r>
        <w:t>今天，参加珊瑚礁与沉船之旅，深入探索科隆丰富的历史和多样的海洋生物。这趟旅程既有迷人的自然景观，也能看到两艘沉没的二战船只，在水上度过充实的一天。</w:t>
      </w:r>
    </w:p>
    <w:p>
      <w:pPr>
        <w:widowControl/>
      </w:pPr>
      <w:r>
        <w:t>早餐后，乘船2小时前往帕斯岛。这座小岛位于巴拉望布桑加外海，沙滩洁白柔软，椰子树随风摇曳，环境宁静，仿佛一片私人绿洲。您可以在这里放松、游泳，或在清澈的海水中浮潜，之后再继续行程。</w:t>
      </w:r>
    </w:p>
    <w:p>
      <w:pPr>
        <w:widowControl/>
      </w:pPr>
      <w:r>
        <w:t>接下来前往卢松珊瑚花园，这是科隆面积最大、色彩最丰富的珊瑚花园。这里海水呈现出深浅不一的蓝色和绿色，水面之下则是色彩斑斓的珊瑚和海洋生物。珊瑚种类繁多，是浮潜的理想地点。</w:t>
      </w:r>
    </w:p>
    <w:p>
      <w:pPr>
        <w:widowControl/>
      </w:pPr>
      <w:r>
        <w:t>随后参观卢松炮艇，这是一艘沉没的二战船只，也是潜水员和浮潜者常去的景点。炮艇沉船位于约10米深的浅水处，侧卧在水底，船体结构上已长满海洋生物。探索时，可以看到沉船的历史痕迹与周围海洋生物形成的对比。</w:t>
      </w:r>
    </w:p>
    <w:p>
      <w:pPr>
        <w:widowControl/>
      </w:pPr>
      <w:r>
        <w:t>行程继续前往东塔加特沉船，这是最令人印象深刻的沉船之一。这是一艘长40米的船只，于1944年9月24日沉没，据信是拖船或反潜舰艇。它停卧在沙坡上，退潮时船尾位于22米（72英尺）深处，可以看到沉船以及周围海洋生物。您将有机会在船只周围浮潜，近距离观看这处水下历史遗迹。</w:t>
      </w:r>
    </w:p>
    <w:p>
      <w:pPr>
        <w:widowControl/>
      </w:pPr>
      <w:r>
        <w:t>行程结束后，送您前往科隆镇的酒店。</w:t>
      </w:r>
    </w:p>
    <w:p>
      <w:pPr>
        <w:widowControl/>
      </w:pPr>
      <w:r>
        <w:t>用餐：早餐,午餐</w:t>
      </w:r>
    </w:p>
    <w:p>
      <w:pPr>
        <w:widowControl/>
      </w:pPr>
      <w:r>
        <w:t>住宿：科隆</w:t>
      </w:r>
    </w:p>
    <w:p>
      <w:pPr>
        <w:keepNext/>
        <w:widowControl/>
        <w:spacing w:before="240"/>
      </w:pPr>
      <w:r>
        <w:t>第4天 科隆离境｜酒店退房与送机</w:t>
      </w:r>
    </w:p>
    <w:p>
      <w:pPr>
        <w:widowControl/>
      </w:pPr>
      <w:r>
        <w:t>该和科隆说再见了，为期4天的科隆跟团游也到此结束。司机会送您前往机场，之后您将继续前往下一个目的地。</w:t>
      </w:r>
    </w:p>
    <w:p>
      <w:pPr>
        <w:widowControl/>
      </w:pPr>
      <w:r>
        <w:t>感谢您选择亚洲奥德赛旅游（AOT）安排此次菲律宾之旅。我们随时为您服务，期待您下次来菲律宾时再次相见。祝您旅途平安！</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巴拉望科隆4日团体游：凯央根湖与沉船</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