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Philippines Group Tour: Ultimate Adventure &amp; 5 Island-Hopping</w:t>
      </w:r>
    </w:p>
    <w:p>
      <w:pPr>
        <w:widowControl/>
      </w:pPr>
      <w:r>
        <w:t>Product code: AOT-PHG-008</w:t>
      </w:r>
    </w:p>
    <w:p>
      <w:pPr>
        <w:keepNext/>
        <w:widowControl/>
        <w:spacing w:before="240"/>
      </w:pPr>
      <w:r>
        <w:t>Day 1 Arrival in Coron | Transfers &amp; Hotel Check-in</w:t>
      </w:r>
    </w:p>
    <w:p>
      <w:pPr>
        <w:widowControl/>
      </w:pPr>
      <w:r>
        <w:t>Welcome to Coron, Palawan! Upon arrival, our driver will greet you at the airport or port based on your schedule and transfer you to your hotel in Coron Town. Take some time to rest and refresh at your hotel.</w:t>
      </w:r>
    </w:p>
    <w:p>
      <w:pPr>
        <w:widowControl/>
      </w:pPr>
      <w:r>
        <w:t>Coron, situated in the northern part of Palawan, is a true paradise for adventure seekers and diving enthusiasts. It's famous for its world-class diving spots, including the renowned Coron Wrecks, a collection of sunken WWII Japanese warships that now serve as a habitat for vibrant marine life. Coron is also celebrated for its crystal-clear Kayangan Lake, often considered the cleanest lake in Asia.</w:t>
      </w:r>
    </w:p>
    <w:p>
      <w:pPr>
        <w:widowControl/>
      </w:pPr>
      <w:r>
        <w:t>Arrival Ideas:</w:t>
      </w:r>
    </w:p>
    <w:p>
      <w:pPr>
        <w:widowControl/>
      </w:pPr>
      <w:r>
        <w:t>By Air: Francisco B. Reyes Airport, also known as Busuanga Airport, is the main airport serving Coron. It is located approximately 25 kilometers from the town center. Several airlines operate regular flights to Coron from major cities such as Manila, Cebu, and Clark, etc.</w:t>
      </w:r>
    </w:p>
    <w:p>
      <w:pPr>
        <w:widowControl/>
      </w:pPr>
      <w:r>
        <w:t>By Sea: If you are already in El Nido, you can take a ferry to Coron, with the journey lasting approximately 3.5 hours.</w:t>
      </w:r>
    </w:p>
    <w:p>
      <w:pPr>
        <w:widowControl/>
      </w:pPr>
      <w:r>
        <w:t>If you need help with flight ticket or ferry ticket bookings, feel free to contact us.</w:t>
      </w:r>
    </w:p>
    <w:p>
      <w:pPr>
        <w:widowControl/>
      </w:pPr>
      <w:r>
        <w:t>Accommodation: Coron</w:t>
      </w:r>
    </w:p>
    <w:p>
      <w:pPr>
        <w:keepNext/>
        <w:widowControl/>
        <w:spacing w:before="240"/>
      </w:pPr>
      <w:r>
        <w:t>Day 2 Coron Island Hopping Tour A | Kayangan Lake, Green Lagoon, Quin Reef, Atwayan Beach, CYC Beach, Las Isla De Coral</w:t>
      </w:r>
    </w:p>
    <w:p>
      <w:pPr>
        <w:widowControl/>
      </w:pPr>
      <w:r>
        <w:t>Get ready for an exhilarating day of island hopping in Coron, where you'll discover crystal-clear lagoons, breathtaking beaches, and hidden gems.</w:t>
      </w:r>
    </w:p>
    <w:p>
      <w:pPr>
        <w:widowControl/>
      </w:pPr>
      <w:r>
        <w:t>After breakfast, head straight to iconic Kayangan Lake, often referred to as the “cleanest lake in Asia.” Nestled in the heart of Coron, this crystal-clear freshwater lake is encircled by towering limestone cliffs, offering a picturesque setting for your photos. As you approach, the natural beauty will take your breath away. Beneath the surface, you'll find vibrant aquatic life swimming around intricate rock formations and caves, making it a snorkeler's and diver's paradise.</w:t>
      </w:r>
    </w:p>
    <w:p>
      <w:pPr>
        <w:widowControl/>
      </w:pPr>
      <w:r>
        <w:t>Next, head to the Green Lagoon, an equally breathtaking spot with emerald waters that shimmer under the sun. The calm, clear water, surrounded by lush cliffs, is perfect for swimming and enjoying the serene beauty of the lagoon.</w:t>
      </w:r>
    </w:p>
    <w:p>
      <w:pPr>
        <w:widowControl/>
      </w:pPr>
      <w:r>
        <w:t>Continue your adventure at Quin Reef (also known as Malwawey Coral Garden), where the underwater world comes alive. As you snorkel through the vibrant coral gardens, you'll be surrounded by schools of colorful fish, all dancing beneath the crystal-clear water.</w:t>
      </w:r>
    </w:p>
    <w:p>
      <w:pPr>
        <w:widowControl/>
      </w:pPr>
      <w:r>
        <w:t>From the reef, you'll sail to Atwayan Beach, a hidden gem with pristine white sand, crystal-clear waters, and small bamboo huts offering a touch of rustic charm. Take a leisurely swim in the calm waters or just relax under the swaying palm trees while you take in the beauty of this idyllic, peaceful beach.</w:t>
      </w:r>
    </w:p>
    <w:p>
      <w:pPr>
        <w:widowControl/>
      </w:pPr>
      <w:r>
        <w:t>Next, you'll head to CYC Beach, named after the Coron Youth Club. This tranquil beach is a great spot for swimming, sunbathing, or simply relaxing under the shade of mangrove trees. With its white sand and clear waters, the beach offers a picture-perfect escape.</w:t>
      </w:r>
    </w:p>
    <w:p>
      <w:pPr>
        <w:widowControl/>
      </w:pPr>
      <w:r>
        <w:t>Finally, you'll wrap up the tour at Las Islas de Coral, a famous snorkeling spot. Dive into its warm waters and swim alongside a rainbow of colorful coral and tropical fish, experiencing the natural world in its full glory. The coral gardens here are vibrant and alive, offering a breathtaking end to your island-hopping adventure.</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3 Coron Reef and Wrecks Tour | Pass Island, Lusong Coral Garden, Lusong Gunboat, East Tangat Wreck</w:t>
      </w:r>
    </w:p>
    <w:p>
      <w:pPr>
        <w:widowControl/>
      </w:pPr>
      <w:r>
        <w:t>Today, get ready to dive into Coron's rich history and vibrant marine life with the Reef and Wrecks Tour. This thrilling adventure combines stunning natural wonders with the eerie beauty of two sunken WWII shipwrecks, offering a truly unforgettable day on the water.</w:t>
      </w:r>
    </w:p>
    <w:p>
      <w:pPr>
        <w:widowControl/>
      </w:pPr>
      <w:r>
        <w:t>After breakfast, you'll set off on a 2-hour boat ride to Pass Island, a small slice of paradise off the coast of Busuanga, Palawan. Picture soft white sand stretching endlessly, coconut trees swaying in the breeze, and a sense of calm that makes it feel like your own private oasis. Take a moment to relax, swim, or snorkel in the clear waters before you continue your journey.</w:t>
      </w:r>
    </w:p>
    <w:p>
      <w:pPr>
        <w:widowControl/>
      </w:pPr>
      <w:r>
        <w:t>Next, you'll head to Lusong Coral Garden, the largest and most vibrant coral garden in Coron. Here, the water shimmers in every shade of blue and green, while beneath the surface, a breathtaking tapestry of colorful corals and marine life unfolds. The diversity of coral species here is staggering, offering a perfect underwater paradise for snorkelers.</w:t>
      </w:r>
    </w:p>
    <w:p>
      <w:pPr>
        <w:widowControl/>
      </w:pPr>
      <w:r>
        <w:t>From there, you'll visit the Lusong Gunboat, a sunken WWII vessel that's become a must-see for divers and snorkelers alike. Resting at a shallow depth of 10 meters, this gunboat wreck lies on its side, its rugged structure home to thriving marine life. As you explore, you'll marvel at the contrast of history and nature - where the wreck's worn edges meet the vibrancy of the ocean's new inhabitants.</w:t>
      </w:r>
    </w:p>
    <w:p>
      <w:pPr>
        <w:widowControl/>
      </w:pPr>
      <w:r>
        <w:t>The adventure continues with the East Tangat Wreck is one of the most impressive. A 40-meter-long vessel that sunk on September 24, 1944, it's believed to have been either a tugboat or anti-submarine craft. Resting on a sandy slope, its stern is visible at 22 meters (72 feet) during low tide, offering a glimpse into both the past and the ocean's vibrant present. You'll have the chance to snorkel around the ship, marveling at the eerie beauty of this submerged piece of history.</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4 Flight from Coron to Cebu, then Ferry to Bohol</w:t>
      </w:r>
    </w:p>
    <w:p>
      <w:pPr>
        <w:widowControl/>
      </w:pPr>
      <w:r>
        <w:t>After breakfast, transfer to Coron Airport for your domestic flight to Cebu. Upon arrival, you will be assisted with your transfer to the pier to board a ferry bound for Bohol. Sit back and enjoy the scenic sea journey as you travel across the Visayas. Upon arrival in Bohol, meet your local representative and transfer to your hotel for check-in. The rest of the day is free at leisure.</w:t>
      </w:r>
    </w:p>
    <w:p>
      <w:pPr>
        <w:widowControl/>
      </w:pPr>
      <w:r>
        <w:t>Bohol is a main island located in the Central Visayas region of the Philippines. It offers a wide range of options for travelers, from natural attractions to cultural heritage sites and unique island activities. In addition to the cute bug-eyed tarsiers and the majestic Chocolate Hills, there's much more to experience, such as white sand beaches, world-class dive sites, dolphin and whale shark watching, and the generally laid-back provincial of Panglao Island, these are what give Bohol its unique charm.</w:t>
      </w:r>
    </w:p>
    <w:p>
      <w:pPr>
        <w:widowControl/>
      </w:pPr>
      <w:r>
        <w:t>Meals: Breakfast</w:t>
      </w:r>
    </w:p>
    <w:p>
      <w:pPr>
        <w:widowControl/>
      </w:pPr>
      <w:r>
        <w:t>Accommodation: Bohol</w:t>
      </w:r>
    </w:p>
    <w:p>
      <w:pPr>
        <w:keepNext/>
        <w:widowControl/>
        <w:spacing w:before="240"/>
      </w:pPr>
      <w:r>
        <w:t>Day 5 Bohol Tour | Chocolate Hills, Kinaiyahan Forest Park, Bilar Man-Made Forest, Loboc River Cruise, Philippine Tarsier Sanctuary</w:t>
      </w:r>
    </w:p>
    <w:p>
      <w:pPr>
        <w:widowControl/>
      </w:pPr>
      <w:r>
        <w:t>On this day, we will pick your group up from your hotel in Bohol. You will have full day sightseeing in Bohol for countryside tour.</w:t>
      </w:r>
    </w:p>
    <w:p>
      <w:pPr>
        <w:widowControl/>
      </w:pPr>
      <w:r>
        <w:t>Your first stop will be the iconic Chocolate Hills. During the dry season, the grass covering these hills turns brown, giving them the appearance of chocolate mounds—hence the name "Chocolate Hills."</w:t>
      </w:r>
    </w:p>
    <w:p>
      <w:pPr>
        <w:widowControl/>
      </w:pPr>
      <w:r>
        <w:t>To reach the viewing decks at the Chocolate Hills Complex in Carmen, you'll need to climb 214 steps. From here, you'll enjoy panoramic view of the entire Chocolate Hills. There are between 1,268 and 1,776 hills in total. Let the beauty of the Chocolate Hills embrace you as you take in the symmetrical, cone-shaped formations, each ranging in height from 30 to 50 meters. Enjoy your time here and capture stunning panoramic photos.</w:t>
      </w:r>
    </w:p>
    <w:p>
      <w:pPr>
        <w:widowControl/>
      </w:pPr>
      <w:r>
        <w:t>Optional Activity (at your own expense): You could drive an ATV through the foothills of the Chocolate Hills and muddy jungle trails to experience the massive scale of these mounds up close.</w:t>
      </w:r>
    </w:p>
    <w:p>
      <w:pPr>
        <w:widowControl/>
      </w:pPr>
      <w:r>
        <w:t>Later, we will make a stop at Kinaiyahan Forest Park. With its towering bamboo groves, it is the perfect place to slow down, breathe in the fresh forest air, and enjoy a quiet moment in nature. What we offer: Sit down and enjoy a refreshing drink in the park. (Optional activities you may choose (at your own expense) include: (1) gliding across the serene lake on a traditional Calamay wooden boat, (2) taking a mild ATV ride through the jungle trails, or (3) going on a jeep ride.)</w:t>
      </w:r>
    </w:p>
    <w:p>
      <w:pPr>
        <w:widowControl/>
      </w:pPr>
      <w:r>
        <w:t>Let's move ahead to Bilar Man-Made Forest. As you drive into the forest, the light will suddenly dim. The branches and leaves of the towering mahogany trees on both sides of the road intertwine, forming a massive "green canopy" overhead. We allow you to step out of the vehicle and take some great photos here.</w:t>
      </w:r>
    </w:p>
    <w:p>
      <w:pPr>
        <w:widowControl/>
      </w:pPr>
      <w:r>
        <w:t>After that, enjoy Bohol countryside tour and board a traditionally decorated cruise floating on the Loboc River. You will enjoy a buffet lunch onboard. The Loboc River flows through the town of Loboc, 24 kilometers east of Tagbilaran City. Relax on the leisure boat as it glides through calm, green waters, surrounded by dense tropical forests, coconut palms, and mangroves. Experience local life and cultural performances along the riverbanks.</w:t>
      </w:r>
    </w:p>
    <w:p>
      <w:pPr>
        <w:widowControl/>
      </w:pPr>
      <w:r>
        <w:t>Later, you'll visit the Bohol Tarsier Conservation Area to see Philippine Tarsier. It is a protected area for the Philippine tarsier (Carlito syrichta), one of the smallest primates in the world. Get up close to these adorable creatures, known for their small size, large eyes, and long tails. You'll be amazed at how tiny and delicate the tarsiers are as you observe their unique behaviors, such as clinging to branches or tree trunks and rotating their heads almost 180 degrees.</w:t>
      </w:r>
    </w:p>
    <w:p>
      <w:pPr>
        <w:widowControl/>
      </w:pPr>
      <w:r>
        <w:t>After visiting tarsiers, we will take you to explore more of Bohol. Afterward, you and your group will be escorted back to your hotel. Enjoy a good rest tonight!</w:t>
      </w:r>
    </w:p>
    <w:p>
      <w:pPr>
        <w:widowControl/>
      </w:pPr>
      <w:r>
        <w:t>Meals: Breakfast,Lunch</w:t>
      </w:r>
    </w:p>
    <w:p>
      <w:pPr>
        <w:widowControl/>
      </w:pPr>
      <w:r>
        <w:t>Accommodation: Bohol</w:t>
      </w:r>
    </w:p>
    <w:p>
      <w:pPr>
        <w:keepNext/>
        <w:widowControl/>
        <w:spacing w:before="240"/>
      </w:pPr>
      <w:r>
        <w:t>Day 6 Bohol Island Hopping Tour | Dolphin Watching, Balicasag Islands</w:t>
      </w:r>
    </w:p>
    <w:p>
      <w:pPr>
        <w:widowControl/>
      </w:pPr>
      <w:r>
        <w:t>This morning, begin an exciting island-hopping tour focused on dolphin watching. You'll be transferred to the boat docking area and board a boat bound for Balicasag Island. En route, you'll have a fantastic opportunity to observe dolphins in their natural habitat. This area is teeming with diverse marine wildlife, including at least seven different species of wild whales and countless wild dolphins. With patience, you might witness a group of dolphins leaping gracefully from the water, their shiny, gray bodies glistening in the sunlight as they twist and spin before diving back into the clear sea.</w:t>
      </w:r>
    </w:p>
    <w:p>
      <w:pPr>
        <w:widowControl/>
      </w:pPr>
      <w:r>
        <w:t>Dolphin Watching Tips:</w:t>
      </w:r>
    </w:p>
    <w:p>
      <w:pPr>
        <w:widowControl/>
      </w:pPr>
      <w:r>
        <w:t>It's advisable to start early in the morning, just after sunrise, as dolphins are most active during this time</w:t>
      </w:r>
    </w:p>
    <w:p>
      <w:pPr>
        <w:widowControl/>
      </w:pPr>
      <w:r>
        <w:t>Keep in mind that dolphins are wild animals, so sightings are not guaranteed. Enjoy the boat ride and the beauty of the sea while waiting for them to appear.</w:t>
      </w:r>
    </w:p>
    <w:p>
      <w:pPr>
        <w:widowControl/>
      </w:pPr>
      <w:r>
        <w:t>After that, you'll stop at Balicasag Island for further exploration. Located about 6 km from Panglao Island, Balicasag is easily accessible by boat. The island features a stunning 3,000-foot-deep fault, known as the deepest and most beautiful underwater cliff in Asia. It's a marine paradise renowned for its thriving coral reefs and vibrant marine life, and is part of a protected marine sanctuary. Here, you can see vibrant coral reefs and a variety of tropical fish species, such as clownfish, parrotfish, lionfish, butterflyfish, and schools of jackfish. On the southeast side, you can visit the turtle point, where there's a high chance of seeing sea turtles grazing on seagrass or swimming gracefully. Alternatively, relax on the white sand beaches for some peaceful time.</w:t>
      </w:r>
    </w:p>
    <w:p>
      <w:pPr>
        <w:widowControl/>
      </w:pPr>
      <w:r>
        <w:t>Subject to Change: Please note that some activities may be subject to change due to weather conditions. Your safety is our top priority, and we may need to reschedule or cancel activities in case of unfavorable weather, such as strong winds. We appreciate your understanding and cooperation as we ensure a safe and enjoyable island-hopping experience.</w:t>
      </w:r>
    </w:p>
    <w:p>
      <w:pPr>
        <w:widowControl/>
      </w:pPr>
      <w:r>
        <w:t>After the tour, you will be transferred to back to Bohol for accommodation.</w:t>
      </w:r>
    </w:p>
    <w:p>
      <w:pPr>
        <w:widowControl/>
      </w:pPr>
      <w:r>
        <w:t>Meals: Breakfast</w:t>
      </w:r>
    </w:p>
    <w:p>
      <w:pPr>
        <w:widowControl/>
      </w:pPr>
      <w:r>
        <w:t>Accommodation: Bohol</w:t>
      </w:r>
    </w:p>
    <w:p>
      <w:pPr>
        <w:keepNext/>
        <w:widowControl/>
        <w:spacing w:before="240"/>
      </w:pPr>
      <w:r>
        <w:t>Day 7 Bohol to Dumaguete via Ferry | Port Transfer &amp; Hotel Check-in</w:t>
      </w:r>
    </w:p>
    <w:p>
      <w:pPr>
        <w:widowControl/>
      </w:pPr>
      <w:r>
        <w:t>On this day, you'll be transferred to the ferry port in Tagbilaran City, Bohol, to take the OceanJet Ferry to Dumaguete (about 2 hours).</w:t>
      </w:r>
    </w:p>
    <w:p>
      <w:pPr>
        <w:widowControl/>
      </w:pPr>
      <w:r>
        <w:t>Enjoy your leisure time in this "City of Gentle People." Dumaguete City, the capital of Negros Oriental, is known for the warm and welcoming nature of its residents.</w:t>
      </w:r>
    </w:p>
    <w:p>
      <w:pPr>
        <w:widowControl/>
      </w:pPr>
      <w:r>
        <w:t>Stay overnight in Dumaguete.</w:t>
      </w:r>
    </w:p>
    <w:p>
      <w:pPr>
        <w:widowControl/>
      </w:pPr>
      <w:r>
        <w:t>Meals: Breakfast</w:t>
      </w:r>
    </w:p>
    <w:p>
      <w:pPr>
        <w:widowControl/>
      </w:pPr>
      <w:r>
        <w:t>Accommodation: Dumaguete</w:t>
      </w:r>
    </w:p>
    <w:p>
      <w:pPr>
        <w:keepNext/>
        <w:widowControl/>
        <w:spacing w:before="240"/>
      </w:pPr>
      <w:r>
        <w:t>Day 8 Dumaguete Island Hopping Tour | Apo Island (Sea Turtles)</w:t>
      </w:r>
    </w:p>
    <w:p>
      <w:pPr>
        <w:widowControl/>
      </w:pPr>
      <w:r>
        <w:t>In the early morning, your group will be picked up from your hotel in Dumaguete and transferred to the Dauin Jetty Port to board a boat to Apo Island (about 30 minutes).</w:t>
      </w:r>
    </w:p>
    <w:p>
      <w:pPr>
        <w:widowControl/>
      </w:pPr>
      <w:r>
        <w:t>Apo Island is a small volcanic island renowned for its thriving coral reefs and diverse marine life, making it one of the world's premier snorkeling and diving destinations. The island is home to over 650 species of fish and 400 species of coral.</w:t>
      </w:r>
    </w:p>
    <w:p>
      <w:pPr>
        <w:widowControl/>
      </w:pPr>
      <w:r>
        <w:t>Apo Island is also a haven for sea turtles. The island's shallow waters provide an ideal environment for snorkeling with these gentle creatures. Green sea turtles and hawksbill turtles are frequently spotted, often grazing on seagrass in the shallow waters. (Tip: Do not touch or disturb the turtles. Maintain a distance of at least 3 meters when observing them.) Also, you'll explore the Coral Garden, a snorkeler's paradise known for its lush coral formations and an array of vibrant sea life, including turtles, clownfish, and perhaps even a passing manta ray.</w:t>
      </w:r>
    </w:p>
    <w:p>
      <w:pPr>
        <w:widowControl/>
      </w:pPr>
      <w:r>
        <w:t>After your snorkeling adventure, enjoy lunch on the beach. Following lunch, take some leisure time to walk around the island at your own pace. You'll be greeted by the warm local residents and have the opportunity to learn about their simple way of life. There's also a viewing deck at the southern tip where you can enjoy a beautiful sea view.</w:t>
      </w:r>
    </w:p>
    <w:p>
      <w:pPr>
        <w:widowControl/>
      </w:pPr>
      <w:r>
        <w:t>After the tour, you'll be escorted back by ferry to Dumaguete. Stay overnight in Dumaguete.</w:t>
      </w:r>
    </w:p>
    <w:p>
      <w:pPr>
        <w:widowControl/>
      </w:pPr>
      <w:r>
        <w:t>Meals: Breakfast,Lunch</w:t>
      </w:r>
    </w:p>
    <w:p>
      <w:pPr>
        <w:widowControl/>
      </w:pPr>
      <w:r>
        <w:t>Accommodation: Dumaguete</w:t>
      </w:r>
    </w:p>
    <w:p>
      <w:pPr>
        <w:keepNext/>
        <w:widowControl/>
        <w:spacing w:before="240"/>
      </w:pPr>
      <w:r>
        <w:t>Day 9 Dumaguete Departure | Hotel Check-out and Airport/Port See-off</w:t>
      </w:r>
    </w:p>
    <w:p>
      <w:pPr>
        <w:widowControl/>
      </w:pPr>
      <w:r>
        <w:t>Enjoy your breakfast at your hotel in Dumaguete. Afterward, you'll have some free time to explore the city at your own pace. Later, your group will be escorted to Sibulan Airport (also known as Dumaguete Airport) for your flight to your next destination. (Tips: Flights are available from Dumaguete to Manila, with a flight duration of about 1 hour and 30 minutes.)</w:t>
      </w:r>
    </w:p>
    <w:p>
      <w:pPr>
        <w:widowControl/>
      </w:pPr>
      <w:r>
        <w:t>Thank you for choosing Asia Odyssey Travel for your journey through Asia. We are committed to enhancing your travel experiences and look forward to welcoming you on your next adventure in Asia. Have a safe and pleasant journey home!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Philippines Group Tour: Ultimate Adventure &amp; 5 Island-Hopping</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