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9天菲律宾跟团游：终极探险与5次跳岛游</w:t>
      </w:r>
    </w:p>
    <w:p>
      <w:pPr>
        <w:widowControl/>
      </w:pPr>
      <w:r>
        <w:t>线路编号：AOT-PHG-008</w:t>
      </w:r>
    </w:p>
    <w:p>
      <w:pPr>
        <w:keepNext/>
        <w:widowControl/>
        <w:spacing w:before="240"/>
      </w:pPr>
      <w:r>
        <w:t>第1天 抵达科隆｜接送与酒店入住</w:t>
      </w:r>
    </w:p>
    <w:p>
      <w:pPr>
        <w:widowControl/>
      </w:pPr>
      <w:r>
        <w:t>欢迎来到巴拉望的科隆！抵达后，司机会根据您的行程在机场或港口迎接您，并送您前往科隆镇的酒店。您可以在酒店稍作休息，恢复精力。</w:t>
      </w:r>
    </w:p>
    <w:p>
      <w:pPr>
        <w:widowControl/>
      </w:pPr>
      <w:r>
        <w:t>科隆位于巴拉望北部，是探险爱好者和潜水爱好者的天堂。这里以世界级的潜水点闻名，包括著名的科隆沉船——一群沉没的二战日本战舰，如今成为丰富海洋生物的栖息地。科隆还以清澈见底的凯央根湖而著称，常被认为是亚洲最干净的湖泊。</w:t>
      </w:r>
    </w:p>
    <w:p>
      <w:pPr>
        <w:widowControl/>
      </w:pPr>
      <w:r>
        <w:t>抵达方式建议：</w:t>
      </w:r>
    </w:p>
    <w:p>
      <w:pPr>
        <w:widowControl/>
      </w:pPr>
      <w:r>
        <w:t>乘飞机：弗朗西斯科·B·雷耶斯机场，也称为布苏安加机场，是服务科隆的主要机场，距离镇中心约25公里。多家航空公司运营从马尼拉、宿务和克拉克等主要城市到科隆的定期航班。</w:t>
      </w:r>
    </w:p>
    <w:p>
      <w:pPr>
        <w:widowControl/>
      </w:pPr>
      <w:r>
        <w:t>乘船：如果您已经在爱妮岛，可以乘坐渡轮前往科隆，航程约3.5小时。</w:t>
      </w:r>
    </w:p>
    <w:p>
      <w:pPr>
        <w:widowControl/>
      </w:pPr>
      <w:r>
        <w:t>如果您需要机票或渡轮票预订方面的帮助，请随时联系我们。</w:t>
      </w:r>
    </w:p>
    <w:p>
      <w:pPr>
        <w:widowControl/>
      </w:pPr>
      <w:r>
        <w:t>住宿：科隆</w:t>
      </w:r>
    </w:p>
    <w:p>
      <w:pPr>
        <w:keepNext/>
        <w:widowControl/>
        <w:spacing w:before="240"/>
      </w:pPr>
      <w:r>
        <w:t>第2天 科隆跳岛游A线：凯央根湖、绿泻湖、奎因礁、阿特韦扬海滩、CYC海滩、珊瑚岛</w:t>
      </w:r>
    </w:p>
    <w:p>
      <w:pPr>
        <w:widowControl/>
      </w:pPr>
      <w:r>
        <w:t>准备好迎接在科隆激动人心的一天跳岛游，你将探索清澈见底的泻湖、令人惊叹的海滩和隐藏的瑰宝。</w:t>
      </w:r>
    </w:p>
    <w:p>
      <w:pPr>
        <w:widowControl/>
      </w:pPr>
      <w:r>
        <w:t>早餐后，直接前往标志性的凯央根湖，常被称为“亚洲最干净的湖泊”。这座清澈见底的淡水湖坐落在科隆的中心地带，被高耸的石灰岩悬崖环绕，为你的照片提供了如画的背景。当你靠近时，自然美景将令你叹为观止。在水面之下，你会发现充满活力的水生生物在错综复杂的岩石构造和洞穴周围游动，使其成为浮潜者和潜水者的天堂。</w:t>
      </w:r>
    </w:p>
    <w:p>
      <w:pPr>
        <w:widowControl/>
      </w:pPr>
      <w:r>
        <w:t>接下来，前往绿泻湖，一个同样令人惊叹的地方，翠绿的海水在阳光下闪闪发光。平静清澈的水面被茂密的悬崖环绕，非常适合游泳和享受泻湖的宁静之美。</w:t>
      </w:r>
    </w:p>
    <w:p>
      <w:pPr>
        <w:widowControl/>
      </w:pPr>
      <w:r>
        <w:t>继续你的冒险，前往奎因礁（也称为马尔瓦维珊瑚花园），水下世界在这里活跃起来。当你穿梭于生机勃勃的珊瑚花园中浮潜时，周围是成群结队的彩色鱼群，在清澈的水下翩翩起舞。</w:t>
      </w:r>
    </w:p>
    <w:p>
      <w:pPr>
        <w:widowControl/>
      </w:pPr>
      <w:r>
        <w:t>从礁石处，你将航行至阿特韦扬海滩，一个拥有原始白沙滩、清澈海水和提供质朴魅力的小竹屋的隐藏瑰宝。在平静的海水中悠闲地游泳，或只是在摇曳的棕榈树下放松，同时欣赏这个田园诗般宁静海滩的美丽。</w:t>
      </w:r>
    </w:p>
    <w:p>
      <w:pPr>
        <w:widowControl/>
      </w:pPr>
      <w:r>
        <w:t>接下来，你将前往CYC海滩，以科隆青年俱乐部命名。这个宁静的海滩是游泳、日光浴或在红树林树荫下放松的好地方。凭借其白沙滩和清澈的海水，这个海滩提供了一个完美的度假胜地。</w:t>
      </w:r>
    </w:p>
    <w:p>
      <w:pPr>
        <w:widowControl/>
      </w:pPr>
      <w:r>
        <w:t>最后，你将在珊瑚岛结束这次旅行，这是一个著名的浮潜点。潜入温暖的海水中，与色彩斑斓的珊瑚和热带鱼一起游泳，充分体验自然世界的壮丽。这里的珊瑚花园充满活力，为你跳岛冒险画上令人惊叹的句号。</w:t>
      </w:r>
    </w:p>
    <w:p>
      <w:pPr>
        <w:widowControl/>
      </w:pPr>
      <w:r>
        <w:t>旅行结束后，你将由专人护送返回科隆镇的酒店。</w:t>
      </w:r>
    </w:p>
    <w:p>
      <w:pPr>
        <w:widowControl/>
      </w:pPr>
      <w:r>
        <w:t>用餐：早餐、午餐</w:t>
      </w:r>
    </w:p>
    <w:p>
      <w:pPr>
        <w:widowControl/>
      </w:pPr>
      <w:r>
        <w:t>住宿：科隆</w:t>
      </w:r>
    </w:p>
    <w:p>
      <w:pPr>
        <w:keepNext/>
        <w:widowControl/>
        <w:spacing w:before="240"/>
      </w:pPr>
      <w:r>
        <w:t>第3天 科隆珊瑚礁与沉船之旅｜帕斯岛、卢松珊瑚花园、卢松炮艇、东塔加特沉船</w:t>
      </w:r>
    </w:p>
    <w:p>
      <w:pPr>
        <w:widowControl/>
      </w:pPr>
      <w:r>
        <w:t>今天，参加珊瑚礁与沉船之旅，深入探索科隆丰富的历史和多样的海洋生物。这趟旅程既有迷人的自然景观，也能看到两艘沉没的二战船只，在水上度过充实的一天。</w:t>
      </w:r>
    </w:p>
    <w:p>
      <w:pPr>
        <w:widowControl/>
      </w:pPr>
      <w:r>
        <w:t>早餐后，乘船2小时前往帕斯岛。这座小岛位于巴拉望布桑加外海，沙滩洁白柔软，椰子树随风摇曳，环境宁静，仿佛一片私人绿洲。您可以在这里放松、游泳，或在清澈的海水中浮潜，之后再继续行程。</w:t>
      </w:r>
    </w:p>
    <w:p>
      <w:pPr>
        <w:widowControl/>
      </w:pPr>
      <w:r>
        <w:t>接下来前往卢松珊瑚花园，这是科隆面积最大、色彩最丰富的珊瑚花园。这里海水呈现出深浅不一的蓝色和绿色，水面之下则是色彩斑斓的珊瑚和海洋生物。珊瑚种类繁多，是浮潜的理想地点。</w:t>
      </w:r>
    </w:p>
    <w:p>
      <w:pPr>
        <w:widowControl/>
      </w:pPr>
      <w:r>
        <w:t>随后参观卢松炮艇，这是一艘沉没的二战船只，也是潜水员和浮潜者常去的景点。炮艇沉船位于约10米深的浅水处，侧卧在水底，船体结构上已长满海洋生物。探索时，可以看到沉船的历史痕迹与周围海洋生物形成的对比。</w:t>
      </w:r>
    </w:p>
    <w:p>
      <w:pPr>
        <w:widowControl/>
      </w:pPr>
      <w:r>
        <w:t>行程继续前往东塔加特沉船，这是最令人印象深刻的沉船之一。这是一艘长40米的船只，于1944年9月24日沉没，据信是拖船或反潜舰艇。它停卧在沙坡上，退潮时船尾位于22米（72英尺）深处，可以看到沉船以及周围海洋生物。您将有机会在船只周围浮潜，近距离观看这处水下历史遗迹。</w:t>
      </w:r>
    </w:p>
    <w:p>
      <w:pPr>
        <w:widowControl/>
      </w:pPr>
      <w:r>
        <w:t>行程结束后，送您前往科隆镇的酒店。</w:t>
      </w:r>
    </w:p>
    <w:p>
      <w:pPr>
        <w:widowControl/>
      </w:pPr>
      <w:r>
        <w:t>用餐：早餐,午餐</w:t>
      </w:r>
    </w:p>
    <w:p>
      <w:pPr>
        <w:widowControl/>
      </w:pPr>
      <w:r>
        <w:t>住宿：科隆</w:t>
      </w:r>
    </w:p>
    <w:p>
      <w:pPr>
        <w:keepNext/>
        <w:widowControl/>
        <w:spacing w:before="240"/>
      </w:pPr>
      <w:r>
        <w:t>第4天 从科隆飞往宿务，再乘渡轮到薄荷岛</w:t>
      </w:r>
    </w:p>
    <w:p>
      <w:pPr>
        <w:widowControl/>
      </w:pPr>
      <w:r>
        <w:t>早餐后，乘车前往科隆机场，搭乘国内航班飞往宿务。抵达后，工作人员会协助您转乘前往码头，登上开往薄荷岛的渡轮。坐下来放松休息，在横穿米沙鄢群岛的旅途中欣赏海上风光。抵达薄荷岛后，与当地接待人员会合，然后乘车前往酒店办理入住。当天剩余时间自由活动。</w:t>
      </w:r>
    </w:p>
    <w:p>
      <w:pPr>
        <w:widowControl/>
      </w:pPr>
      <w:r>
        <w:t>薄荷岛是菲律宾中米沙鄢地区的主要岛屿。这里为游客提供了丰富多样的选择，从自然景点到文化遗产，再到独特的海岛活动，应有尽有。除了可爱的突眼眼镜猴和雄伟的巧克力山，还有更多值得体验的地方，例如白沙滩、世界级潜水点、观赏海豚和鲸鲨，以及邦劳岛通常悠闲的省区风情，这些正是薄荷岛独特魅力的所在。</w:t>
      </w:r>
    </w:p>
    <w:p>
      <w:pPr>
        <w:widowControl/>
      </w:pPr>
      <w:r>
        <w:t>用餐：早餐</w:t>
      </w:r>
    </w:p>
    <w:p>
      <w:pPr>
        <w:widowControl/>
      </w:pPr>
      <w:r>
        <w:t>住宿：薄荷岛</w:t>
      </w:r>
    </w:p>
    <w:p>
      <w:pPr>
        <w:keepNext/>
        <w:widowControl/>
        <w:spacing w:before="240"/>
      </w:pPr>
      <w:r>
        <w:t>第5天 薄荷岛之旅：巧克力山、基奈亚汉森林公园、比拉尔人造森林、洛博克河游船、菲律宾眼镜猴保护区</w:t>
      </w:r>
    </w:p>
    <w:p>
      <w:pPr>
        <w:widowControl/>
      </w:pPr>
      <w:r>
        <w:t>今天，我们将从您在薄荷岛的酒店接您一行。您将在薄荷岛进行全天乡村观光游览。</w:t>
      </w:r>
    </w:p>
    <w:p>
      <w:pPr>
        <w:widowControl/>
      </w:pPr>
      <w:r>
        <w:t>第一站是标志性的巧克力山。旱季时，覆盖山丘的草会变成棕色，看起来像巧克力堆，因此得名“巧克力山”。</w:t>
      </w:r>
    </w:p>
    <w:p>
      <w:pPr>
        <w:widowControl/>
      </w:pPr>
      <w:r>
        <w:t>要到达位于卡门的巧克力山建筑群观景台，您需要攀登214级台阶。从这里，您可以欣赏到整个巧克力山的全景。这里总共有1268到1776座山丘。您可以慢慢欣赏巧克力山对称的锥形地貌，每座高度在30到50米之间，并拍摄全景照片。</w:t>
      </w:r>
    </w:p>
    <w:p>
      <w:pPr>
        <w:widowControl/>
      </w:pPr>
      <w:r>
        <w:t>可选活动（自费）：您可以驾驶ATV穿越巧克力山山麓和泥泞的丛林小径，近距离感受这些山丘的巨大规模。</w:t>
      </w:r>
    </w:p>
    <w:p>
      <w:pPr>
        <w:widowControl/>
      </w:pPr>
      <w:r>
        <w:t>之后，我们将在基奈亚汉森林公园停留。这里竹林高耸，适合放慢脚步、呼吸新鲜森林空气，享受大自然中的宁静时光。我们提供：在公园里坐下来享用一杯清爽饮品。（您可以选择的自费活动包括：(1) 乘坐传统的卡拉迈木船滑过宁静的湖面，(2) 在丛林小径上进行温和的ATV骑行，或 (3) 乘坐吉普车。）</w:t>
      </w:r>
    </w:p>
    <w:p>
      <w:pPr>
        <w:widowControl/>
      </w:pPr>
      <w:r>
        <w:t>接下来前往比拉尔人造森林。当您开车进入森林时，光线会突然变暗。道路两旁高耸的桃花心木树的枝叶交织在一起，在头顶形成巨大的“绿色树冠”。您可以下车在这里拍些漂亮的照片。</w:t>
      </w:r>
    </w:p>
    <w:p>
      <w:pPr>
        <w:widowControl/>
      </w:pPr>
      <w:r>
        <w:t>之后，继续薄荷岛乡村之旅，登上传统装饰的游船，在洛博克河上漂流，并在船上享用自助午餐。洛博克河流经洛博克镇，位于塔比拉兰市以东24公里处。您可以在休闲船上放松，滑过平静的绿色水域，周围是茂密的热带森林、椰子树和红树林。还可以体验河岸边的当地生活和文化表演。</w:t>
      </w:r>
    </w:p>
    <w:p>
      <w:pPr>
        <w:widowControl/>
      </w:pPr>
      <w:r>
        <w:t>随后，您将参观薄荷岛眼镜猴保护区，观赏菲律宾眼镜猴。这里是菲律宾眼镜猴（Carlito syrichta）的保护区，眼镜猴是世界上最小的灵长类动物之一。您可以近距离接触这些可爱的生物，它们以体型小、眼睛大和尾巴长而闻名。观察它们紧抓树枝或树干、头部几乎旋转180度等独特行为时，您会惊叹于眼镜猴的小巧和精致。</w:t>
      </w:r>
    </w:p>
    <w:p>
      <w:pPr>
        <w:widowControl/>
      </w:pPr>
      <w:r>
        <w:t>参观眼镜猴后，我们将带您继续探索薄荷岛。之后，您和您的团队将被送回酒店。今晚好好休息！</w:t>
      </w:r>
    </w:p>
    <w:p>
      <w:pPr>
        <w:widowControl/>
      </w:pPr>
      <w:r>
        <w:t>用餐：早餐、午餐</w:t>
      </w:r>
    </w:p>
    <w:p>
      <w:pPr>
        <w:widowControl/>
      </w:pPr>
      <w:r>
        <w:t>住宿：薄荷岛</w:t>
      </w:r>
    </w:p>
    <w:p>
      <w:pPr>
        <w:keepNext/>
        <w:widowControl/>
        <w:spacing w:before="240"/>
      </w:pPr>
      <w:r>
        <w:t>第6天 薄荷岛跳岛游：观赏海豚与巴里卡萨岛</w:t>
      </w:r>
    </w:p>
    <w:p>
      <w:pPr>
        <w:widowControl/>
      </w:pPr>
      <w:r>
        <w:t>今天上午，开始一场精彩的跳岛游，重点是观赏海豚。您将前往船只停靠区，登上前往巴里卡萨岛的船。途中，您将有机会在自然栖息地观察海豚。这片海域海洋野生动物丰富，包括至少7种不同的野生鲸鱼和无数野生海豚。耐心等待，您可能会看到一群海豚跃出水面，它们闪亮的灰色身体在阳光下闪闪发光，旋转跳跃后潜回清澈的海中。</w:t>
      </w:r>
    </w:p>
    <w:p>
      <w:pPr>
        <w:widowControl/>
      </w:pPr>
      <w:r>
        <w:t>观赏海豚提示：</w:t>
      </w:r>
    </w:p>
    <w:p>
      <w:pPr>
        <w:widowControl/>
      </w:pPr>
      <w:r>
        <w:t>建议在日出后尽早出发，因为海豚在这段时间最为活跃。</w:t>
      </w:r>
    </w:p>
    <w:p>
      <w:pPr>
        <w:widowControl/>
      </w:pPr>
      <w:r>
        <w:t>请记住，海豚是野生动物，因此不保证一定能看到。在等待它们出现时，可以享受乘船和海上风光。</w:t>
      </w:r>
    </w:p>
    <w:p>
      <w:pPr>
        <w:widowControl/>
      </w:pPr>
      <w:r>
        <w:t>之后，您将在巴里卡萨岛停留，进一步探索。巴里卡萨岛距离邦劳岛约6公里，乘船即可轻松抵达。该岛拥有令人惊叹的3000英尺深断层，被称为亚洲最深、最美丽的水下悬崖。这里是海洋天堂，以繁茂的珊瑚礁和丰富的海洋生物闻名，并且是受保护的海洋保护区的一部分。在这里，您可以看到生机勃勃的珊瑚礁和多种热带鱼，如小丑鱼、鹦嘴鱼、狮子鱼、蝴蝶鱼和成群的杰克鱼。在东南侧，您可以前往海龟点，那里有很大机会看到海龟在啃食海草或优雅地游动。或者，在白沙滩上放松，享受宁静时光。</w:t>
      </w:r>
    </w:p>
    <w:p>
      <w:pPr>
        <w:widowControl/>
      </w:pPr>
      <w:r>
        <w:t>可能变更：请注意，部分活动可能因天气状况而调整。您的安全是我们的首要任务，如果遇到强风等恶劣天气，我们可能需要重新安排或取消活动。感谢您的理解与配合，以确保安全愉快的跳岛体验。</w:t>
      </w:r>
    </w:p>
    <w:p>
      <w:pPr>
        <w:widowControl/>
      </w:pPr>
      <w:r>
        <w:t>行程结束后，将送您返回薄荷岛住宿。</w:t>
      </w:r>
    </w:p>
    <w:p>
      <w:pPr>
        <w:widowControl/>
      </w:pPr>
      <w:r>
        <w:t>用餐：早餐</w:t>
      </w:r>
    </w:p>
    <w:p>
      <w:pPr>
        <w:widowControl/>
      </w:pPr>
      <w:r>
        <w:t>住宿：薄荷岛</w:t>
      </w:r>
    </w:p>
    <w:p>
      <w:pPr>
        <w:keepNext/>
        <w:widowControl/>
        <w:spacing w:before="240"/>
      </w:pPr>
      <w:r>
        <w:t>第7天 从薄荷岛乘渡轮前往杜马格特，含港口接送与酒店入住</w:t>
      </w:r>
    </w:p>
    <w:p>
      <w:pPr>
        <w:widowControl/>
      </w:pPr>
      <w:r>
        <w:t>这一天，将送您前往薄荷岛塔比拉兰市的渡轮码头，乘坐OceanJet渡轮前往杜马格特（约2小时）。</w:t>
      </w:r>
    </w:p>
    <w:p>
      <w:pPr>
        <w:widowControl/>
      </w:pPr>
      <w:r>
        <w:t>在这座“温柔之城”自由活动，享受休闲时光。杜马格特市是东内格罗斯省的首府，以居民热情友好的天性而闻名。</w:t>
      </w:r>
    </w:p>
    <w:p>
      <w:pPr>
        <w:widowControl/>
      </w:pPr>
      <w:r>
        <w:t>夜宿杜马格特。</w:t>
      </w:r>
    </w:p>
    <w:p>
      <w:pPr>
        <w:widowControl/>
      </w:pPr>
      <w:r>
        <w:t>用餐：早餐</w:t>
      </w:r>
    </w:p>
    <w:p>
      <w:pPr>
        <w:widowControl/>
      </w:pPr>
      <w:r>
        <w:t>住宿：杜马格特</w:t>
      </w:r>
    </w:p>
    <w:p>
      <w:pPr>
        <w:keepNext/>
        <w:widowControl/>
        <w:spacing w:before="240"/>
      </w:pPr>
      <w:r>
        <w:t>第8天 杜马盖地跳岛游：阿波岛（海龟）</w:t>
      </w:r>
    </w:p>
    <w:p>
      <w:pPr>
        <w:widowControl/>
      </w:pPr>
      <w:r>
        <w:t>清晨，团队将从杜马盖地的酒店出发，乘车前往道因码头，再乘船前往阿波岛（约30分钟）。</w:t>
      </w:r>
    </w:p>
    <w:p>
      <w:pPr>
        <w:widowControl/>
      </w:pPr>
      <w:r>
        <w:t>阿波岛是一座小型火山岛，以其繁茂的珊瑚礁和丰富的海洋生物而闻名，是世界顶级的浮潜和潜水胜地之一。岛上拥有超过650种鱼类和400种珊瑚。</w:t>
      </w:r>
    </w:p>
    <w:p>
      <w:pPr>
        <w:widowControl/>
      </w:pPr>
      <w:r>
        <w:t>阿波岛也是海龟的乐园。岛屿周围的浅水区为与这些温顺生物共游提供了理想环境。绿海龟和玳瑁海龟经常出没，常在浅水区觅食海草。（提示：请勿触摸或打扰海龟，观察时保持至少3米距离。）此外，您还将探索珊瑚花园，这里是浮潜者的天堂，以茂密的珊瑚群和充满活力的海洋生物而闻名，包括海龟、小丑鱼，甚至可能遇到路过的蝠鲼。</w:t>
      </w:r>
    </w:p>
    <w:p>
      <w:pPr>
        <w:widowControl/>
      </w:pPr>
      <w:r>
        <w:t>浮潜探险结束后，在海滩上享用午餐。午餐后，您可自由活动，按自己的节奏漫步岛屿。热情的当地居民会向您致意，您将有机会了解他们简单的生活方式。岛南端还有一个观景台，可供您欣赏美丽的海景。</w:t>
      </w:r>
    </w:p>
    <w:p>
      <w:pPr>
        <w:widowControl/>
      </w:pPr>
      <w:r>
        <w:t>行程结束后，乘船返回杜马盖地。夜宿杜马盖地。</w:t>
      </w:r>
    </w:p>
    <w:p>
      <w:pPr>
        <w:widowControl/>
      </w:pPr>
      <w:r>
        <w:t>用餐：早餐,午餐</w:t>
      </w:r>
    </w:p>
    <w:p>
      <w:pPr>
        <w:widowControl/>
      </w:pPr>
      <w:r>
        <w:t>住宿：杜马盖地</w:t>
      </w:r>
    </w:p>
    <w:p>
      <w:pPr>
        <w:keepNext/>
        <w:widowControl/>
        <w:spacing w:before="240"/>
      </w:pPr>
      <w:r>
        <w:t>第9天 杜马盖地离境：酒店退房及机场或码头送行</w:t>
      </w:r>
    </w:p>
    <w:p>
      <w:pPr>
        <w:widowControl/>
      </w:pPr>
      <w:r>
        <w:t>在杜马盖地的酒店享用早餐。之后，您将有一些自由时间，可以按自己的节奏探索这座城市。随后，您的团队将被送往锡布兰机场（也称杜马盖地机场），搭乘航班前往下一个目的地。（温馨提示：有从杜马盖地飞往马尼拉的航班，飞行时间约1小时30分钟。）</w:t>
      </w:r>
    </w:p>
    <w:p>
      <w:pPr>
        <w:widowControl/>
      </w:pPr>
      <w:r>
        <w:t>感谢您选择亚洲奥德赛旅游来开启您的亚洲之旅。我们致力于提升您的旅行体验，期待在您的下一次亚洲探险中再次欢迎您。祝您归途平安愉快！</w:t>
      </w:r>
    </w:p>
    <w:p>
      <w:pPr>
        <w:widowControl/>
      </w:pPr>
      <w:r>
        <w:t>用餐：早餐</w:t>
      </w:r>
    </w:p>
    <w:p>
      <w:pPr>
        <w:widowControl/>
      </w:pPr>
      <w:r>
        <w:t>住宿：无</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9天菲律宾跟团游：终极探险与5次跳岛游</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