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6 Days Philippines Group Tour: Bohol Siquijor Dumaguete</w:t>
      </w:r>
    </w:p>
    <w:p>
      <w:pPr>
        <w:widowControl/>
      </w:pPr>
      <w:r>
        <w:t>Product code: AOT-PHG-009</w:t>
      </w:r>
    </w:p>
    <w:p>
      <w:pPr>
        <w:keepNext/>
        <w:widowControl/>
        <w:spacing w:before="240"/>
      </w:pPr>
      <w:r>
        <w:t>Day 1 Bohol Arrival | Pick-up Service &amp; Hotel Check-in, Free Time Explore</w:t>
      </w:r>
    </w:p>
    <w:p>
      <w:pPr>
        <w:widowControl/>
      </w:pPr>
      <w:r>
        <w:t>Welcome to Bohol, home of the famous Chocolate Hills and the Philippine Tarsier. Upon arrival, our driver will meet you and your group at the airport and take you to your hotel on Panglao Island. Enjoy the rest of the day at your leisure.</w:t>
      </w:r>
    </w:p>
    <w:p>
      <w:pPr>
        <w:widowControl/>
      </w:pPr>
      <w:r>
        <w:t>Bohol Arrival Options (by Flight):</w:t>
      </w:r>
    </w:p>
    <w:p>
      <w:pPr>
        <w:widowControl/>
      </w:pPr>
      <w:r>
        <w:t>Bohol is served by the Bohol-Panglao International Airport (TAG) on Panglao Island. Travelers can fly to Bohol from Manila (1.5 hours), Coron (1h 40m), Boracay (1h 15m), and Clark (1h 25m).</w:t>
      </w:r>
    </w:p>
    <w:p>
      <w:pPr>
        <w:widowControl/>
      </w:pPr>
      <w:r>
        <w:t>Bohol is the heart of the Central Visayas island group. This unique destination offers travelers a rare opportunity to explore the 1,200 cone-shaped Chocolate Hills and get up close with the Tarsier, one of the smallest primates in the world, known for its distinctive large eyes. Enjoy exciting activities such as exploring nearby islands with coral reefs, sea turtles, dolphin watching, whale sharks. It's a place of natural wonders and thrilling adventures. On Day 1, during your free time, you can relax on the stunning beaches or explore the island at your own pace.</w:t>
      </w:r>
    </w:p>
    <w:p>
      <w:pPr>
        <w:widowControl/>
      </w:pPr>
      <w:r>
        <w:t>Accommodation: Bohol</w:t>
      </w:r>
    </w:p>
    <w:p>
      <w:pPr>
        <w:keepNext/>
        <w:widowControl/>
        <w:spacing w:before="240"/>
      </w:pPr>
      <w:r>
        <w:t>Day 2 Bohol Tour | Chocolate Hills, Kinaiyahan Forest Park, Bilar Man-Made Forest, Loboc River Cruise, Philippine Tarsier Sanctuary</w:t>
      </w:r>
    </w:p>
    <w:p>
      <w:pPr>
        <w:widowControl/>
      </w:pPr>
      <w:r>
        <w:t>On this day, we will pick your group up from your hotel in Bohol. You will have full day sightseeing in Bohol for countryside tour.</w:t>
      </w:r>
    </w:p>
    <w:p>
      <w:pPr>
        <w:widowControl/>
      </w:pPr>
      <w:r>
        <w:t>Your first stop will be the iconic Chocolate Hills. During the dry season, the grass covering these hills turns brown, giving them the appearance of chocolate mounds—hence the name "Chocolate Hills."</w:t>
      </w:r>
    </w:p>
    <w:p>
      <w:pPr>
        <w:widowControl/>
      </w:pPr>
      <w:r>
        <w:t>To reach the viewing decks at the Chocolate Hills Complex in Carmen, you'll need to climb 214 steps. From here, you'll enjoy panoramic view of the entire Chocolate Hills. There are between 1,268 and 1,776 hills in total. Let the beauty of the Chocolate Hills embrace you as you take in the symmetrical, cone-shaped formations, each ranging in height from 30 to 50 meters. Enjoy your time here and capture stunning panoramic photos.</w:t>
      </w:r>
    </w:p>
    <w:p>
      <w:pPr>
        <w:widowControl/>
      </w:pPr>
      <w:r>
        <w:t>Optional Activity (at your own expense): You could drive an ATV through the foothills of the Chocolate Hills and muddy jungle trails to experience the massive scale of these mounds up close.</w:t>
      </w:r>
    </w:p>
    <w:p>
      <w:pPr>
        <w:widowControl/>
      </w:pPr>
      <w:r>
        <w:t>Later, we will make a stop at Kinaiyahan Forest Park. With its towering bamboo groves, it is the perfect place to slow down, breathe in the fresh forest air, and enjoy a quiet moment in nature. What we offer: Sit down and enjoy a refreshing drink in the park. (Optional activities you may choose (at your own expense) include: (1) gliding across the serene lake on a traditional Calamay wooden boat, (2) taking a mild ATV ride through the jungle trails, or (3) going on a jeep ride.)</w:t>
      </w:r>
    </w:p>
    <w:p>
      <w:pPr>
        <w:widowControl/>
      </w:pPr>
      <w:r>
        <w:t>Let's move ahead to Bilar Man-Made Forest. As you drive into the forest, the light will suddenly dim. The branches and leaves of the towering mahogany trees on both sides of the road intertwine, forming a massive "green canopy" overhead. We allow you to step out of the vehicle and take some great photos here.</w:t>
      </w:r>
    </w:p>
    <w:p>
      <w:pPr>
        <w:widowControl/>
      </w:pPr>
      <w:r>
        <w:t>After that, enjoy Bohol countryside tour and board a traditionally decorated cruise floating on the Loboc River. You will enjoy a buffet lunch onboard. The Loboc River flows through the town of Loboc, 24 kilometers east of Tagbilaran City. Relax on the leisure boat as it glides through calm, green waters, surrounded by dense tropical forests, coconut palms, and mangroves. Experience local life and cultural performances along the riverbanks.</w:t>
      </w:r>
    </w:p>
    <w:p>
      <w:pPr>
        <w:widowControl/>
      </w:pPr>
      <w:r>
        <w:t>Later, you'll visit the Bohol Tarsier Conservation Area to see Philippine Tarsier. It is a protected area for the Philippine tarsier (Carlito syrichta), one of the smallest primates in the world. Get up close to these adorable creatures, known for their small size, large eyes, and long tails. You'll be amazed at how tiny and delicate the tarsiers are as you observe their unique behaviors, such as clinging to branches or tree trunks and rotating their heads almost 180 degrees.</w:t>
      </w:r>
    </w:p>
    <w:p>
      <w:pPr>
        <w:widowControl/>
      </w:pPr>
      <w:r>
        <w:t>After visiting tarsiers, we will take you to explore more of Bohol. Afterward, you and your group will be escorted back to your hotel. Enjoy a good rest tonight!</w:t>
      </w:r>
    </w:p>
    <w:p>
      <w:pPr>
        <w:widowControl/>
      </w:pPr>
      <w:r>
        <w:t>Meals: Breakfast,Lunch</w:t>
      </w:r>
    </w:p>
    <w:p>
      <w:pPr>
        <w:widowControl/>
      </w:pPr>
      <w:r>
        <w:t>Accommodation: Bohol</w:t>
      </w:r>
    </w:p>
    <w:p>
      <w:pPr>
        <w:keepNext/>
        <w:widowControl/>
        <w:spacing w:before="240"/>
      </w:pPr>
      <w:r>
        <w:t>Day 3 Bohol to Siquijor via Ferry | Dolphin Watching, Balicasag Islands</w:t>
      </w:r>
    </w:p>
    <w:p>
      <w:pPr>
        <w:widowControl/>
      </w:pPr>
      <w:r>
        <w:t>This morning, begin an exciting island-hopping tour focused on dolphin watching. You'll be transferred to the boat docking area and board a boat bound for Balicasag Island. En route, you'll have a fantastic opportunity to observe dolphins in their natural habitat. This area is teeming with diverse marine wildlife, including at least seven different species of wild whales and countless wild dolphins. With patience, you might witness a group of dolphins leaping gracefully from the water, their shiny, gray bodies glistening in the sunlight as they twist and spin before diving back into the clear sea.</w:t>
      </w:r>
    </w:p>
    <w:p>
      <w:pPr>
        <w:widowControl/>
      </w:pPr>
      <w:r>
        <w:t>Dolphin Watching Tips:</w:t>
      </w:r>
    </w:p>
    <w:p>
      <w:pPr>
        <w:widowControl/>
      </w:pPr>
      <w:r>
        <w:t>It's advisable to start early in the morning, just after sunrise, as dolphins are most active during this time</w:t>
      </w:r>
    </w:p>
    <w:p>
      <w:pPr>
        <w:widowControl/>
      </w:pPr>
      <w:r>
        <w:t>Keep in mind that dolphins are wild animals, so sightings are not guaranteed. Enjoy the boat ride and the beauty of the sea while waiting for them to appear.</w:t>
      </w:r>
    </w:p>
    <w:p>
      <w:pPr>
        <w:widowControl/>
      </w:pPr>
      <w:r>
        <w:t>After that, you'll stop at Balicasag Island for further exploration. Located about 6 km from Panglao Island, Balicasag is easily accessible by boat. The island features a stunning 3,000-foot-deep fault, known as the deepest and most beautiful underwater cliff in Asia. It's a marine paradise renowned for its thriving coral reefs and vibrant marine life, and is part of a protected marine sanctuary. Here, you can see vibrant coral reefs and a variety of tropical fish species, such as clownfish, parrotfish, lionfish, butterflyfish, and schools of jackfish. On the southeast side, you can visit the turtle point, where there's a high chance of seeing sea turtles grazing on seagrass or swimming gracefully. Alternatively, relax on the white sand beaches for some peaceful time.</w:t>
      </w:r>
    </w:p>
    <w:p>
      <w:pPr>
        <w:widowControl/>
      </w:pPr>
      <w:r>
        <w:t>Subject to Change: Please note that some activities may be subject to change due to weather conditions. Your safety is our top priority, and we may need to reschedule or cancel activities in case of unfavorable weather, such as strong winds. We appreciate your understanding and cooperation as we ensure a safe and enjoyable island-hopping experience.</w:t>
      </w:r>
    </w:p>
    <w:p>
      <w:pPr>
        <w:widowControl/>
      </w:pPr>
      <w:r>
        <w:t>After the tour, you will be transferred to the port in Tagbilaran City, Bohol. Here, you will board an OceanJet ferry to Siquijor (about 2 hours). Upon arrival at the port in Siquijor Island, you will be escorted to your hotel for check-in. Enjoy the rest of the day at your leisure.</w:t>
      </w:r>
    </w:p>
    <w:p>
      <w:pPr>
        <w:widowControl/>
      </w:pPr>
      <w:r>
        <w:t>Meals: Breakfast</w:t>
      </w:r>
    </w:p>
    <w:p>
      <w:pPr>
        <w:widowControl/>
      </w:pPr>
      <w:r>
        <w:t>Accommodation: Siquijor</w:t>
      </w:r>
    </w:p>
    <w:p>
      <w:pPr>
        <w:keepNext/>
        <w:widowControl/>
        <w:spacing w:before="240"/>
      </w:pPr>
      <w:r>
        <w:t>Day 4 Siquijor to Dumaguete via Ferry | Capilay Spring Park, Tubod Beach, Lugnason Falls, Old Enchanted Balete Tree, Lazi Convent, Kagusuan Beach, Cambugahay Falls</w:t>
      </w:r>
    </w:p>
    <w:p>
      <w:pPr>
        <w:widowControl/>
      </w:pPr>
      <w:r>
        <w:t>On this day, your group will fully explore Siquijor, often referred to as the "Island of Fire." You will visit 7 small spots on this mystical island. This peaceful and less-crowded island is known for its natural beauty, pristine beaches, waterfalls, and mystical healing traditions. It's also renowned for its faith healers, herbal medicines, and rich folklore. Enjoy swimming, diving, and leisurely strolls here.</w:t>
      </w:r>
    </w:p>
    <w:p>
      <w:pPr>
        <w:widowControl/>
      </w:pPr>
      <w:r>
        <w:t>Capilay Spring Park: Start your day with a visit to this natural spring-fed pool. The cool, clean water flows directly from an underground spring, making it ideal for a refreshing morning swim.</w:t>
      </w:r>
    </w:p>
    <w:p>
      <w:pPr>
        <w:widowControl/>
      </w:pPr>
      <w:r>
        <w:t>Tubod Beach: Next, take a relaxing stroll along Tubod Beach, home to the famous Coco Grove Beach Resort. Enjoy the gentle breeze and the view of the turquoise waters.</w:t>
      </w:r>
    </w:p>
    <w:p>
      <w:pPr>
        <w:widowControl/>
      </w:pPr>
      <w:r>
        <w:t>Lugnason Falls: Continue to Lugnason Falls, a tranquil and lesser-known waterfall surrounded by dense jungle. The single cascade flows into a natural pool, perfect for swimming in the cool, clear water beneath the falls.</w:t>
      </w:r>
    </w:p>
    <w:p>
      <w:pPr>
        <w:widowControl/>
      </w:pPr>
      <w:r>
        <w:t>Old Enchanted Balete Tree: Visit the 400+-year-old Balete tree, surrounded by myths and legends. At its base, a natural spring has been developed into a small fish spa pool. Sit on the edge and let the tiny fish gently nibble away dead skin.</w:t>
      </w:r>
    </w:p>
    <w:p>
      <w:pPr>
        <w:widowControl/>
      </w:pPr>
      <w:r>
        <w:t>Lazi Convent: Explore Lazi Convent, one of the most significant historical landmarks on the island. This two-story Spanish colonial architecture is considered one of the largest and oldest convents in Asia. The lower floor is made of coral stones, while the upper floor is built from hardwood. Walk through the museum for a glimpse into Siquijor's history and religious traditions.</w:t>
      </w:r>
    </w:p>
    <w:p>
      <w:pPr>
        <w:widowControl/>
      </w:pPr>
      <w:r>
        <w:t>Kagusuan Beach: Head to Kagusuan Beach on the southeastern coast of Siquijor Island. Enjoy the secluded and peaceful atmosphere, the sound of the waves, and a walk on the soft sand.</w:t>
      </w:r>
    </w:p>
    <w:p>
      <w:pPr>
        <w:widowControl/>
      </w:pPr>
      <w:r>
        <w:t>Cambugahay Falls: The highlight of your day is a visit to Cambugahay Falls. This three-tiered waterfall is known for its crystal-clear turquoise waters, surrounded by lush greenery. It's perfect for swimming and adventurous activities like rope swinging. Descend approximately 135 steps to reach the waterfalls, where you can swim in the pools or try the rope swing, plunging into the water below. For thrill-seekers, some areas of the falls are suitable for cliff jumping.</w:t>
      </w:r>
    </w:p>
    <w:p>
      <w:pPr>
        <w:widowControl/>
      </w:pPr>
      <w:r>
        <w:t>After the tour, you'll be transferred to the ferry port to take the OceanJet Ferry to Dumaguete (about 40 min). Stay overnight in Dumaguete.</w:t>
      </w:r>
    </w:p>
    <w:p>
      <w:pPr>
        <w:widowControl/>
      </w:pPr>
      <w:r>
        <w:t>Meals: Breakfast</w:t>
      </w:r>
    </w:p>
    <w:p>
      <w:pPr>
        <w:widowControl/>
      </w:pPr>
      <w:r>
        <w:t>Accommodation: Dumaguete</w:t>
      </w:r>
    </w:p>
    <w:p>
      <w:pPr>
        <w:keepNext/>
        <w:widowControl/>
        <w:spacing w:before="240"/>
      </w:pPr>
      <w:r>
        <w:t>Day 5 Dumaguete Island Hopping Tour | Apo Island (Sea Turtles)</w:t>
      </w:r>
    </w:p>
    <w:p>
      <w:pPr>
        <w:widowControl/>
      </w:pPr>
      <w:r>
        <w:t>In the early morning, your group will be picked up from your hotel in Dumaguete and transferred to the Dauin Jetty Port to board a boat to Apo Island (about 30 minutes).</w:t>
      </w:r>
    </w:p>
    <w:p>
      <w:pPr>
        <w:widowControl/>
      </w:pPr>
      <w:r>
        <w:t>Apo Island is a small volcanic island renowned for its thriving coral reefs and diverse marine life, making it one of the world's premier snorkeling and diving destinations. The island is home to over 650 species of fish and 400 species of coral.</w:t>
      </w:r>
    </w:p>
    <w:p>
      <w:pPr>
        <w:widowControl/>
      </w:pPr>
      <w:r>
        <w:t>Apo Island is also a haven for sea turtles. The island's shallow waters provide an ideal environment for snorkeling with these gentle creatures. Green sea turtles and hawksbill turtles are frequently spotted, often grazing on seagrass in the shallow waters. (Tip: Do not touch or disturb the turtles. Maintain a distance of at least 3 meters when observing them.) Also, you'll explore the Coral Garden, a snorkeler's paradise known for its lush coral formations and an array of vibrant sea life, including turtles, clownfish, and perhaps even a passing manta ray.</w:t>
      </w:r>
    </w:p>
    <w:p>
      <w:pPr>
        <w:widowControl/>
      </w:pPr>
      <w:r>
        <w:t>After your snorkeling adventure, enjoy lunch on the beach. Following lunch, take some leisure time to walk around the island at your own pace. You'll be greeted by the warm local residents and have the opportunity to learn about their simple way of life. There's also a viewing deck at the southern tip where you can enjoy a beautiful sea view.</w:t>
      </w:r>
    </w:p>
    <w:p>
      <w:pPr>
        <w:widowControl/>
      </w:pPr>
      <w:r>
        <w:t>After the tour, you'll be escorted back by ferry to Dumaguete. Enjoy your leisure time in this "City of Gentle People." Dumaguete City, the capital of Negros Oriental, is known for the warm and welcoming nature of its residents. Stay overnight in Dumaguete.</w:t>
      </w:r>
    </w:p>
    <w:p>
      <w:pPr>
        <w:widowControl/>
      </w:pPr>
      <w:r>
        <w:t>Meals: Breakfast,Lunch</w:t>
      </w:r>
    </w:p>
    <w:p>
      <w:pPr>
        <w:widowControl/>
      </w:pPr>
      <w:r>
        <w:t>Accommodation: Dumaguete</w:t>
      </w:r>
    </w:p>
    <w:p>
      <w:pPr>
        <w:keepNext/>
        <w:widowControl/>
        <w:spacing w:before="240"/>
      </w:pPr>
      <w:r>
        <w:t>Day 6 Dumaguete Departure | Hotel Check-out and Airport/Port See-off</w:t>
      </w:r>
    </w:p>
    <w:p>
      <w:pPr>
        <w:widowControl/>
      </w:pPr>
      <w:r>
        <w:t>Enjoy your breakfast at your hotel in Dumaguete. Afterward, you'll have some free time to explore the city at your own pace. Later, your group will be escorted to Sibulan Airport (also known as Dumaguete Airport) for your flight to your next destination. (Tips: Flights are available from Dumaguete to Manila, with a flight duration of about 1 hour and 30 minutes.)</w:t>
      </w:r>
    </w:p>
    <w:p>
      <w:pPr>
        <w:widowControl/>
      </w:pPr>
      <w:r>
        <w:t>Thank you for choosing Asia Odyssey Travel for your journey through Asia. We are committed to enhancing your travel experiences and look forward to welcoming you on your next adventure in Asia. Have a safe and pleasant journey home!</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Days Philippines Group Tour: Bohol Siquijor Dumaguete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