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6天菲律宾跟团游：薄荷岛、锡基霍尔、杜马盖地</w:t>
      </w:r>
    </w:p>
    <w:p>
      <w:pPr>
        <w:widowControl/>
      </w:pPr>
      <w:r>
        <w:t>线路编号：AOT-PHG-009</w:t>
      </w:r>
    </w:p>
    <w:p>
      <w:pPr>
        <w:keepNext/>
        <w:widowControl/>
        <w:spacing w:before="240"/>
      </w:pPr>
      <w:r>
        <w:t>第1天 薄荷岛抵达：接机服务与酒店入住，自由探索</w:t>
      </w:r>
    </w:p>
    <w:p>
      <w:pPr>
        <w:widowControl/>
      </w:pPr>
      <w:r>
        <w:t>欢迎来到薄荷岛，这里是著名的巧克力山和菲律宾眼镜猴的故乡。抵达后，我们的司机会在机场与您和您的同行人员会合，然后送您前往位于邦劳岛的酒店。当天剩余时间您可自由安排。</w:t>
      </w:r>
    </w:p>
    <w:p>
      <w:pPr>
        <w:widowControl/>
      </w:pPr>
      <w:r>
        <w:t>薄荷岛抵达方式（乘飞机）：</w:t>
      </w:r>
    </w:p>
    <w:p>
      <w:pPr>
        <w:widowControl/>
      </w:pPr>
      <w:r>
        <w:t>薄荷岛由位于邦劳岛的薄荷岛-邦劳国际机场（TAG）提供服务。旅客可从马尼拉（1.5小时）、科隆（1小时40分钟）、长滩岛（1小时15分钟）和克拉克（1小时25分钟）飞往薄荷岛。</w:t>
      </w:r>
    </w:p>
    <w:p>
      <w:pPr>
        <w:widowControl/>
      </w:pPr>
      <w:r>
        <w:t>薄荷岛是米沙鄢群岛中部的核心岛屿。这个独特的目的地为旅行者提供了一个难得的机会，探索1200座锥形的巧克力山，并近距离接触眼镜猴——世界上最小的灵长类动物之一，以其独特的大眼睛而闻名。您还可以参加探索附近珊瑚礁岛屿、海龟、观赏海豚、鲸鲨等激动人心的活动。这是一个拥有自然奇观和惊险冒险的地方。在第一天，您可以在空闲时间在迷人的海滩上放松，或按照自己的节奏探索岛屿。</w:t>
      </w:r>
    </w:p>
    <w:p>
      <w:pPr>
        <w:widowControl/>
      </w:pPr>
      <w:r>
        <w:t>住宿：薄荷岛</w:t>
      </w:r>
    </w:p>
    <w:p>
      <w:pPr>
        <w:keepNext/>
        <w:widowControl/>
        <w:spacing w:before="240"/>
      </w:pPr>
      <w:r>
        <w:t>第2天 薄荷岛之旅：巧克力山、基奈亚汉森林公园、比拉尔人造森林、洛博克河游船、菲律宾眼镜猴保护区</w:t>
      </w:r>
    </w:p>
    <w:p>
      <w:pPr>
        <w:widowControl/>
      </w:pPr>
      <w:r>
        <w:t>今天，我们将从您在薄荷岛的酒店接您一行。您将在薄荷岛进行全天乡村观光游览。</w:t>
      </w:r>
    </w:p>
    <w:p>
      <w:pPr>
        <w:widowControl/>
      </w:pPr>
      <w:r>
        <w:t>第一站是标志性的巧克力山。旱季时，覆盖山丘的草会变成棕色，看起来像巧克力堆，因此得名“巧克力山”。</w:t>
      </w:r>
    </w:p>
    <w:p>
      <w:pPr>
        <w:widowControl/>
      </w:pPr>
      <w:r>
        <w:t>要到达位于卡门的巧克力山建筑群观景台，您需要攀登214级台阶。从这里，您可以欣赏到整个巧克力山的全景。这里总共有1268到1776座山丘。您可以慢慢欣赏巧克力山对称的锥形地貌，每座高度在30到50米之间，并拍摄全景照片。</w:t>
      </w:r>
    </w:p>
    <w:p>
      <w:pPr>
        <w:widowControl/>
      </w:pPr>
      <w:r>
        <w:t>可选活动（自费）：您可以驾驶ATV穿越巧克力山山麓和泥泞的丛林小径，近距离感受这些山丘的巨大规模。</w:t>
      </w:r>
    </w:p>
    <w:p>
      <w:pPr>
        <w:widowControl/>
      </w:pPr>
      <w:r>
        <w:t>之后，我们将在基奈亚汉森林公园停留。这里竹林高耸，适合放慢脚步、呼吸新鲜森林空气，享受大自然中的宁静时光。我们提供：在公园里坐下来享用一杯清爽饮品。（您可以选择的自费活动包括：(1) 乘坐传统的卡拉迈木船滑过宁静的湖面，(2) 在丛林小径上进行温和的ATV骑行，或 (3) 乘坐吉普车。）</w:t>
      </w:r>
    </w:p>
    <w:p>
      <w:pPr>
        <w:widowControl/>
      </w:pPr>
      <w:r>
        <w:t>接下来前往比拉尔人造森林。当您开车进入森林时，光线会突然变暗。道路两旁高耸的桃花心木树的枝叶交织在一起，在头顶形成巨大的“绿色树冠”。您可以下车在这里拍些漂亮的照片。</w:t>
      </w:r>
    </w:p>
    <w:p>
      <w:pPr>
        <w:widowControl/>
      </w:pPr>
      <w:r>
        <w:t>之后，继续薄荷岛乡村之旅，登上传统装饰的游船，在洛博克河上漂流，并在船上享用自助午餐。洛博克河流经洛博克镇，位于塔比拉兰市以东24公里处。您可以在休闲船上放松，滑过平静的绿色水域，周围是茂密的热带森林、椰子树和红树林。还可以体验河岸边的当地生活和文化表演。</w:t>
      </w:r>
    </w:p>
    <w:p>
      <w:pPr>
        <w:widowControl/>
      </w:pPr>
      <w:r>
        <w:t>随后，您将参观薄荷岛眼镜猴保护区，观赏菲律宾眼镜猴。这里是菲律宾眼镜猴（Carlito syrichta）的保护区，眼镜猴是世界上最小的灵长类动物之一。您可以近距离接触这些可爱的生物，它们以体型小、眼睛大和尾巴长而闻名。观察它们紧抓树枝或树干、头部几乎旋转180度等独特行为时，您会惊叹于眼镜猴的小巧和精致。</w:t>
      </w:r>
    </w:p>
    <w:p>
      <w:pPr>
        <w:widowControl/>
      </w:pPr>
      <w:r>
        <w:t>参观眼镜猴后，我们将带您继续探索薄荷岛。之后，您和您的团队将被送回酒店。今晚好好休息！</w:t>
      </w:r>
    </w:p>
    <w:p>
      <w:pPr>
        <w:widowControl/>
      </w:pPr>
      <w:r>
        <w:t>用餐：早餐、午餐</w:t>
      </w:r>
    </w:p>
    <w:p>
      <w:pPr>
        <w:widowControl/>
      </w:pPr>
      <w:r>
        <w:t>住宿：薄荷岛</w:t>
      </w:r>
    </w:p>
    <w:p>
      <w:pPr>
        <w:keepNext/>
        <w:widowControl/>
        <w:spacing w:before="240"/>
      </w:pPr>
      <w:r>
        <w:t>第3天 从薄荷岛乘渡轮前往锡基霍尔：观赏海豚与巴里卡萨岛</w:t>
      </w:r>
    </w:p>
    <w:p>
      <w:pPr>
        <w:widowControl/>
      </w:pPr>
      <w:r>
        <w:t>今天上午，参加以观赏海豚为主的跳岛游。您将前往船只停靠区，登上前往巴里卡萨岛的船。途中，您有机会在自然栖息地观赏海豚。这片海域海洋生物丰富多样，包括至少7种野生鲸鱼和无数野生海豚。耐心等待，您可能会看到一群海豚优雅地跃出水面，它们闪亮的灰色身体在阳光下泛着光泽，旋转跳跃后潜入清澈的海中。</w:t>
      </w:r>
    </w:p>
    <w:p>
      <w:pPr>
        <w:widowControl/>
      </w:pPr>
      <w:r>
        <w:t>观赏海豚提示：</w:t>
      </w:r>
    </w:p>
    <w:p>
      <w:pPr>
        <w:widowControl/>
      </w:pPr>
      <w:r>
        <w:t>建议清晨日出后尽早出发，因为此时海豚最为活跃。</w:t>
      </w:r>
    </w:p>
    <w:p>
      <w:pPr>
        <w:widowControl/>
      </w:pPr>
      <w:r>
        <w:t>请记住，海豚是野生动物，不保证一定能看到。在等待它们出现时，请享受乘船和海上美景。</w:t>
      </w:r>
    </w:p>
    <w:p>
      <w:pPr>
        <w:widowControl/>
      </w:pPr>
      <w:r>
        <w:t>之后，您将在巴里卡萨岛停留，继续探索。巴里卡萨岛距离邦劳岛约6公里，乘船即可轻松抵达。该岛拥有令人惊叹的3000英尺深海断层，被称为亚洲最深、最美丽的水下悬崖。这里是海洋天堂，以繁茂的珊瑚礁和丰富的海洋生物而闻名，并且是受保护的海洋保护区的一部分。在这里，您可以看到色彩斑斓的珊瑚礁和各种热带鱼类，如小丑鱼、鹦嘴鱼、狮子鱼、蝴蝶鱼和成群的鲹鱼。在东南侧，您可以参观海龟角，那里很有可能看到海龟在啃食海草或优雅地游泳。或者，在白沙滩上放松，享受宁静时光。</w:t>
      </w:r>
    </w:p>
    <w:p>
      <w:pPr>
        <w:widowControl/>
      </w:pPr>
      <w:r>
        <w:t>可能变更：请注意，部分活动可能因天气状况而变更。您的安全是我们的首要任务，如遇强风等恶劣天气，我们可能需要重新安排或取消活动。感谢您的理解与合作，以确保安全愉快的跳岛体验。</w:t>
      </w:r>
    </w:p>
    <w:p>
      <w:pPr>
        <w:widowControl/>
      </w:pPr>
      <w:r>
        <w:t>游览结束后，您将前往薄荷岛塔比拉兰市的港口。在这里，您将搭乘OceanJet渡轮前往锡基霍尔（约2小时）。抵达锡基霍尔岛的港口后，您将被送至酒店办理入住。剩余时间自由活动。</w:t>
      </w:r>
    </w:p>
    <w:p>
      <w:pPr>
        <w:widowControl/>
      </w:pPr>
      <w:r>
        <w:t>用餐：早餐</w:t>
      </w:r>
    </w:p>
    <w:p>
      <w:pPr>
        <w:widowControl/>
      </w:pPr>
      <w:r>
        <w:t>住宿：锡基霍尔</w:t>
      </w:r>
    </w:p>
    <w:p>
      <w:pPr>
        <w:keepNext/>
        <w:widowControl/>
        <w:spacing w:before="240"/>
      </w:pPr>
      <w:r>
        <w:t>第4天 从锡基霍尔到杜马格特渡轮之旅：卡皮莱泉公园、图博德海滩、卢格纳森瀑布、古老魔法榕树、拉孜修道院、卡古孙海滩、坎布加海瀑布</w:t>
      </w:r>
    </w:p>
    <w:p>
      <w:pPr>
        <w:widowControl/>
      </w:pPr>
      <w:r>
        <w:t>这一天，您的团队将全面探索锡基霍尔岛，这里常被称为“火之岛”。您将在这座神秘岛屿上造访7个小景点。这座宁静且游客较少的岛屿以自然美景、原始海滩、瀑布和神秘的疗愈传统而闻名。它还以信仰治疗师、草药和丰富的民间传说著称。您可以在这里游泳、潜水，悠闲漫步。</w:t>
      </w:r>
    </w:p>
    <w:p>
      <w:pPr>
        <w:widowControl/>
      </w:pPr>
      <w:r>
        <w:t>卡皮莱泉公园：从参观这个天然泉水泳池开始您的一天。清凉洁净的水直接来自地下泉，非常适合在晨间畅游，令人神清气爽。</w:t>
      </w:r>
    </w:p>
    <w:p>
      <w:pPr>
        <w:widowControl/>
      </w:pPr>
      <w:r>
        <w:t>图博德海滩：接下来，沿着图博德海滩悠闲漫步，这里坐落着著名的可可格罗夫海滩度假村。享受微风拂面，欣赏碧绿的海水。</w:t>
      </w:r>
    </w:p>
    <w:p>
      <w:pPr>
        <w:widowControl/>
      </w:pPr>
      <w:r>
        <w:t>卢格纳森瀑布：继续前往卢格纳森瀑布，这是一个宁静且鲜为人知的瀑布，被茂密的丛林环绕。单级瀑布流入天然水池，非常适合在瀑布下方清凉清澈的水中游泳。</w:t>
      </w:r>
    </w:p>
    <w:p>
      <w:pPr>
        <w:widowControl/>
      </w:pPr>
      <w:r>
        <w:t>古老魔法榕树：参观树龄超过400年的榕树，周围环绕着神话与传说。在其底部，天然泉水已被开发成一个小鱼疗池。坐在边缘，让小鱼轻轻啄去死皮。</w:t>
      </w:r>
    </w:p>
    <w:p>
      <w:pPr>
        <w:widowControl/>
      </w:pPr>
      <w:r>
        <w:t>拉孜修道院：探索拉孜修道院，这是岛上最重要的历史地标之一。这座两层西班牙殖民时期建筑被认为是亚洲最大、最古老的修道院之一。下层由珊瑚石砌成，上层则由硬木建造。漫步博物馆，一窥锡基霍尔的历史与宗教传统。</w:t>
      </w:r>
    </w:p>
    <w:p>
      <w:pPr>
        <w:widowControl/>
      </w:pPr>
      <w:r>
        <w:t>卡古孙海滩：前往锡基霍尔岛东南海岸的卡古孙海滩。享受幽静祥和的氛围、海浪声，在柔软的沙滩上漫步。</w:t>
      </w:r>
    </w:p>
    <w:p>
      <w:pPr>
        <w:widowControl/>
      </w:pPr>
      <w:r>
        <w:t>坎布加海瀑布：今天的亮点是参观坎布加海瀑布。这座三层瀑布以清澈碧绿的水质闻名，周围绿意盎然。非常适合游泳和荡绳等冒险活动。下行约135级台阶到达瀑布，您可以在水池中游泳或尝试荡绳，跃入下方水中。对于寻求刺激的人，瀑布某些区域适合悬崖跳水。</w:t>
      </w:r>
    </w:p>
    <w:p>
      <w:pPr>
        <w:widowControl/>
      </w:pPr>
      <w:r>
        <w:t>行程结束后，您将被送往渡轮码头，乘坐OceanJet渡轮前往杜马格特（约40分钟）。在杜马格特过夜。</w:t>
      </w:r>
    </w:p>
    <w:p>
      <w:pPr>
        <w:widowControl/>
      </w:pPr>
      <w:r>
        <w:t>用餐：早餐</w:t>
      </w:r>
    </w:p>
    <w:p>
      <w:pPr>
        <w:widowControl/>
      </w:pPr>
      <w:r>
        <w:t>住宿：杜马格特</w:t>
      </w:r>
    </w:p>
    <w:p>
      <w:pPr>
        <w:keepNext/>
        <w:widowControl/>
        <w:spacing w:before="240"/>
      </w:pPr>
      <w:r>
        <w:t>第5天 杜马盖地跳岛游：阿波岛（海龟）</w:t>
      </w:r>
    </w:p>
    <w:p>
      <w:pPr>
        <w:widowControl/>
      </w:pPr>
      <w:r>
        <w:t>清晨，您的团队将从杜马盖地的酒店出发，前往道因码头，乘船前往阿波岛（约30分钟）。</w:t>
      </w:r>
    </w:p>
    <w:p>
      <w:pPr>
        <w:widowControl/>
      </w:pPr>
      <w:r>
        <w:t>阿波岛是一座小型火山岛，以其繁茂的珊瑚礁和丰富的海洋生物而闻名，是全球顶级的浮潜和潜水胜地之一。岛上拥有超过650种鱼类和400种珊瑚。</w:t>
      </w:r>
    </w:p>
    <w:p>
      <w:pPr>
        <w:widowControl/>
      </w:pPr>
      <w:r>
        <w:t>阿波岛也是海龟的乐园。岛屿周围的浅水区为与这些温和生物共游提供了理想环境。绿海龟和玳瑁经常出没，常在浅水区觅食海草。（提示：请勿触摸或打扰海龟，观察时保持至少3米距离。）此外，您还将探索珊瑚花园，这里是浮潜者的天堂，以茂密的珊瑚群和丰富多彩的海洋生物著称，包括海龟、小丑鱼，甚至可能偶遇路过的蝠鲼。</w:t>
      </w:r>
    </w:p>
    <w:p>
      <w:pPr>
        <w:widowControl/>
      </w:pPr>
      <w:r>
        <w:t>浮潜探险结束后，在海滩上享用午餐。午餐后，您可以自由活动，按照自己的节奏环岛漫步。当地热情的居民会向您致意，您也有机会了解他们简朴的生活方式。岛南端还有一个观景台，您可以欣赏到美丽的海景。</w:t>
      </w:r>
    </w:p>
    <w:p>
      <w:pPr>
        <w:widowControl/>
      </w:pPr>
      <w:r>
        <w:t>行程结束后，乘船返回杜马盖地。在这座“温柔之城”享受闲暇时光。杜马盖地市是东内格罗斯省的首府，以其居民热情好客而闻名。夜宿杜马盖地。</w:t>
      </w:r>
    </w:p>
    <w:p>
      <w:pPr>
        <w:widowControl/>
      </w:pPr>
      <w:r>
        <w:t>用餐：早餐、午餐</w:t>
      </w:r>
    </w:p>
    <w:p>
      <w:pPr>
        <w:widowControl/>
      </w:pPr>
      <w:r>
        <w:t>住宿：杜马盖地</w:t>
      </w:r>
    </w:p>
    <w:p>
      <w:pPr>
        <w:keepNext/>
        <w:widowControl/>
        <w:spacing w:before="240"/>
      </w:pPr>
      <w:r>
        <w:t>第6天 杜马盖地离境：酒店退房及机场或码头送行</w:t>
      </w:r>
    </w:p>
    <w:p>
      <w:pPr>
        <w:widowControl/>
      </w:pPr>
      <w:r>
        <w:t>在杜马盖地的酒店享用早餐。之后，您将有一些自由时间，可以按自己的节奏探索这座城市。随后，您的团队将被送往锡布兰机场（也称杜马盖地机场），搭乘航班前往下一个目的地。（温馨提示：有从杜马盖地飞往马尼拉的航班，飞行时间约1小时30分钟。）</w:t>
      </w:r>
    </w:p>
    <w:p>
      <w:pPr>
        <w:widowControl/>
      </w:pPr>
      <w:r>
        <w:t>感谢您选择亚洲奥德赛旅游来开启您的亚洲之旅。我们致力于提升您的旅行体验，期待在您的下一次亚洲探险中再次欢迎您。祝您归途平安愉快！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6天菲律宾跟团游：薄荷岛、锡基霍尔、杜马盖地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