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Visayas Group Tour: Boracay, Cebu, Bohol in Philippines</w:t>
      </w:r>
    </w:p>
    <w:p>
      <w:pPr>
        <w:widowControl/>
      </w:pPr>
      <w:r>
        <w:t>Product code: AOT-PHG-010</w:t>
      </w:r>
    </w:p>
    <w:p>
      <w:pPr>
        <w:keepNext/>
        <w:widowControl/>
        <w:spacing w:before="240"/>
      </w:pPr>
      <w:r>
        <w:t>Day 1 Boracay Arrival | Pick-up Service &amp; Hotel Check-in</w:t>
      </w:r>
    </w:p>
    <w:p>
      <w:pPr>
        <w:widowControl/>
      </w:pPr>
      <w:r>
        <w:t>Welcome to Boracay Island, Philippines! Upon arrival at the Godofredo P. Ramos Airport (MPH), you can can enjoy the pre-arranged transfers to Caticlan Jetty Port, followed by a boat ride to Boracay Island. The boat ride typically takes around 15 minutes. And then you will be transported from port to your hotel for check-in. After settling in, you're free to explore the famous White Beach of Boracay.</w:t>
      </w:r>
    </w:p>
    <w:p>
      <w:pPr>
        <w:widowControl/>
      </w:pPr>
      <w:r>
        <w:t>Boracay Island, located in the Western Visayas region of the Philippines, is one of the country's most famous tourist destinations. Despite being only 7 kilometers long and shaped like a dumbbell, it's home to the world-famous 4-kilometer stretch of White Beach, often hailed as the ‘best beaches in the world” with its powdery sand and crystal-clear waters.</w:t>
      </w:r>
    </w:p>
    <w:p>
      <w:pPr>
        <w:widowControl/>
      </w:pPr>
      <w:r>
        <w:t>Arrival Ideas:</w:t>
      </w:r>
    </w:p>
    <w:p>
      <w:pPr>
        <w:widowControl/>
      </w:pPr>
      <w:r>
        <w:t>Godofredo P. Ramos Airport (MPH), commonly known as Caticlan Airport, is the closest gateway to Boracay Island, located just 6.7 kilometers from Boracay's famous White Beach.</w:t>
      </w:r>
    </w:p>
    <w:p>
      <w:pPr>
        <w:widowControl/>
      </w:pPr>
      <w:r>
        <w:t>MPH primarily serves domestic flights from Manila, Cebu, and in recent years, it has expanded to handle international flights, including routes to Taipei, Taiwan.</w:t>
      </w:r>
    </w:p>
    <w:p>
      <w:pPr>
        <w:widowControl/>
      </w:pPr>
      <w:r>
        <w:t>Accommodation: Boracay</w:t>
      </w:r>
    </w:p>
    <w:p>
      <w:pPr>
        <w:keepNext/>
        <w:widowControl/>
        <w:spacing w:before="240"/>
      </w:pPr>
      <w:r>
        <w:t>Day 2 Boracay Island Hopping | Coral Garden Snorkeling, Magic Island, Angol Point Snorkeling, Sunset Sail</w:t>
      </w:r>
    </w:p>
    <w:p>
      <w:pPr>
        <w:widowControl/>
      </w:pPr>
      <w:r>
        <w:t>No trip to Boracay is complete without an unforgettable island-hopping experience, and today promises just that! Get ready for a day filled with adventure, natural beauty, and unforgettable memories.</w:t>
      </w:r>
    </w:p>
    <w:p>
      <w:pPr>
        <w:widowControl/>
      </w:pPr>
      <w:r>
        <w:t>Kick off your day with a visit to Coral Garden, one of Boracay's most famous snorkeling spots. Dive into its crystal-clear, shallow waters and discover a vibrant underwater world teeming with colorful corals and a diverse array of marine life. Whether you're a beginner or an experienced snorkeler, this spot offers an enchanting experience for everyone.</w:t>
      </w:r>
    </w:p>
    <w:p>
      <w:pPr>
        <w:widowControl/>
      </w:pPr>
      <w:r>
        <w:t>Next, head to Magic Island, a thrilling destination famous for its cliff diving platforms. Feel the adrenaline surge as you take the leap from heights ranging from 3 to 10 meters, or simply enjoy the excitement as others make the plunge. If diving isn't your style, soak up the stunning panoramic views, take a refreshing swim in the pristine waters, or unwind on the island's tranquil shore</w:t>
      </w:r>
    </w:p>
    <w:p>
      <w:pPr>
        <w:widowControl/>
      </w:pPr>
      <w:r>
        <w:t>Continue your adventure at Angol Point, a quieter and more secluded snorkeling spot. This hidden gem is perfect for those seeking a peaceful escape from the crowds. Immerse yourself in the tranquil waters and explore the rich marine biodiversity that makes Boracay a snorkeler's paradise.</w:t>
      </w:r>
    </w:p>
    <w:p>
      <w:pPr>
        <w:widowControl/>
      </w:pPr>
      <w:r>
        <w:t>As dusk approaches, you'll experience an exciting activity - Sunset Paraw Sailing. Hop on a traditional paraw boat and glide across the calm waters as the sun dips below the horizon, painting the sky in hues of orange, pink, and purple.</w:t>
      </w:r>
    </w:p>
    <w:p>
      <w:pPr>
        <w:widowControl/>
      </w:pPr>
      <w:r>
        <w:t>Meals: Breakfast,Lunch</w:t>
      </w:r>
    </w:p>
    <w:p>
      <w:pPr>
        <w:widowControl/>
      </w:pPr>
      <w:r>
        <w:t>Accommodation: Boracay</w:t>
      </w:r>
    </w:p>
    <w:p>
      <w:pPr>
        <w:keepNext/>
        <w:widowControl/>
        <w:spacing w:before="240"/>
      </w:pPr>
      <w:r>
        <w:t>Day 3 Boracay Flight to Cebu | Port &amp; Airport Transfers</w:t>
      </w:r>
    </w:p>
    <w:p>
      <w:pPr>
        <w:widowControl/>
      </w:pPr>
      <w:r>
        <w:t>Today, you'll fly from Boracay to Cebu, with your flight arranged in advance. Upon arrival at Cebu Airport, your driver will be waiting to take you to your hotel. Once you've checked in and settled, the rest of the day is yours to enjoy at your own pace.</w:t>
      </w:r>
    </w:p>
    <w:p>
      <w:pPr>
        <w:widowControl/>
      </w:pPr>
      <w:r>
        <w:t>Meals: Breakfast</w:t>
      </w:r>
    </w:p>
    <w:p>
      <w:pPr>
        <w:widowControl/>
      </w:pPr>
      <w:r>
        <w:t>Accommodation: Cebu</w:t>
      </w:r>
    </w:p>
    <w:p>
      <w:pPr>
        <w:keepNext/>
        <w:widowControl/>
        <w:spacing w:before="240"/>
      </w:pPr>
      <w:r>
        <w:t>Day 4 Cebu to Bohol via Ferry | Magellan's Cross, Basilica Minore del Santo Nino, Fort San Pedro</w:t>
      </w:r>
    </w:p>
    <w:p>
      <w:pPr>
        <w:widowControl/>
      </w:pPr>
      <w:r>
        <w:t>Start your day with a visit to Magellan's Cross, a significant symbol of the arrival of Christianity in the Philippines. This iconic landmark marks the spot where Ferdinand Magellan planted a cross in 1521.</w:t>
      </w:r>
    </w:p>
    <w:p>
      <w:pPr>
        <w:widowControl/>
      </w:pPr>
      <w:r>
        <w:t>Next, head to the Basilica Minore del Santo Niño, a beautiful and historical church that houses the revered statue of the Santo Niño, a symbol of faith and devotion for Filipinos.</w:t>
      </w:r>
    </w:p>
    <w:p>
      <w:pPr>
        <w:widowControl/>
      </w:pPr>
      <w:r>
        <w:t>Then, pay a visit to Fort San Pedro which is a Spanish colonial fort that was built in 1738 to defend the island from pirates and invaders. The fort's walls, cannons, and exhibits showcase the history of Bohol.</w:t>
      </w:r>
    </w:p>
    <w:p>
      <w:pPr>
        <w:widowControl/>
      </w:pPr>
      <w:r>
        <w:t>After the tour, you'll board a ferry to Bohol (about 2 hours), where you can enjoy a scenic journey across the Visayan Sea. Upon arrival at Bohol port, your driver will transfer you to your hotel in Bohol.</w:t>
      </w:r>
    </w:p>
    <w:p>
      <w:pPr>
        <w:widowControl/>
      </w:pPr>
      <w:r>
        <w:t>Meals: Breakfast</w:t>
      </w:r>
    </w:p>
    <w:p>
      <w:pPr>
        <w:widowControl/>
      </w:pPr>
      <w:r>
        <w:t>Accommodation: Bohol</w:t>
      </w:r>
    </w:p>
    <w:p>
      <w:pPr>
        <w:keepNext/>
        <w:widowControl/>
        <w:spacing w:before="240"/>
      </w:pPr>
      <w:r>
        <w:t>Day 5 Bohol Tour | Chocolate Hills, Kinaiyahan Forest Park, Bilar Man-Made Forest, Loboc River Cruise, Philippine Tarsier Sanctuary</w:t>
      </w:r>
    </w:p>
    <w:p>
      <w:pPr>
        <w:widowControl/>
      </w:pPr>
      <w:r>
        <w:t>On this day, we will pick your group up from your hotel in Bohol. You will have full day sightseeing in Bohol for countryside tour.</w:t>
      </w:r>
    </w:p>
    <w:p>
      <w:pPr>
        <w:widowControl/>
      </w:pPr>
      <w:r>
        <w:t>Your first stop will be the iconic Chocolate Hills. During the dry season, the grass covering these hills turns brown, giving them the appearance of chocolate mounds—hence the name "Chocolate Hills."</w:t>
      </w:r>
    </w:p>
    <w:p>
      <w:pPr>
        <w:widowControl/>
      </w:pPr>
      <w:r>
        <w:t>To reach the viewing decks at the Chocolate Hills Complex in Carmen, you'll need to climb 214 steps. From here, you'll enjoy panoramic view of the entire Chocolate Hills. There are between 1,268 and 1,776 hills in total. Let the beauty of the Chocolate Hills embrace you as you take in the symmetrical, cone-shaped formations, each ranging in height from 30 to 50 meters. Enjoy your time here and capture stunning panoramic photos.</w:t>
      </w:r>
    </w:p>
    <w:p>
      <w:pPr>
        <w:widowControl/>
      </w:pPr>
      <w:r>
        <w:t>Optional Activity (at your own expense): You could drive an ATV through the foothills of the Chocolate Hills and muddy jungle trails to experience the massive scale of these mounds up close.</w:t>
      </w:r>
    </w:p>
    <w:p>
      <w:pPr>
        <w:widowControl/>
      </w:pPr>
      <w:r>
        <w:t>Later, we will make a stop at Kinaiyahan Forest Park. With its towering bamboo groves, it is the perfect place to slow down, breathe in the fresh forest air, and enjoy a quiet moment in nature. What we offer: Sit down and enjoy a refreshing drink in the park. (Optional activities you may choose (at your own expense) include: (1) gliding across the serene lake on a traditional Calamay wooden boat, (2) taking a mild ATV ride through the jungle trails, or (3) going on a jeep ride.)</w:t>
      </w:r>
    </w:p>
    <w:p>
      <w:pPr>
        <w:widowControl/>
      </w:pPr>
      <w:r>
        <w:t>Let's move ahead to Bilar Man-Made Forest. As you drive into the forest, the light will suddenly dim. The branches and leaves of the towering mahogany trees on both sides of the road intertwine, forming a massive "green canopy" overhead. We allow you to step out of the vehicle and take some great photos here.</w:t>
      </w:r>
    </w:p>
    <w:p>
      <w:pPr>
        <w:widowControl/>
      </w:pPr>
      <w:r>
        <w:t>After that, enjoy Bohol countryside tour and board a traditionally decorated cruise floating on the Loboc River. You will enjoy a buffet lunch onboard. The Loboc River flows through the town of Loboc, 24 kilometers east of Tagbilaran City. Relax on the leisure boat as it glides through calm, green waters, surrounded by dense tropical forests, coconut palms, and mangroves. Experience local life and cultural performances along the riverbanks.</w:t>
      </w:r>
    </w:p>
    <w:p>
      <w:pPr>
        <w:widowControl/>
      </w:pPr>
      <w:r>
        <w:t>Later, you'll visit the Bohol Tarsier Conservation Area to see Philippine Tarsier. It is a protected area for the Philippine tarsier (Carlito syrichta), one of the smallest primates in the world. Get up close to these adorable creatures, known for their small size, large eyes, and long tails. You'll be amazed at how tiny and delicate the tarsiers are as you observe their unique behaviors, such as clinging to branches or tree trunks and rotating their heads almost 180 degrees.</w:t>
      </w:r>
    </w:p>
    <w:p>
      <w:pPr>
        <w:widowControl/>
      </w:pPr>
      <w:r>
        <w:t>After visiting tarsiers, we will take you to explore more of Bohol. Afterward, you and your group will be escorted back to your hotel. Enjoy a good rest tonight!</w:t>
      </w:r>
    </w:p>
    <w:p>
      <w:pPr>
        <w:widowControl/>
      </w:pPr>
      <w:r>
        <w:t>Meals: Breakfast,Lunch</w:t>
      </w:r>
    </w:p>
    <w:p>
      <w:pPr>
        <w:widowControl/>
      </w:pPr>
      <w:r>
        <w:t>Accommodation: Bohol</w:t>
      </w:r>
    </w:p>
    <w:p>
      <w:pPr>
        <w:keepNext/>
        <w:widowControl/>
        <w:spacing w:before="240"/>
      </w:pPr>
      <w:r>
        <w:t>Day 6 Bohol Tour | Dolphin Watching, Balicasag Islands</w:t>
      </w:r>
    </w:p>
    <w:p>
      <w:pPr>
        <w:widowControl/>
      </w:pPr>
      <w:r>
        <w:t>This morning, begin an exciting island-hopping tour focused on dolphin watching. You'll be transferred to the boat docking area and board a boat bound for Balicasag Island. En route, you'll have a fantastic opportunity to observe dolphins in their natural habitat. This area is teeming with diverse marine wildlife, including at least seven different species of wild whales and countless wild dolphins. With patience, you might witness a group of dolphins leaping gracefully from the water, their shiny, gray bodies glistening in the sunlight as they twist and spin before diving back into the clear sea.</w:t>
      </w:r>
    </w:p>
    <w:p>
      <w:pPr>
        <w:widowControl/>
      </w:pPr>
      <w:r>
        <w:t>Dolphin Watching Tips:</w:t>
      </w:r>
    </w:p>
    <w:p>
      <w:pPr>
        <w:widowControl/>
      </w:pPr>
      <w:r>
        <w:t>It's advisable to start early in the morning, just after sunrise, as dolphins are most active during this time</w:t>
      </w:r>
    </w:p>
    <w:p>
      <w:pPr>
        <w:widowControl/>
      </w:pPr>
      <w:r>
        <w:t>Keep in mind that dolphins are wild animals, so sightings are not guaranteed. Enjoy the boat ride and the beauty of the sea while waiting for them to appear.</w:t>
      </w:r>
    </w:p>
    <w:p>
      <w:pPr>
        <w:widowControl/>
      </w:pPr>
      <w:r>
        <w:t>After that, you'll stop at Balicasag Island for further exploration. Located about 6 km from Panglao Island, Balicasag is easily accessible by boat. The island features a stunning 3,000-foot-deep fault, known as the deepest and most beautiful underwater cliff in Asia. It's a marine paradise renowned for its thriving coral reefs and vibrant marine life, and is part of a protected marine sanctuary. Here, you can see vibrant coral reefs and a variety of tropical fish species, such as clownfish, parrotfish, lionfish, butterflyfish, and schools of jackfish. On the southeast side, you can visit the turtle point, where there's a high chance of seeing sea turtles grazing on seagrass or swimming gracefully. Alternatively, relax on the white sand beaches for some peaceful time.</w:t>
      </w:r>
    </w:p>
    <w:p>
      <w:pPr>
        <w:widowControl/>
      </w:pPr>
      <w:r>
        <w:t>Subject to Change: Please note that some activities may be subject to change due to weather conditions. Your safety is our top priority, and we may need to reschedule or cancel activities in case of unfavorable weather, such as strong winds. We appreciate your understanding and cooperation as we ensure a safe and enjoyable island-hopping experience.</w:t>
      </w:r>
    </w:p>
    <w:p>
      <w:pPr>
        <w:widowControl/>
      </w:pPr>
      <w:r>
        <w:t>Meals: Breakfast</w:t>
      </w:r>
    </w:p>
    <w:p>
      <w:pPr>
        <w:widowControl/>
      </w:pPr>
      <w:r>
        <w:t>Accommodation: Bohol</w:t>
      </w:r>
    </w:p>
    <w:p>
      <w:pPr>
        <w:keepNext/>
        <w:widowControl/>
        <w:spacing w:before="240"/>
      </w:pPr>
      <w:r>
        <w:t>Day 7 Bohol Departure | Hotel Check-out and See-off</w:t>
      </w:r>
    </w:p>
    <w:p>
      <w:pPr>
        <w:widowControl/>
      </w:pPr>
      <w:r>
        <w:t>Time to say goodbye to Bohol, the fantastic base for adventure. It is time to end your 7-day Visayas Group Tour. Your driver will transfer you to the airport and you will continue on your next destination.</w:t>
      </w:r>
    </w:p>
    <w:p>
      <w:pPr>
        <w:widowControl/>
      </w:pPr>
      <w:r>
        <w:t>Thank you for choosing Asia Odyssey Travel (AOT) for your Philippines tour, and you are always here working for you and hope to see you again for your next trip to Philippines. Safe journey!</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Visayas Group Tour: Boracay, Cebu, Bohol in Philippines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