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菲律宾7天维萨亚斯群岛跟团游：长滩岛、宿务、薄荷岛</w:t>
      </w:r>
    </w:p>
    <w:p>
      <w:pPr>
        <w:widowControl/>
      </w:pPr>
      <w:r>
        <w:t>线路编号：AOT-PHG-010</w:t>
      </w:r>
    </w:p>
    <w:p>
      <w:pPr>
        <w:keepNext/>
        <w:widowControl/>
        <w:spacing w:before="240"/>
      </w:pPr>
      <w:r>
        <w:t>第1天 抵达长滩岛：接机服务与酒店入住</w:t>
      </w:r>
    </w:p>
    <w:p>
      <w:pPr>
        <w:widowControl/>
      </w:pPr>
      <w:r>
        <w:t>欢迎来到菲律宾长滩岛！抵达戈多弗雷多·P·拉莫斯机场（MPH）后，我们会安排车辆送您前往卡蒂克兰码头，再乘船前往长滩岛。船程通常约15分钟。之后从码头送您到酒店办理入住。安顿好后，您可以自由前往著名的长滩岛白沙滩游览。</w:t>
      </w:r>
    </w:p>
    <w:p>
      <w:pPr>
        <w:widowControl/>
      </w:pPr>
      <w:r>
        <w:t>长滩岛位于菲律宾西米沙鄢地区，是该国最著名的旅游目的地之一。岛屿仅长7公里，形状像哑铃，却拥有举世闻名的4公里长白沙滩。这里以细如粉末的沙子和清澈的海水著称，常被称为“世界最佳海滩”。</w:t>
      </w:r>
    </w:p>
    <w:p>
      <w:pPr>
        <w:widowControl/>
      </w:pPr>
      <w:r>
        <w:t>抵达建议：</w:t>
      </w:r>
    </w:p>
    <w:p>
      <w:pPr>
        <w:widowControl/>
      </w:pPr>
      <w:r>
        <w:t>戈多弗雷多·P·拉莫斯机场（MPH），通常被称为卡蒂克兰机场，是前往长滩岛最近的门户，距离长滩岛著名的白沙滩仅6.7公里。</w:t>
      </w:r>
    </w:p>
    <w:p>
      <w:pPr>
        <w:widowControl/>
      </w:pPr>
      <w:r>
        <w:t>MPH主要运营来自马尼拉、宿务的国内航班。近年来，该机场也扩展了国际航班，包括飞往台湾台北的航线。</w:t>
      </w:r>
    </w:p>
    <w:p>
      <w:pPr>
        <w:widowControl/>
      </w:pPr>
      <w:r>
        <w:t>住宿：长滩岛</w:t>
      </w:r>
    </w:p>
    <w:p>
      <w:pPr>
        <w:keepNext/>
        <w:widowControl/>
        <w:spacing w:before="240"/>
      </w:pPr>
      <w:r>
        <w:t>第2天 长滩岛跳岛游：珊瑚花园浮潜、魔术岛、安戈尔角浮潜、日落帆船</w:t>
      </w:r>
    </w:p>
    <w:p>
      <w:pPr>
        <w:widowControl/>
      </w:pPr>
      <w:r>
        <w:t>没有跳岛游的长滩岛之旅是不完整的，而今天正是一次这样的体验！准备好迎接充满冒险、自然美景和难忘回忆的一天吧。</w:t>
      </w:r>
    </w:p>
    <w:p>
      <w:pPr>
        <w:widowControl/>
      </w:pPr>
      <w:r>
        <w:t>先从珊瑚花园开始今天的行程，这里是长滩岛最有名的浮潜点之一。潜入清澈的浅水区，探索生机勃勃的水下世界，那里有色彩斑斓的珊瑚和丰富多样的海洋生物。无论您是初学者还是经验丰富的浮潜者，这里都能让每个人感受到乐趣。</w:t>
      </w:r>
    </w:p>
    <w:p>
      <w:pPr>
        <w:widowControl/>
      </w:pPr>
      <w:r>
        <w:t>接下来前往魔术岛，这里以悬崖跳水平台闻名，惊险刺激。您可以从3至10米的高度跃下，感受肾上腺素飙升，也可以在一旁看别人跳水，同样过瘾。如果不想跳水，可以欣赏壮丽的全景，在清澈的海水中畅游一番，或是在岛上宁静的海岸放松休息。</w:t>
      </w:r>
    </w:p>
    <w:p>
      <w:pPr>
        <w:widowControl/>
      </w:pPr>
      <w:r>
        <w:t>之后继续前往安戈尔角，这里的浮潜点更安静、更隐蔽。这处小众去处适合想远离人群、享受宁静的人。沉浸在平静的水域中，探索丰富的海洋生物多样性，正是这些让长滩岛成为浮潜者的天堂。</w:t>
      </w:r>
    </w:p>
    <w:p>
      <w:pPr>
        <w:widowControl/>
      </w:pPr>
      <w:r>
        <w:t>临近黄昏，您将体验一项激动人心的活动——日落帕劳帆船。登上传统的帕劳船，在平静的水面上滑行，看着太阳沉入地平线，把天空染成橙色、粉色和紫色。</w:t>
      </w:r>
    </w:p>
    <w:p>
      <w:pPr>
        <w:widowControl/>
      </w:pPr>
      <w:r>
        <w:t>用餐：早餐、午餐</w:t>
      </w:r>
    </w:p>
    <w:p>
      <w:pPr>
        <w:widowControl/>
      </w:pPr>
      <w:r>
        <w:t>住宿：长滩岛</w:t>
      </w:r>
    </w:p>
    <w:p>
      <w:pPr>
        <w:keepNext/>
        <w:widowControl/>
        <w:spacing w:before="240"/>
      </w:pPr>
      <w:r>
        <w:t>第3天 长滩岛飞往宿务 港口与机场接送</w:t>
      </w:r>
    </w:p>
    <w:p>
      <w:pPr>
        <w:widowControl/>
      </w:pPr>
      <w:r>
        <w:t>今天，您将从长滩岛飞往宿务，航班已提前安排妥当。抵达宿务机场后，司机将在机场等候，送您前往酒店。办理入住并安顿好后，剩余时间由您自由支配，随心享受。</w:t>
      </w:r>
    </w:p>
    <w:p>
      <w:pPr>
        <w:widowControl/>
      </w:pPr>
      <w:r>
        <w:t>用餐：早餐</w:t>
      </w:r>
    </w:p>
    <w:p>
      <w:pPr>
        <w:widowControl/>
      </w:pPr>
      <w:r>
        <w:t>住宿：宿务</w:t>
      </w:r>
    </w:p>
    <w:p>
      <w:pPr>
        <w:keepNext/>
        <w:widowControl/>
        <w:spacing w:before="240"/>
      </w:pPr>
      <w:r>
        <w:t>第4天 宿务至薄荷岛渡轮之旅：麦哲伦十字架、圣婴大教堂、圣佩德罗堡</w:t>
      </w:r>
    </w:p>
    <w:p>
      <w:pPr>
        <w:widowControl/>
      </w:pPr>
      <w:r>
        <w:t>首先参观麦哲伦十字架，这是基督教传入菲律宾的重要象征。这一标志性建筑标志着1521年费迪南德·麦哲伦在此地竖立十字架的地点。</w:t>
      </w:r>
    </w:p>
    <w:p>
      <w:pPr>
        <w:widowControl/>
      </w:pPr>
      <w:r>
        <w:t>接下来，前往圣婴大教堂，这是一座美丽而历史悠久的教堂，供奉着备受尊崇的圣婴像，是菲律宾人信仰和虔诚的象征。</w:t>
      </w:r>
    </w:p>
    <w:p>
      <w:pPr>
        <w:widowControl/>
      </w:pPr>
      <w:r>
        <w:t>然后，参观圣佩德罗堡，这是一座西班牙殖民时期的堡垒，建于1738年，用于抵御海盗和入侵者，保护岛屿。堡垒的城墙、大炮和展品展示了薄荷岛的历史。</w:t>
      </w:r>
    </w:p>
    <w:p>
      <w:pPr>
        <w:widowControl/>
      </w:pPr>
      <w:r>
        <w:t>游览结束后，您将登上前往薄荷岛的渡轮（约2小时），在米沙鄢海上享受风景优美的旅程。抵达薄荷岛港口后，司机将送您前往薄荷岛的酒店。</w:t>
      </w:r>
    </w:p>
    <w:p>
      <w:pPr>
        <w:widowControl/>
      </w:pPr>
      <w:r>
        <w:t>用餐：早餐</w:t>
      </w:r>
    </w:p>
    <w:p>
      <w:pPr>
        <w:widowControl/>
      </w:pPr>
      <w:r>
        <w:t>住宿：薄荷岛</w:t>
      </w:r>
    </w:p>
    <w:p>
      <w:pPr>
        <w:keepNext/>
        <w:widowControl/>
        <w:spacing w:before="240"/>
      </w:pPr>
      <w:r>
        <w:t>第5天 薄荷岛之旅：巧克力山、基奈亚汉森林公园、比拉尔人造森林、洛博克河游船、菲律宾眼镜猴保护区</w:t>
      </w:r>
    </w:p>
    <w:p>
      <w:pPr>
        <w:widowControl/>
      </w:pPr>
      <w:r>
        <w:t>今天，我们将从您在薄荷岛的酒店接您一行。您将在薄荷岛进行全天乡村观光游览。</w:t>
      </w:r>
    </w:p>
    <w:p>
      <w:pPr>
        <w:widowControl/>
      </w:pPr>
      <w:r>
        <w:t>第一站是标志性的巧克力山。旱季时，覆盖山丘的草会变成棕色，看起来像巧克力堆，因此得名“巧克力山”。</w:t>
      </w:r>
    </w:p>
    <w:p>
      <w:pPr>
        <w:widowControl/>
      </w:pPr>
      <w:r>
        <w:t>要到达位于卡门的巧克力山建筑群观景台，您需要攀登214级台阶。从这里，您可以欣赏到整个巧克力山的全景。这里总共有1268到1776座山丘。您可以慢慢欣赏巧克力山对称的锥形地貌，每座高度在30到50米之间，并拍摄全景照片。</w:t>
      </w:r>
    </w:p>
    <w:p>
      <w:pPr>
        <w:widowControl/>
      </w:pPr>
      <w:r>
        <w:t>可选活动（自费）：您可以驾驶ATV穿越巧克力山山麓和泥泞的丛林小径，近距离感受这些山丘的巨大规模。</w:t>
      </w:r>
    </w:p>
    <w:p>
      <w:pPr>
        <w:widowControl/>
      </w:pPr>
      <w:r>
        <w:t>之后，我们将在基奈亚汉森林公园停留。这里竹林高耸，适合放慢脚步、呼吸新鲜森林空气，享受大自然中的宁静时光。我们提供：在公园里坐下来享用一杯清爽饮品。（您可以选择的自费活动包括：(1) 乘坐传统的卡拉迈木船滑过宁静的湖面，(2) 在丛林小径上进行温和的ATV骑行，或 (3) 乘坐吉普车。）</w:t>
      </w:r>
    </w:p>
    <w:p>
      <w:pPr>
        <w:widowControl/>
      </w:pPr>
      <w:r>
        <w:t>接下来前往比拉尔人造森林。当您开车进入森林时，光线会突然变暗。道路两旁高耸的桃花心木树的枝叶交织在一起，在头顶形成巨大的“绿色树冠”。您可以下车在这里拍些漂亮的照片。</w:t>
      </w:r>
    </w:p>
    <w:p>
      <w:pPr>
        <w:widowControl/>
      </w:pPr>
      <w:r>
        <w:t>之后，继续薄荷岛乡村之旅，登上传统装饰的游船，在洛博克河上漂流，并在船上享用自助午餐。洛博克河流经洛博克镇，位于塔比拉兰市以东24公里处。您可以在休闲船上放松，滑过平静的绿色水域，周围是茂密的热带森林、椰子树和红树林。还可以体验河岸边的当地生活和文化表演。</w:t>
      </w:r>
    </w:p>
    <w:p>
      <w:pPr>
        <w:widowControl/>
      </w:pPr>
      <w:r>
        <w:t>随后，您将参观薄荷岛眼镜猴保护区，观赏菲律宾眼镜猴。这里是菲律宾眼镜猴（Carlito syrichta）的保护区，眼镜猴是世界上最小的灵长类动物之一。您可以近距离接触这些可爱的生物，它们以体型小、眼睛大和尾巴长而闻名。观察它们紧抓树枝或树干、头部几乎旋转180度等独特行为时，您会惊叹于眼镜猴的小巧和精致。</w:t>
      </w:r>
    </w:p>
    <w:p>
      <w:pPr>
        <w:widowControl/>
      </w:pPr>
      <w:r>
        <w:t>参观眼镜猴后，我们将带您继续探索薄荷岛。之后，您和您的团队将被送回酒店。今晚好好休息！</w:t>
      </w:r>
    </w:p>
    <w:p>
      <w:pPr>
        <w:widowControl/>
      </w:pPr>
      <w:r>
        <w:t>用餐：早餐、午餐</w:t>
      </w:r>
    </w:p>
    <w:p>
      <w:pPr>
        <w:widowControl/>
      </w:pPr>
      <w:r>
        <w:t>住宿：薄荷岛</w:t>
      </w:r>
    </w:p>
    <w:p>
      <w:pPr>
        <w:keepNext/>
        <w:widowControl/>
        <w:spacing w:before="240"/>
      </w:pPr>
      <w:r>
        <w:t>第6天 薄荷岛之旅：观赏海豚与巴里卡萨岛</w:t>
      </w:r>
    </w:p>
    <w:p>
      <w:pPr>
        <w:widowControl/>
      </w:pPr>
      <w:r>
        <w:t>今天上午，开始激动人心的跳岛游，重点是观赏海豚。您将被送往船只停靠区，登上一艘开往巴里卡萨岛的船。途中，您将有机会在自然栖息地观察海豚。该地区拥有丰富多样的海洋野生动物，包括至少七种不同的野生鲸鱼和无数野生海豚。耐心等待，您可能会看到一群海豚优雅地从水中跃起，它们闪亮的灰色身体在阳光下闪闪发光，旋转跳跃后潜入清澈的海中。</w:t>
      </w:r>
    </w:p>
    <w:p>
      <w:pPr>
        <w:widowControl/>
      </w:pPr>
      <w:r>
        <w:t>观赏海豚小贴士：</w:t>
      </w:r>
    </w:p>
    <w:p>
      <w:pPr>
        <w:widowControl/>
      </w:pPr>
      <w:r>
        <w:t>建议清晨日出后尽早出发，因为此时海豚最为活跃。</w:t>
      </w:r>
    </w:p>
    <w:p>
      <w:pPr>
        <w:widowControl/>
      </w:pPr>
      <w:r>
        <w:t>请记住，海豚是野生动物，因此不保证一定能看到。在等待它们出现时，请享受乘船之旅和海洋之美。</w:t>
      </w:r>
    </w:p>
    <w:p>
      <w:pPr>
        <w:widowControl/>
      </w:pPr>
      <w:r>
        <w:t>之后，您将在巴里卡萨岛停留进行进一步探索。巴里卡萨岛距离邦劳岛约6公里，乘船即可轻松抵达。该岛拥有一个令人惊叹的3000英尺深的断层，被称为亚洲最深、最美丽的水下悬崖。这是一个海洋天堂，以其繁茂的珊瑚礁和充满活力的海洋生物而闻名，并且是受保护的海洋保护区的一部分。在这里，您可以看到色彩斑斓的珊瑚礁和各种热带鱼，如小丑鱼、鹦嘴鱼、狮子鱼、蝴蝶鱼以及成群的杰克鱼。在东南侧，您可以参观海龟点，那里很有可能看到海龟在草地上觅食或优雅地游泳。或者，在白沙滩上放松，享受宁静时光。</w:t>
      </w:r>
    </w:p>
    <w:p>
      <w:pPr>
        <w:widowControl/>
      </w:pPr>
      <w:r>
        <w:t>可能变更：请注意，部分活动可能因天气状况而变更。您的安全是我们的首要任务，如果遇到强风等不利天气，我们可能需要重新安排或取消活动。感谢您的理解与合作，以确保安全愉快的跳岛体验。</w:t>
      </w:r>
    </w:p>
    <w:p>
      <w:pPr>
        <w:widowControl/>
      </w:pPr>
      <w:r>
        <w:t>用餐：早餐</w:t>
      </w:r>
    </w:p>
    <w:p>
      <w:pPr>
        <w:widowControl/>
      </w:pPr>
      <w:r>
        <w:t>住宿：薄荷岛</w:t>
      </w:r>
    </w:p>
    <w:p>
      <w:pPr>
        <w:keepNext/>
        <w:widowControl/>
        <w:spacing w:before="240"/>
      </w:pPr>
      <w:r>
        <w:t>第7天 薄荷岛送别：酒店退房与送机</w:t>
      </w:r>
    </w:p>
    <w:p>
      <w:pPr>
        <w:widowControl/>
      </w:pPr>
      <w:r>
        <w:t>该和薄荷岛说再见了，这里是开展探险活动的绝佳据点。为期7天的米沙鄢群岛团体游就此结束。司机会送您前往机场，您将继续前往下一个目的地。</w:t>
      </w:r>
    </w:p>
    <w:p>
      <w:pPr>
        <w:widowControl/>
      </w:pPr>
      <w:r>
        <w:t>感谢您选择亚洲奥德赛旅游（AOT）安排此次菲律宾之旅。我们随时为您服务，期待您下次菲律宾之行再次相见。祝您旅途平安！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菲律宾7天维萨亚斯群岛跟团游：长滩岛、宿务、薄荷岛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