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8天北疆跟团游：喀纳斯湖、禾木村和赛里木湖</w:t>
      </w:r>
    </w:p>
    <w:p>
      <w:pPr>
        <w:widowControl/>
      </w:pPr>
      <w:r>
        <w:t>线路编号：AOT-SRT-A</w:t>
      </w:r>
    </w:p>
    <w:p>
      <w:pPr>
        <w:keepNext/>
        <w:widowControl/>
        <w:spacing w:before="240"/>
      </w:pPr>
      <w:r>
        <w:t>第1天 抵达新疆乌鲁木齐：接机服务与酒店入住</w:t>
      </w:r>
    </w:p>
    <w:p>
      <w:pPr>
        <w:widowControl/>
      </w:pPr>
      <w:r>
        <w:t>您好！欢迎来到新疆维吾尔自治区首府乌鲁木齐！我们的乌鲁木齐当地导游将在机场到达大厅等候您和同团旅伴，随后直接送您前往市中心。导游将协助您的团队办理酒店入住手续。（注意：请提前告知我们您的行程安排。）</w:t>
      </w:r>
    </w:p>
    <w:p>
      <w:pPr>
        <w:widowControl/>
      </w:pPr>
      <w:r>
        <w:t>乌鲁木齐是新疆维吾尔自治区的首府，也是世界上距离海洋最远的主要城市。历史上，乌鲁木齐曾是丝绸之路上的重要驿站，促进了中国与西方之间的贸易。这段历史留下了深远影响，使乌鲁木齐成为维吾尔族、汉族、哈萨克族等多个民族汇聚的城市，每个民族都为这座城市充满活力的文化做出了贡献。自然方面，这座城市被壮丽的天山山脉环绕。此外，它还拥有新疆维吾尔自治区博物馆等景点，游客可以在那里了解该地区的历史并观赏文物。乌鲁木齐的国际大巴扎是另一大亮点，提供各种香料、纺织品和手工艺品，让您体验当地生活。</w:t>
      </w:r>
    </w:p>
    <w:p>
      <w:pPr>
        <w:widowControl/>
      </w:pPr>
      <w:r>
        <w:t>抵达建议：乌鲁木齐地窝堡国际机场（IATA代码：URC）是乌鲁木齐的主要机场，乌鲁木齐是新疆维吾尔自治区的首府。乌鲁木齐地窝堡国际机场提供飞往中国许多主要城市的航班，如北京（约4小时）、西安（约3.5小时）、上海（约5.5小时）、广州（约5小时）、成都（约3.5小时）、兰州（约2.5小时）等。它也是飞往中亚城市的重要枢纽，包括伊斯兰堡、阿拉木图、阿斯塔纳（现称努尔苏丹）、杜尚别、伊斯坦布尔和德黑兰等。</w:t>
      </w:r>
    </w:p>
    <w:p>
      <w:pPr>
        <w:widowControl/>
      </w:pPr>
      <w:r>
        <w:t>乌鲁木齐自由活动建议（自行探索）：</w:t>
      </w:r>
    </w:p>
    <w:p>
      <w:pPr>
        <w:widowControl/>
      </w:pPr>
      <w:r>
        <w:t>乌鲁木齐大巴扎，又称新疆国际大巴扎，是一个充满活力的市场，是度过自由时间的好去处。您可以探索众多商店和摊位，选购各种当地产品，包括传统的维吾尔族服饰、地毯、手工艺品、丝绸围巾、珠宝、香料和干果。一定要品尝当地美食，如羊肉串、抓饭、馕和拉条子（手拉面）。此外，大巴扎本身的建筑也值得欣赏，其宏伟的尖塔、圆顶和精致的伊斯兰风格设计。</w:t>
      </w:r>
    </w:p>
    <w:p>
      <w:pPr>
        <w:widowControl/>
      </w:pPr>
      <w:r>
        <w:t>概述：乘飞机或火车抵达乌鲁木齐，送往乌鲁木齐市中心的酒店；自行探索城市。</w:t>
      </w:r>
    </w:p>
    <w:p>
      <w:pPr>
        <w:widowControl/>
      </w:pPr>
      <w:r>
        <w:t>景点：自由探索</w:t>
      </w:r>
    </w:p>
    <w:p>
      <w:pPr>
        <w:widowControl/>
      </w:pPr>
      <w:r>
        <w:t>交通与活动：旅游巴士</w:t>
      </w:r>
    </w:p>
    <w:p>
      <w:pPr>
        <w:widowControl/>
      </w:pPr>
      <w:r>
        <w:t>住宿：乌鲁木齐</w:t>
      </w:r>
    </w:p>
    <w:p>
      <w:pPr>
        <w:keepNext/>
        <w:widowControl/>
        <w:spacing w:before="240"/>
      </w:pPr>
      <w:r>
        <w:t>第2天 乌鲁木齐至富蕴县：天山天池与博格达山景</w:t>
      </w:r>
    </w:p>
    <w:p>
      <w:pPr>
        <w:widowControl/>
      </w:pPr>
      <w:r>
        <w:t>早餐后，导游和司机将在酒店接您和您的团队。随后乘车约70公里（约1至1.5小时）前往天山天池，这里是一处联合国教科文组织世界遗产。天池是一座宁静的高山湖泊，海拔约1980米（6500英尺），四周环绕着茂密的森林、雪峰和壮丽的景观。天池以清澈的湖水、博格达山的全景视野以及与古代神话传说的渊源而闻名，是值得一游的地方。其中一个传说与西王母有关，据说她曾在此设宴款待八仙。</w:t>
      </w:r>
    </w:p>
    <w:p>
      <w:pPr>
        <w:widowControl/>
      </w:pPr>
      <w:r>
        <w:t>抵达后，您将首先乘坐40分钟的观光巴士穿越壮丽的山地。然后步行10分钟到达风景如画的湖边。在天池周围悠闲漫步，呼吸山间新鲜空气，欣赏多样的动植物。</w:t>
      </w:r>
    </w:p>
    <w:p>
      <w:pPr>
        <w:widowControl/>
      </w:pPr>
      <w:r>
        <w:t>可选活动（需另行付费）：</w:t>
      </w:r>
    </w:p>
    <w:p>
      <w:pPr>
        <w:widowControl/>
      </w:pPr>
      <w:r>
        <w:t>乘船：在平静的湖面上乘船游览，感受湖光山色和雪峰倒影。</w:t>
      </w:r>
    </w:p>
    <w:p>
      <w:pPr>
        <w:widowControl/>
      </w:pPr>
      <w:r>
        <w:t>乘坐缆车：乘坐缆车前往马牙山，欣赏博格达山更加壮丽的景色。</w:t>
      </w:r>
    </w:p>
    <w:p>
      <w:pPr>
        <w:widowControl/>
      </w:pPr>
      <w:r>
        <w:t>游览结束后，乘车向北行驶415公里（约5小时）前往富蕴县。沿途景观逐渐变为准噶尔盆地内的戈壁沙漠。在古尔班通古特沙漠深处，您将经过一处野生动物天堂，那里是有蹄类动物的庇护所。在这里，您经常能看到野驴、野马和野骆驼。</w:t>
      </w:r>
    </w:p>
    <w:p>
      <w:pPr>
        <w:widowControl/>
      </w:pPr>
      <w:r>
        <w:t>富蕴县位于阿尔泰山脉之中，是乌鲁木齐至喀纳斯湖路线上的中途停靠点，拥有广阔的草原、沙漠和河流。抵达后，您可以看见美丽的额尔齐斯河流经整个县城，游览额尔齐斯河沿岸迷人的河滨公园，感受当地哈萨克族的文化风情。</w:t>
      </w:r>
    </w:p>
    <w:p>
      <w:pPr>
        <w:widowControl/>
      </w:pPr>
      <w:r>
        <w:t>您和您的团队将在富蕴过夜。</w:t>
      </w:r>
    </w:p>
    <w:p>
      <w:pPr>
        <w:widowControl/>
      </w:pPr>
      <w:r>
        <w:t>概述：游览宁静的天山天池，欣赏壮丽的景色，然后继续前往富蕴。（含早餐）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住宿：富蕴县</w:t>
      </w:r>
    </w:p>
    <w:p>
      <w:pPr>
        <w:keepNext/>
        <w:widowControl/>
        <w:spacing w:before="240"/>
      </w:pPr>
      <w:r>
        <w:t>第3天 富蕴至布尔津｜可可托海国家地质公园、五彩滩</w:t>
      </w:r>
    </w:p>
    <w:p>
      <w:pPr>
        <w:widowControl/>
      </w:pPr>
      <w:r>
        <w:t>早餐后，您和同行伙伴将乘车前往可可托海国家地质公园（约1小时，52公里）。可可托海占地超过788平方公里，拥有多样的地质地貌，包括崎岖的山脉、深邃的峡谷和广袤的草原。雄伟的阿尔泰山为公园提供了壮丽的背景，是徒步和远足的绝佳去处。</w:t>
      </w:r>
    </w:p>
    <w:p>
      <w:pPr>
        <w:widowControl/>
      </w:pPr>
      <w:r>
        <w:t>抵达后，您的团队将乘坐观光车沿额尔齐斯河游览，欣赏令人叹为观止的风景。您将有机会探索白桦林，这片森林生长在河流的凸岸，面积达1.5平方公里。森林由三个大小不一的岛屿组成，主要生长着白桦树以及一些西伯利亚杨树，属于温带山地阔叶次生林。</w:t>
      </w:r>
    </w:p>
    <w:p>
      <w:pPr>
        <w:widowControl/>
      </w:pPr>
      <w:r>
        <w:t>接下来，参观可可苏里，位于富蕴县吐尔洪盆地的东北部。这片天然形成的湿地由周围山区的融雪形成，拥有清澈碧绿的水域，富含水生动植物。夏秋季节，大量的红雁、白天鹅、灰鹤、沙鸥和野鸭聚集于此繁殖。秋天，湖面上盛开着芦苇，20多个芦苇岛随风摇曳，野鸭嬉戏，生机勃勃。</w:t>
      </w:r>
    </w:p>
    <w:p>
      <w:pPr>
        <w:widowControl/>
      </w:pPr>
      <w:r>
        <w:t>您还可以欣赏神钟山，又称阿米尔萨拉峰，这是一座独特的花岗岩尖峰，形似钟。它从河南岸的平地上拔地而起，海拔1608米，相对高差365米，是阿尔泰山中最风景如画的山峰之一。岩壁缝隙中生长着白桦、青松和西伯利亚云杉。由于同心圆层理，山体表面光滑而陡峭，这是由霜冻风化和沿这些平面的侵蚀形成的。</w:t>
      </w:r>
    </w:p>
    <w:p>
      <w:pPr>
        <w:widowControl/>
      </w:pPr>
      <w:r>
        <w:t>之后，离开富蕴县前往布尔津，距离约340公里，车程5-5.5小时。傍晚时分，您将游览五彩滩。这片河滩位于清澈的额尔齐斯河畔，色彩斑斓的岩石与平静倒映的河面形成鲜明对比。其独特之美源于数百万年风蚀水蚀形成的多彩岩层。景观呈现出鲜艳的红色、黄色、绿色、紫色和白色，营造出超现实、超凡脱俗的景象，尤其在夕阳照耀下。该地区类似张掖国家地质公园，因此被称为“小张掖”。</w:t>
      </w:r>
    </w:p>
    <w:p>
      <w:pPr>
        <w:widowControl/>
      </w:pPr>
      <w:r>
        <w:t>在这个景区，您可以沿着维护良好的步道漫步，惊叹于色彩鲜艳的岩层。您还可以欣赏额尔齐斯河对岸的胡杨林。河流如一条宁静的丝带，倒映着两岸的绚丽色彩，奏响大自然最美颜色的交响乐。日落景观：游览五彩滩的最佳时间是傍晚，尤其是日落时分。当阳光照射在岩石上，它们会呈现出五彩缤纷的色调。建议在日落前1-2小时抵达，以充分欣赏美景。</w:t>
      </w:r>
    </w:p>
    <w:p>
      <w:pPr>
        <w:widowControl/>
      </w:pPr>
      <w:r>
        <w:t>游览结束后，您将被送往布尔津县，在那里过夜。</w:t>
      </w:r>
    </w:p>
    <w:p>
      <w:pPr>
        <w:widowControl/>
      </w:pPr>
      <w:r>
        <w:t>概述：前往可可托海，一个地质奇观，然后参观布尔津五彩滩。（含早餐）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住宿：布尔津</w:t>
      </w:r>
    </w:p>
    <w:p>
      <w:pPr>
        <w:keepNext/>
        <w:widowControl/>
        <w:spacing w:before="240"/>
      </w:pPr>
      <w:r>
        <w:t>第4天 布尔津至贾登峪：喀纳斯湖、游船、三湾</w:t>
      </w:r>
    </w:p>
    <w:p>
      <w:pPr>
        <w:widowControl/>
      </w:pPr>
      <w:r>
        <w:t>这一天，您和同行伙伴将从布尔津前往喀纳斯湖（122公里，车程约2至2.5小时）。“喀纳斯”是蒙古语，意为“美丽而神秘的湖”。喀纳斯湖被誉为中国最迷人的湖泊之一，四周环绕着高耸的雪峰、翠绿的山坡和茂密的森林。这种湖光山色的绝美组合，为它赢得了“神的后花园”的美誉。作为中国最深的冰川堰塞湖，它宛如一颗璀璨的明珠。秋天的喀纳斯湖尤为神奇，绽放出万花筒般的色彩——金黄的树叶、皑皑的雪山和碧绿的湖水。</w:t>
      </w:r>
    </w:p>
    <w:p>
      <w:pPr>
        <w:widowControl/>
      </w:pPr>
      <w:r>
        <w:t>抵达后，您将先从贾登峪游客中心乘坐观光车前往喀纳斯湖。第一站是观鱼亭，因该区域多次有人目击所谓的“湖怪”而得名。从亭中，您可以欣赏到壮丽的喀纳斯湖全景。湖面如同一面巨大的镜子，倒映着周围的雪山、森林和蓝天。（步行提示：登上观鱼亭需要爬约1068级台阶，对体力有一定要求。）</w:t>
      </w:r>
    </w:p>
    <w:p>
      <w:pPr>
        <w:widowControl/>
      </w:pPr>
      <w:r>
        <w:t>随后，您将在湖边栈道上悠闲漫步，欣赏更多美丽的风景。接着，您将享受一次宁静放松的喀纳斯湖游船之旅，领略碧绿湖水与周围雪峰、茂密森林交相辉映的景色。</w:t>
      </w:r>
    </w:p>
    <w:p>
      <w:pPr>
        <w:widowControl/>
      </w:pPr>
      <w:r>
        <w:t>之后，继续前往三湾：神仙湾、月亮湾和卧龙湾。乘坐观光车，第一站是神仙湾。湖面如镜，被薄雾轻轻笼罩。远处，金色、红色和橙色交织成一片迷人的森林，宛如仙境。接下来前往月亮湾。步行一小段路，即可欣赏到海湾的全景。乍一看，您会注意到一抹蓝宝石般的蓝色，像一颗镶嵌在森林中的宝石。因形似新月而得名，它是喀纳斯湖最璀璨的明珠。之后，您可以乘坐巴士或徒步前往卧龙湾。有一条木栈道通向湖边，您可以沉浸在迷人的景色中。秋天，卧龙湾更加宁静，被绚丽的秋色包裹。红黄相间的树木、碧绿的湖水和迷人的山脉，简直令人叹为观止！</w:t>
      </w:r>
    </w:p>
    <w:p>
      <w:pPr>
        <w:widowControl/>
      </w:pPr>
      <w:r>
        <w:t>游览结束后，前往贾登峪住宿。</w:t>
      </w:r>
    </w:p>
    <w:p>
      <w:pPr>
        <w:widowControl/>
      </w:pPr>
      <w:r>
        <w:t>概述：探索迷人的喀纳斯景区。游览三湾并乘坐游船。（含早餐）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交通与活动：大巴、观光车</w:t>
      </w:r>
    </w:p>
    <w:p>
      <w:pPr>
        <w:widowControl/>
      </w:pPr>
      <w:r>
        <w:t>用餐：早餐</w:t>
      </w:r>
    </w:p>
    <w:p>
      <w:pPr>
        <w:widowControl/>
      </w:pPr>
      <w:r>
        <w:t>住宿：贾登峪</w:t>
      </w:r>
    </w:p>
    <w:p>
      <w:pPr>
        <w:keepNext/>
        <w:widowControl/>
        <w:spacing w:before="240"/>
      </w:pPr>
      <w:r>
        <w:t>第5天 贾登峪－禾木－布尔津｜禾木村</w:t>
      </w:r>
    </w:p>
    <w:p>
      <w:pPr>
        <w:widowControl/>
      </w:pPr>
      <w:r>
        <w:t>早餐后，团队从喀纳斯湖地区出发前往禾木村，车程约1小时。</w:t>
      </w:r>
    </w:p>
    <w:p>
      <w:pPr>
        <w:widowControl/>
      </w:pPr>
      <w:r>
        <w:t>禾木村位于新疆北部阿勒泰山脉中，是一个偏远而风景如画的村庄，常被称为中国最美的村庄之一。这里以传统木屋、辽阔草原、茂密白桦林和壮丽山景闻名，可以感受到当地简朴的生活方式。当地居住着哈萨克族和图瓦族原住民，他们保持着游牧生活方式，与自然有着深厚的联系。村里有马车和质朴的木屋，让时光仿佛倒流，更添魅力。（禾木夏秋摄影：夏季，禾木绿意盎然，野花盛开。秋季，整个世界变成一幅生动的画卷，山峦被染成金色、橙色和红色的绚烂色彩。）</w:t>
      </w:r>
    </w:p>
    <w:p>
      <w:pPr>
        <w:widowControl/>
      </w:pPr>
      <w:r>
        <w:t>抵达禾木后，乘坐观光巴士前往服务中心，然后继续前往禾木村。自由探索这个诗意的村庄，品尝当地美食，拍摄雪山、白桦林和传统木屋的照片。</w:t>
      </w:r>
    </w:p>
    <w:p>
      <w:pPr>
        <w:widowControl/>
      </w:pPr>
      <w:r>
        <w:t>游览结束后，团队将乘车前往布尔津，距离约156公里，车程约3小时。当晚入住布尔津县。</w:t>
      </w:r>
    </w:p>
    <w:p>
      <w:pPr>
        <w:widowControl/>
      </w:pPr>
      <w:r>
        <w:t>概述：游览以质朴木屋和绝美自然风光闻名的禾木村。傍晚返回布尔津。（含早餐）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交通与活动：大巴、观光巴士</w:t>
      </w:r>
    </w:p>
    <w:p>
      <w:pPr>
        <w:widowControl/>
      </w:pPr>
      <w:r>
        <w:t>用餐：早餐</w:t>
      </w:r>
    </w:p>
    <w:p>
      <w:pPr>
        <w:widowControl/>
      </w:pPr>
      <w:r>
        <w:t>住宿：布尔津</w:t>
      </w:r>
    </w:p>
    <w:p>
      <w:pPr>
        <w:keepNext/>
        <w:widowControl/>
        <w:spacing w:before="240"/>
      </w:pPr>
      <w:r>
        <w:t>第6天 布尔津至奎屯，克拉玛依乌尔禾魔鬼城</w:t>
      </w:r>
    </w:p>
    <w:p>
      <w:pPr>
        <w:widowControl/>
      </w:pPr>
      <w:r>
        <w:t>早餐后，告别布尔津，乘车前往克拉玛依乌尔禾魔鬼城（约236公里，车程约3小时）。克拉玛依乌尔禾魔鬼城又称乌尔禾风城，是中国雅丹地貌的典型代表，被《中国国家地理》评为“中国最美的三大雅丹”第一名。</w:t>
      </w:r>
    </w:p>
    <w:p>
      <w:pPr>
        <w:widowControl/>
      </w:pPr>
      <w:r>
        <w:t>这里以奇特怪异的岩石形态闻名，历经千年风蚀和水蚀，形成气势恢宏、超现实的景观。它被称为“魔鬼城”，是因为风吹过岩石时会发出凄厉的呼啸声，犹如鬼哭狼嚎。这里也是电影《卧虎藏龙》的取景地之一。您将乘坐观光车游览景区，步行穿行于高耸的雅丹地貌之间，寻找形似城堡、人脸和动物的岩石造型，这是一种引人入胜的体验。</w:t>
      </w:r>
    </w:p>
    <w:p>
      <w:pPr>
        <w:widowControl/>
      </w:pPr>
      <w:r>
        <w:t>游览结束后，团队将乘车前往奎屯（约245公里，车程2.5至3小时）。夜宿奎屯。</w:t>
      </w:r>
    </w:p>
    <w:p>
      <w:pPr>
        <w:widowControl/>
      </w:pPr>
      <w:r>
        <w:t>概述：前往世界魔鬼城，探访独特的风蚀地貌，景观诡异而壮观。（含早餐）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住宿：奎屯</w:t>
      </w:r>
    </w:p>
    <w:p>
      <w:pPr>
        <w:keepNext/>
        <w:widowControl/>
        <w:spacing w:before="240"/>
      </w:pPr>
      <w:r>
        <w:t>第7天 奎屯到伊宁，途经赛里木湖</w:t>
      </w:r>
    </w:p>
    <w:p>
      <w:pPr>
        <w:widowControl/>
      </w:pPr>
      <w:r>
        <w:t>早餐后，团队将从奎屯前往赛里木湖（约310公里，3.5小时车程）。赛里木湖海拔2071米，是隐藏在雄伟天山山脉中的一颗宁静明珠。这座巨大的椭圆形湖泊东西长30公里，南北宽25公里，面积达453平方公里，令人叹为观止。作为内陆湖，它常被称为“大西洋的最后一滴眼泪”，这个名字很好地体现了它空灵的美感和偏远的位置。</w:t>
      </w:r>
    </w:p>
    <w:p>
      <w:pPr>
        <w:widowControl/>
      </w:pPr>
      <w:r>
        <w:t>游览赛里木湖的旅行提示：</w:t>
      </w:r>
    </w:p>
    <w:p>
      <w:pPr>
        <w:widowControl/>
      </w:pPr>
      <w:r>
        <w:t>从东门开始探索：从东门开始您的旅程，方便进入，并在游览之初就能欣赏到壮丽的景色。</w:t>
      </w:r>
    </w:p>
    <w:p>
      <w:pPr>
        <w:widowControl/>
      </w:pPr>
      <w:r>
        <w:t>环湖公路：整个环赛里木湖的公路是一条90公里的环形路线，完成全程观光游览大约需要5-6小时。根据今天的行程和实际情况，您将游览湖泊的一部分。</w:t>
      </w:r>
    </w:p>
    <w:p>
      <w:pPr>
        <w:widowControl/>
      </w:pPr>
      <w:r>
        <w:t>日落景观：如果天气允许，不要错过湖上壮观的日落，这是体验的真正亮点。</w:t>
      </w:r>
    </w:p>
    <w:p>
      <w:pPr>
        <w:widowControl/>
      </w:pPr>
      <w:r>
        <w:t>最佳游览时间：6月至8月是游览赛里木湖的完美时间，天气温暖，天空晴朗，鲜花盛开。这些夏季月份非常适合户外活动和水上娱乐，在这个旺季吸引了最多的游客。</w:t>
      </w:r>
    </w:p>
    <w:p>
      <w:pPr>
        <w:widowControl/>
      </w:pPr>
      <w:r>
        <w:t>游览结束后，您将被送往伊宁市住宿。祝您今晚睡个好觉。</w:t>
      </w:r>
    </w:p>
    <w:p>
      <w:pPr>
        <w:widowControl/>
      </w:pPr>
      <w:r>
        <w:t>概述：驱车前往伊宁，沿途欣赏赛里木湖美景。（含早餐）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住宿：伊宁</w:t>
      </w:r>
    </w:p>
    <w:p>
      <w:pPr>
        <w:keepNext/>
        <w:widowControl/>
        <w:spacing w:before="240"/>
      </w:pPr>
      <w:r>
        <w:t>第8天 伊宁出发：乘高铁前往乌鲁木齐</w:t>
      </w:r>
    </w:p>
    <w:p>
      <w:pPr>
        <w:widowControl/>
      </w:pPr>
      <w:r>
        <w:t>早餐后，送您和团队前往伊宁火车站，乘坐高铁前往乌鲁木齐（车程约5至5.5小时）。行程服务在新疆伊宁结束。</w:t>
      </w:r>
    </w:p>
    <w:p>
      <w:pPr>
        <w:widowControl/>
      </w:pPr>
      <w:r>
        <w:t>感谢您选择亚洲奥德赛旅游，参加此次中国新疆之旅。我们致力于为您带来更好的旅行体验，期待在您下一次前往中国及亚洲其他目的地时再次为您服务。祝您一路平安！</w:t>
      </w:r>
    </w:p>
    <w:p>
      <w:pPr>
        <w:widowControl/>
      </w:pPr>
      <w:r>
        <w:t>概述：乘坐火车返回乌鲁木齐，为您的旅程画上句号。（含早餐）</w:t>
      </w:r>
    </w:p>
    <w:p>
      <w:pPr>
        <w:widowControl/>
      </w:pPr>
      <w:r>
        <w:t>交通与活动：高铁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8天北疆跟团游：喀纳斯湖、禾木村和赛里木湖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