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12天北疆小团游：从喀纳斯湖到那拉提草原的自然公路之旅</w:t>
      </w:r>
    </w:p>
    <w:p>
      <w:pPr>
        <w:widowControl/>
      </w:pPr>
      <w:r>
        <w:t>线路编号：AOT-SRT-B</w:t>
      </w:r>
    </w:p>
    <w:p>
      <w:pPr>
        <w:keepNext/>
        <w:widowControl/>
        <w:spacing w:before="240"/>
      </w:pPr>
      <w:r>
        <w:t>第1天 抵达新疆乌鲁木齐：接机服务与酒店入住</w:t>
      </w:r>
    </w:p>
    <w:p>
      <w:pPr>
        <w:widowControl/>
      </w:pPr>
      <w:r>
        <w:t>您好！欢迎来到新疆维吾尔自治区首府乌鲁木齐！我们的乌鲁木齐当地导游将在机场到达大厅等候您和同团旅伴，随后直接送您前往市中心。导游将协助您的团队办理酒店入住手续。（注意：请提前告知我们您的行程安排。）</w:t>
      </w:r>
    </w:p>
    <w:p>
      <w:pPr>
        <w:widowControl/>
      </w:pPr>
      <w:r>
        <w:t>乌鲁木齐是新疆维吾尔自治区的首府，也是世界上距离海洋最远的主要城市。历史上，乌鲁木齐曾是丝绸之路上的重要驿站，促进了中国与西方之间的贸易。这段历史留下了深远影响，使乌鲁木齐成为维吾尔族、汉族、哈萨克族等多个民族汇聚的城市，每个民族都为这座城市充满活力的文化做出了贡献。自然方面，这座城市被壮丽的天山山脉环绕。此外，它还拥有新疆维吾尔自治区博物馆等景点，游客可以在那里了解该地区的历史并观赏文物。乌鲁木齐的国际大巴扎是另一大亮点，提供各种香料、纺织品和手工艺品，让您体验当地生活。</w:t>
      </w:r>
    </w:p>
    <w:p>
      <w:pPr>
        <w:widowControl/>
      </w:pPr>
      <w:r>
        <w:t>抵达建议：乌鲁木齐地窝堡国际机场（IATA代码：URC）是乌鲁木齐的主要机场，乌鲁木齐是新疆维吾尔自治区的首府。乌鲁木齐地窝堡国际机场提供飞往中国许多主要城市的航班，如北京（约4小时）、西安（约3.5小时）、上海（约5.5小时）、广州（约5小时）、成都（约3.5小时）、兰州（约2.5小时）等。它也是飞往中亚城市的重要枢纽，包括伊斯兰堡、阿拉木图、阿斯塔纳（现称努尔苏丹）、杜尚别、伊斯坦布尔和德黑兰等。</w:t>
      </w:r>
    </w:p>
    <w:p>
      <w:pPr>
        <w:widowControl/>
      </w:pPr>
      <w:r>
        <w:t>乌鲁木齐自由活动建议（自行探索）：</w:t>
      </w:r>
    </w:p>
    <w:p>
      <w:pPr>
        <w:widowControl/>
      </w:pPr>
      <w:r>
        <w:t>乌鲁木齐大巴扎，又称新疆国际大巴扎，是一个充满活力的市场，是度过自由时间的好去处。您可以探索众多商店和摊位，选购各种当地产品，包括传统的维吾尔族服饰、地毯、手工艺品、丝绸围巾、珠宝、香料和干果。一定要品尝当地美食，如羊肉串、抓饭、馕和拉条子（手拉面）。此外，大巴扎本身的建筑也值得欣赏，其宏伟的尖塔、圆顶和精致的伊斯兰风格设计。</w:t>
      </w:r>
    </w:p>
    <w:p>
      <w:pPr>
        <w:widowControl/>
      </w:pPr>
      <w:r>
        <w:t>概述：乘飞机或火车抵达乌鲁木齐，送往乌鲁木齐市中心的酒店；自行探索城市。</w:t>
      </w:r>
    </w:p>
    <w:p>
      <w:pPr>
        <w:widowControl/>
      </w:pPr>
      <w:r>
        <w:t>景点：自由探索</w:t>
      </w:r>
    </w:p>
    <w:p>
      <w:pPr>
        <w:widowControl/>
      </w:pPr>
      <w:r>
        <w:t>交通与活动：旅游巴士</w:t>
      </w:r>
    </w:p>
    <w:p>
      <w:pPr>
        <w:widowControl/>
      </w:pPr>
      <w:r>
        <w:t>住宿：乌鲁木齐</w:t>
      </w:r>
    </w:p>
    <w:p>
      <w:pPr>
        <w:keepNext/>
        <w:widowControl/>
        <w:spacing w:before="240"/>
      </w:pPr>
      <w:r>
        <w:t>第2天 乌鲁木齐至富蕴县 | 天山天池与博格达峰风光</w:t>
      </w:r>
    </w:p>
    <w:p>
      <w:pPr>
        <w:widowControl/>
      </w:pPr>
      <w:r>
        <w:t>海拔：1,980米（天池）</w:t>
      </w:r>
    </w:p>
    <w:p>
      <w:pPr>
        <w:widowControl/>
      </w:pPr>
      <w:r>
        <w:t>车程：70公里/1-1.5小时至天池，然后415公里/5小时至富蕴</w:t>
      </w:r>
    </w:p>
    <w:p>
      <w:pPr>
        <w:widowControl/>
      </w:pPr>
      <w:r>
        <w:t>早餐后，导游和司机将在酒店接您和您的团队。驱车约70公里（约1-1.5小时）前往天山天池，这是一处联合国教科文组织世界遗产。这座宁静的高山湖泊海拔约1,980米（6,500英尺），四周环绕着茂密的森林、雪峰和壮丽的景观。天池以其清澈的湖水、开阔的博格达峰风光以及与古代神话传说的渊源而闻名，是值得一游的地方。其中一个传说涉及西王母，据说她曾在此宴请八仙。</w:t>
      </w:r>
    </w:p>
    <w:p>
      <w:pPr>
        <w:widowControl/>
      </w:pPr>
      <w:r>
        <w:t>抵达后，您将首先乘坐40分钟的观光巴士穿过壮丽的山脉。然后步行10分钟即可到达风景如画的湖泊。沿着天池悠闲漫步，呼吸山间新鲜空气，欣赏多样的动植物。</w:t>
      </w:r>
    </w:p>
    <w:p>
      <w:pPr>
        <w:widowControl/>
      </w:pPr>
      <w:r>
        <w:t>可选活动（需额外付费）：</w:t>
      </w:r>
    </w:p>
    <w:p>
      <w:pPr>
        <w:widowControl/>
      </w:pPr>
      <w:r>
        <w:t>游船：在平静的湖面上乘船游览，欣赏湖光山色和雪峰倒影。</w:t>
      </w:r>
    </w:p>
    <w:p>
      <w:pPr>
        <w:widowControl/>
      </w:pPr>
      <w:r>
        <w:t>缆车：乘坐缆车前往马牙山，从更高处欣赏博格达峰的壮丽景色。</w:t>
      </w:r>
    </w:p>
    <w:p>
      <w:pPr>
        <w:widowControl/>
      </w:pPr>
      <w:r>
        <w:t>游览结束后，驱车415公里（约5小时）向北前往富蕴县。沿途，景观逐渐变为准噶尔盆地内的戈壁沙漠。在古尔班通古特沙漠深处，您将来到一处野生动物天堂，也是蹄类动物的庇护所。在这里，您经常能看到野驴、野马和野骆驼。</w:t>
      </w:r>
    </w:p>
    <w:p>
      <w:pPr>
        <w:widowControl/>
      </w:pPr>
      <w:r>
        <w:t>富蕴县坐落在阿尔泰山脉中，是乌鲁木齐至喀纳斯湖路线上的中途停靠点，拥有广阔的草原、沙漠和河流。抵达后，您可以观赏美丽的额尔齐斯河贯穿整个县城，游览额尔齐斯河沿岸迷人的河滨公园，感受当地独特的哈萨克文化。</w:t>
      </w:r>
    </w:p>
    <w:p>
      <w:pPr>
        <w:widowControl/>
      </w:pPr>
      <w:r>
        <w:t>您和您的团队将在富蕴过夜。</w:t>
      </w:r>
    </w:p>
    <w:p>
      <w:pPr>
        <w:widowControl/>
      </w:pPr>
      <w:r>
        <w:t>概述：游览宁静的天山天池，欣赏壮丽景色，然后继续前往富蕴。（含早餐）</w:t>
      </w:r>
    </w:p>
    <w:p>
      <w:pPr>
        <w:widowControl/>
      </w:pPr>
      <w:r>
        <w:t>景点：1个景点</w:t>
      </w:r>
    </w:p>
    <w:p>
      <w:pPr>
        <w:widowControl/>
      </w:pPr>
      <w:r>
        <w:t>交通与活动：旅游大巴</w:t>
      </w:r>
    </w:p>
    <w:p>
      <w:pPr>
        <w:widowControl/>
      </w:pPr>
      <w:r>
        <w:t>用餐：早餐</w:t>
      </w:r>
    </w:p>
    <w:p>
      <w:pPr>
        <w:widowControl/>
      </w:pPr>
      <w:r>
        <w:t>住宿：富蕴县</w:t>
      </w:r>
    </w:p>
    <w:p>
      <w:pPr>
        <w:keepNext/>
        <w:widowControl/>
        <w:spacing w:before="240"/>
      </w:pPr>
      <w:r>
        <w:t>第3天 富蕴至布尔津：可可托海国家地质公园与五彩滩</w:t>
      </w:r>
    </w:p>
    <w:p>
      <w:pPr>
        <w:widowControl/>
      </w:pPr>
      <w:r>
        <w:t>车程：52公里/1小时至可可托海；340公里/5-5.5小时至布尔津 |</w:t>
      </w:r>
    </w:p>
    <w:p>
      <w:pPr>
        <w:widowControl/>
      </w:pPr>
      <w:r>
        <w:t>体力提示：可可托海徒步地形（崎岖山峰、峡谷）</w:t>
      </w:r>
    </w:p>
    <w:p>
      <w:pPr>
        <w:widowControl/>
      </w:pPr>
      <w:r>
        <w:t>海拔：约1,370米（喀纳斯湖）</w:t>
      </w:r>
    </w:p>
    <w:p>
      <w:pPr>
        <w:widowControl/>
      </w:pPr>
      <w:r>
        <w:t>早餐后，您和同行伙伴将前往可可托海国家地质公园（约1小时，52公里外）。可可托海占地超过788平方公里，拥有多种地质地貌，包括崎岖的山脉、深邃的峡谷和广袤的草原。雄伟的阿尔泰山脉为公园提供了壮丽的背景，为徒步和远足提供了绝佳机会。</w:t>
      </w:r>
    </w:p>
    <w:p>
      <w:pPr>
        <w:widowControl/>
      </w:pPr>
      <w:r>
        <w:t>抵达后，您的团队将乘坐观光车沿额尔齐斯河游览，欣赏壮美的景观。您将有机会探索白桦林，它生长在河流的凸岸，占地1.5平方公里。这片森林由三个大小不一的岛屿组成，主要生长白桦树以及一些西伯利亚杨树，属于温带山地阔叶次生林。</w:t>
      </w:r>
    </w:p>
    <w:p>
      <w:pPr>
        <w:widowControl/>
      </w:pPr>
      <w:r>
        <w:t>接下来，参观可可苏里，位于富蕴县吐尔洪盆地东北部。这片天然形成的湿地由周围山区的融雪形成，拥有清澈碧绿的水域，富含水生动植物。夏秋季节，大量红雁、白天鹅、灰鹤、沙鸥和野鸭聚集于此繁殖。秋季，湖面上盛开着芦苇，20多个芦苇岛随风摇曳，野鸭嬉戏，生机盎然。</w:t>
      </w:r>
    </w:p>
    <w:p>
      <w:pPr>
        <w:widowControl/>
      </w:pPr>
      <w:r>
        <w:t>您还可以欣赏神钟山，又称阿米尔萨拉峰，一座独特的形似钟的花岗岩尖峰。它从河南岸的平地上拔地而起，海拔1,608米，相对高差365米，是阿尔泰山中最具风景的山峰之一。岩壁缝隙中生长着白桦树、青松和西伯利亚云杉。山体表面因同心圆状层理，沿这些平面受霜冻风化和侵蚀，形成光滑而陡峭的坡面。</w:t>
      </w:r>
    </w:p>
    <w:p>
      <w:pPr>
        <w:widowControl/>
      </w:pPr>
      <w:r>
        <w:t>之后，离开富蕴县前往布尔津，距离约340公里，车程5-5.5小时。傍晚时分，您将游览五彩滩。这片滩地位于清澈的额尔齐斯河畔，色彩斑斓的岩石与平静倒映的河面形成鲜明对比。其独特之美来自数百万年风蚀水蚀形成的多色岩层。景观呈现红色、黄色、绿色、紫色和白色等鲜艳色调，营造出超现实、异世界的场景，尤其在夕阳照耀下。该地区类似张掖国家地质公园，因此被称为“小张掖”。</w:t>
      </w:r>
    </w:p>
    <w:p>
      <w:pPr>
        <w:widowControl/>
      </w:pPr>
      <w:r>
        <w:t>在这个景区，您可以沿着维护良好的步道漫步，欣赏色彩鲜艳的岩层。您还可以欣赏额尔齐斯河对岸的胡杨林。河流如一条宁静的丝带，映照着两岸鲜艳的织锦，奏响大自然最美丽色彩的交响乐。日落景观：游览五彩滩的最佳时间是傍晚，尤其是日落时分。当阳光照在岩石上时，它们呈现出五彩缤纷的色调。建议在日落前1-2小时到达，以充分欣赏风景。</w:t>
      </w:r>
    </w:p>
    <w:p>
      <w:pPr>
        <w:widowControl/>
      </w:pPr>
      <w:r>
        <w:t>游览结束后，您将被送往布尔津县，并在那里过夜。</w:t>
      </w:r>
    </w:p>
    <w:p>
      <w:pPr>
        <w:widowControl/>
      </w:pPr>
      <w:r>
        <w:t>概述：前往地质奇观可可托海，然后游览布尔津色彩斑斓的五彩滩。（含早餐）</w:t>
      </w:r>
    </w:p>
    <w:p>
      <w:pPr>
        <w:widowControl/>
      </w:pPr>
      <w:r>
        <w:t>景点：2个景点</w:t>
      </w:r>
    </w:p>
    <w:p>
      <w:pPr>
        <w:widowControl/>
      </w:pPr>
      <w:r>
        <w:t>交通与活动：大巴</w:t>
      </w:r>
    </w:p>
    <w:p>
      <w:pPr>
        <w:widowControl/>
      </w:pPr>
      <w:r>
        <w:t>用餐：早餐</w:t>
      </w:r>
    </w:p>
    <w:p>
      <w:pPr>
        <w:widowControl/>
      </w:pPr>
      <w:r>
        <w:t>住宿：布尔津</w:t>
      </w:r>
    </w:p>
    <w:p>
      <w:pPr>
        <w:keepNext/>
        <w:widowControl/>
        <w:spacing w:before="240"/>
      </w:pPr>
      <w:r>
        <w:t>第4天 布尔津至贾登峪：喀纳斯湖、三湾与观鱼亭</w:t>
      </w:r>
    </w:p>
    <w:p>
      <w:pPr>
        <w:widowControl/>
      </w:pPr>
      <w:r>
        <w:t>驾车：122公里，约2至2.5小时到达喀纳斯湖</w:t>
      </w:r>
    </w:p>
    <w:p>
      <w:pPr>
        <w:widowControl/>
      </w:pPr>
      <w:r>
        <w:t>体力提示：前往观鱼亭需攀登约1,068级台阶</w:t>
      </w:r>
    </w:p>
    <w:p>
      <w:pPr>
        <w:widowControl/>
      </w:pPr>
      <w:r>
        <w:t>今天从布尔津前往喀纳斯湖（122公里，约2至2.5小时）。"喀纳斯"在蒙古语中意为"美丽而神秘的湖泊"，是中国最美丽的湖泊之一，四周雪山环绕、森林茂密，因此被称为"神的后花园"。作为中国最深的冰川堰塞湖，喀纳斯在秋季格外迷人，金黄色的树叶与雪山、碧绿的湖水相互映衬。</w:t>
      </w:r>
    </w:p>
    <w:p>
      <w:pPr>
        <w:widowControl/>
      </w:pPr>
      <w:r>
        <w:t>抵达后，从贾登峪游客中心乘坐观光车前往喀纳斯湖。第一站是观鱼亭，因据称有"湖怪"出没而得名，在这里可以俯瞰喀纳斯湖全景，平静如镜的湖面倒映着雪山、森林和天空。（提示：登上观鱼亭需要攀登约1,068级台阶，对体力有一定要求。）</w:t>
      </w:r>
    </w:p>
    <w:p>
      <w:pPr>
        <w:widowControl/>
      </w:pPr>
      <w:r>
        <w:t>之后，您将在湖边的木栈道上悠闲漫步，欣赏更多美丽的景色。（可选活动：您将乘坐喀纳斯湖游船，在轻松宁静的氛围中欣赏被雪山和茂密森林环绕的碧绿湖水。）</w:t>
      </w:r>
    </w:p>
    <w:p>
      <w:pPr>
        <w:widowControl/>
      </w:pPr>
      <w:r>
        <w:t>继续乘坐观光车前往三湾。第一站是神仙湾，平静如镜的湖面笼罩着薄雾，远处金黄、火红和橙色的森林营造出童话般的景色。下一站是月亮湾，在树丛中呈现出一弯醒目的蓝宝石色新月，被视为喀纳斯湖最璀璨的明珠。最后一站是卧龙湾，可乘观光车或步行到达。</w:t>
      </w:r>
    </w:p>
    <w:p>
      <w:pPr>
        <w:widowControl/>
      </w:pPr>
      <w:r>
        <w:t>游览结束后，乘车前往贾登峪住宿。</w:t>
      </w:r>
    </w:p>
    <w:p>
      <w:pPr>
        <w:widowControl/>
      </w:pPr>
      <w:r>
        <w:t>概述：探索迷人的喀纳斯景区，游览三湾和观鱼亭。（含早餐）</w:t>
      </w:r>
    </w:p>
    <w:p>
      <w:pPr>
        <w:widowControl/>
      </w:pPr>
      <w:r>
        <w:t>景点：1个景点</w:t>
      </w:r>
    </w:p>
    <w:p>
      <w:pPr>
        <w:widowControl/>
      </w:pPr>
      <w:r>
        <w:t>交通与活动：大巴、观光车</w:t>
      </w:r>
    </w:p>
    <w:p>
      <w:pPr>
        <w:widowControl/>
      </w:pPr>
      <w:r>
        <w:t>用餐：早餐</w:t>
      </w:r>
    </w:p>
    <w:p>
      <w:pPr>
        <w:widowControl/>
      </w:pPr>
      <w:r>
        <w:t>住宿：贾登峪</w:t>
      </w:r>
    </w:p>
    <w:p>
      <w:pPr>
        <w:keepNext/>
        <w:widowControl/>
        <w:spacing w:before="240"/>
      </w:pPr>
      <w:r>
        <w:t>第5天 贾登峪至禾木至布尔津｜禾木村</w:t>
      </w:r>
    </w:p>
    <w:p>
      <w:pPr>
        <w:widowControl/>
      </w:pPr>
      <w:r>
        <w:t>海拔：约1,600-1,700米（禾木村）</w:t>
      </w:r>
    </w:p>
    <w:p>
      <w:pPr>
        <w:widowControl/>
      </w:pPr>
      <w:r>
        <w:t>车程：约60公里/1小时至禾木；156公里/3小时至布尔津</w:t>
      </w:r>
    </w:p>
    <w:p>
      <w:pPr>
        <w:widowControl/>
      </w:pPr>
      <w:r>
        <w:t>早餐后，您的团队将从喀纳斯湖地区出发前往禾木村，车程1小时。</w:t>
      </w:r>
    </w:p>
    <w:p>
      <w:pPr>
        <w:widowControl/>
      </w:pPr>
      <w:r>
        <w:t>禾木村坐落在新疆北部阿尔泰山中，偏远而风景如画，常被称为中国最美的村庄之一。这里以传统的木屋、广袤的草原、茂密的白桦林和壮丽的山景闻名，可以感受到当地简朴的生活方式。这里是哈萨克族和图瓦族人的家园，他们保持着游牧生活方式，与自然有着深厚的联系。村庄仿佛让人回到过去，马车和质朴的木屋增添了它的魅力。（禾木夏季与秋季摄影：夏季，禾木呈现郁郁葱葱的绿意和盛开的野花。秋季，世界变成一幅生动的画卷，山峦被涂上金色、橙色和红色的鲜艳色彩。）</w:t>
      </w:r>
    </w:p>
    <w:p>
      <w:pPr>
        <w:widowControl/>
      </w:pPr>
      <w:r>
        <w:t>抵达禾木后，乘坐观光车前往服务中心，然后继续前往禾木村。自由探索这座诗意的村庄，品尝当地美食，拍摄雪山、白桦林和传统木屋的照片。</w:t>
      </w:r>
    </w:p>
    <w:p>
      <w:pPr>
        <w:widowControl/>
      </w:pPr>
      <w:r>
        <w:t>游览结束后，您的团队将前往布尔津，距离约156公里，车程3小时。您将在布尔津县过夜。</w:t>
      </w:r>
    </w:p>
    <w:p>
      <w:pPr>
        <w:widowControl/>
      </w:pPr>
      <w:r>
        <w:t>概述：游览以质朴木屋和绝美自然风光闻名的禾木村。傍晚返回布尔津。（含早餐）</w:t>
      </w:r>
    </w:p>
    <w:p>
      <w:pPr>
        <w:widowControl/>
      </w:pPr>
      <w:r>
        <w:t>景点：1个景点</w:t>
      </w:r>
    </w:p>
    <w:p>
      <w:pPr>
        <w:widowControl/>
      </w:pPr>
      <w:r>
        <w:t>交通与活动：大巴、观光车</w:t>
      </w:r>
    </w:p>
    <w:p>
      <w:pPr>
        <w:widowControl/>
      </w:pPr>
      <w:r>
        <w:t>用餐：早餐</w:t>
      </w:r>
    </w:p>
    <w:p>
      <w:pPr>
        <w:widowControl/>
      </w:pPr>
      <w:r>
        <w:t>住宿：布尔津</w:t>
      </w:r>
    </w:p>
    <w:p>
      <w:pPr>
        <w:keepNext/>
        <w:widowControl/>
        <w:spacing w:before="240"/>
      </w:pPr>
      <w:r>
        <w:t>第6天 布尔津至奎屯，克拉玛依乌尔禾魔鬼城</w:t>
      </w:r>
    </w:p>
    <w:p>
      <w:pPr>
        <w:widowControl/>
      </w:pPr>
      <w:r>
        <w:t>海拔：约350米（克拉玛依乌尔禾魔鬼城）</w:t>
      </w:r>
    </w:p>
    <w:p>
      <w:pPr>
        <w:widowControl/>
      </w:pPr>
      <w:r>
        <w:t>车程：至魔鬼城236公里，约3小时；至奎屯245公里，约2.5至3小时</w:t>
      </w:r>
    </w:p>
    <w:p>
      <w:pPr>
        <w:widowControl/>
      </w:pPr>
      <w:r>
        <w:t>早餐后，告别布尔津，前往克拉玛依乌尔禾魔鬼城（约236公里，3小时车程）。克拉玛依乌尔禾魔鬼城又称乌尔禾风城，是中国雅丹地貌的杰出代表，被《中国国家地理》评为“中国三大最美雅丹地貌”之首。</w:t>
      </w:r>
    </w:p>
    <w:p>
      <w:pPr>
        <w:widowControl/>
      </w:pPr>
      <w:r>
        <w:t>这里以形态怪异、仿若异世界的岩石闻名，经千百年风蚀与水蚀作用，形成了极具视觉冲击力的超现实景观。它被称为“魔鬼城”，是因为风吹过岩石时会发出怪异呼啸声，如同鬼哭狼嚎。这里也是电影《卧虎藏龙》的取景地。您将乘坐观光车游览，穿行于高耸的雅丹地貌之间，观赏形似城堡、人脸和动物的岩石。</w:t>
      </w:r>
    </w:p>
    <w:p>
      <w:pPr>
        <w:widowControl/>
      </w:pPr>
      <w:r>
        <w:t>游览结束后，团队将前往奎屯（约245公里，2.5至3小时车程）。夜宿奎屯。</w:t>
      </w:r>
    </w:p>
    <w:p>
      <w:pPr>
        <w:widowControl/>
      </w:pPr>
      <w:r>
        <w:t>概述：前往世界魔鬼城，观赏独特的地质奇观和风蚀地貌。（含早餐）</w:t>
      </w:r>
    </w:p>
    <w:p>
      <w:pPr>
        <w:widowControl/>
      </w:pPr>
      <w:r>
        <w:t>景点：1个景点</w:t>
      </w:r>
    </w:p>
    <w:p>
      <w:pPr>
        <w:widowControl/>
      </w:pPr>
      <w:r>
        <w:t>交通与活动：旅游大巴</w:t>
      </w:r>
    </w:p>
    <w:p>
      <w:pPr>
        <w:widowControl/>
      </w:pPr>
      <w:r>
        <w:t>用餐：早餐</w:t>
      </w:r>
    </w:p>
    <w:p>
      <w:pPr>
        <w:widowControl/>
      </w:pPr>
      <w:r>
        <w:t>住宿：奎屯</w:t>
      </w:r>
    </w:p>
    <w:p>
      <w:pPr>
        <w:keepNext/>
        <w:widowControl/>
        <w:spacing w:before="240"/>
      </w:pPr>
      <w:r>
        <w:t>第7天 奎屯 - 伊宁 - 赛里木湖</w:t>
      </w:r>
    </w:p>
    <w:p>
      <w:pPr>
        <w:widowControl/>
      </w:pPr>
      <w:r>
        <w:t>海拔：2,071米（赛里木湖）</w:t>
      </w:r>
    </w:p>
    <w:p>
      <w:pPr>
        <w:widowControl/>
      </w:pPr>
      <w:r>
        <w:t>车程：310公里，约3.5小时至赛里木湖</w:t>
      </w:r>
    </w:p>
    <w:p>
      <w:pPr>
        <w:widowControl/>
      </w:pPr>
      <w:r>
        <w:t>早餐后，您的团队将从奎屯出发前往赛里木湖（约310公里，3.5小时车程）。赛里木湖海拔2,071米，是隐藏在雄伟天山山脉中的一片宁静湖泊。这个巨大的椭圆形湖泊东西长30公里，南北宽25公里，面积达453平方公里，景色令人叹为观止。作为内陆湖，它常被称为“大西洋的最后一滴眼泪”，这个名字很好地体现了它空灵的美感和偏远的位置。</w:t>
      </w:r>
    </w:p>
    <w:p>
      <w:pPr>
        <w:widowControl/>
      </w:pPr>
      <w:r>
        <w:t>游览赛里木湖的旅行提示：</w:t>
      </w:r>
    </w:p>
    <w:p>
      <w:pPr>
        <w:widowControl/>
      </w:pPr>
      <w:r>
        <w:t>从东门开始游览：从东门开始您的行程，方便进入，并在游览之初就能欣赏到壮丽的景色。</w:t>
      </w:r>
    </w:p>
    <w:p>
      <w:pPr>
        <w:widowControl/>
      </w:pPr>
      <w:r>
        <w:t>环湖公路：整个环赛里木湖的公路是一条90公里的环形路线，完成全程观光大约需要5-6小时。根据今天的日程和实际情况，您将游览湖泊的一部分。</w:t>
      </w:r>
    </w:p>
    <w:p>
      <w:pPr>
        <w:widowControl/>
      </w:pPr>
      <w:r>
        <w:t>日落景观：如果天气允许，不要错过湖上壮观的日落，这是体验中的真正亮点。</w:t>
      </w:r>
    </w:p>
    <w:p>
      <w:pPr>
        <w:widowControl/>
      </w:pPr>
      <w:r>
        <w:t>最佳游览时间：6月至8月是游览赛里木湖的好时节，天气温暖，天空晴朗，花朵鲜艳。这些夏季月份适合户外活动和水上娱乐，在这个旺季吸引了最多的游客。</w:t>
      </w:r>
    </w:p>
    <w:p>
      <w:pPr>
        <w:widowControl/>
      </w:pPr>
      <w:r>
        <w:t>游览结束后，您将被送往伊宁市住宿。祝您今晚睡个好觉。</w:t>
      </w:r>
    </w:p>
    <w:p>
      <w:pPr>
        <w:widowControl/>
      </w:pPr>
      <w:r>
        <w:t>概述：驱车前往伊宁，沿途欣赏赛里木湖美景。（含早餐）</w:t>
      </w:r>
    </w:p>
    <w:p>
      <w:pPr>
        <w:widowControl/>
      </w:pPr>
      <w:r>
        <w:t>景点：1个景点</w:t>
      </w:r>
    </w:p>
    <w:p>
      <w:pPr>
        <w:widowControl/>
      </w:pPr>
      <w:r>
        <w:t>交通与活动：大巴</w:t>
      </w:r>
    </w:p>
    <w:p>
      <w:pPr>
        <w:widowControl/>
      </w:pPr>
      <w:r>
        <w:t>用餐：早餐</w:t>
      </w:r>
    </w:p>
    <w:p>
      <w:pPr>
        <w:widowControl/>
      </w:pPr>
      <w:r>
        <w:t>住宿：伊宁</w:t>
      </w:r>
    </w:p>
    <w:p>
      <w:pPr>
        <w:keepNext/>
        <w:widowControl/>
        <w:spacing w:before="240"/>
      </w:pPr>
      <w:r>
        <w:t>第8天 伊宁至那拉提草原｜空中草原景区</w:t>
      </w:r>
    </w:p>
    <w:p>
      <w:pPr>
        <w:widowControl/>
      </w:pPr>
      <w:r>
        <w:t>海拔：约2000米（那拉提草原）</w:t>
      </w:r>
    </w:p>
    <w:p>
      <w:pPr>
        <w:widowControl/>
      </w:pPr>
      <w:r>
        <w:t>车程：约252公里，3小时</w:t>
      </w:r>
    </w:p>
    <w:p>
      <w:pPr>
        <w:widowControl/>
      </w:pPr>
      <w:r>
        <w:t>体力提示：以适度步行为主，观光车覆盖草原大部分区域</w:t>
      </w:r>
    </w:p>
    <w:p>
      <w:pPr>
        <w:widowControl/>
      </w:pPr>
      <w:r>
        <w:t>早餐后从伊宁出发，前往那拉提草原（约252公里，3小时）。那拉提草原曾是古丝绸之路上的险要关隘，如今被《国家地理》评为世界上最美丽的地方之一。这里以壮丽的草原风光和丰富的哈萨克民俗风情闻名，自古以来就是重要的牧场。</w:t>
      </w:r>
    </w:p>
    <w:p>
      <w:pPr>
        <w:widowControl/>
      </w:pPr>
      <w:r>
        <w:t>抵达后游览空中草原景区。乘坐观光车可依次前往各景点：(1) 天牧台：广阔的牧场，可观看当地放牧场景。(2) 牧马人家：马厩，可挑选一匹马，骑马游览草原。(3) 天成台：观景台，可欣赏草原和山脉的日落景色。</w:t>
      </w:r>
    </w:p>
    <w:p>
      <w:pPr>
        <w:widowControl/>
      </w:pPr>
      <w:r>
        <w:t>游览结束后，入住那拉提草原附近或新源县。</w:t>
      </w:r>
    </w:p>
    <w:p>
      <w:pPr>
        <w:widowControl/>
      </w:pPr>
      <w:r>
        <w:t>概述：前往那拉提草原，欣赏广袤草甸和壮丽山景。（含早餐）</w:t>
      </w:r>
    </w:p>
    <w:p>
      <w:pPr>
        <w:widowControl/>
      </w:pPr>
      <w:r>
        <w:t>景点：1个景点</w:t>
      </w:r>
    </w:p>
    <w:p>
      <w:pPr>
        <w:widowControl/>
      </w:pPr>
      <w:r>
        <w:t>交通与活动：旅游大巴</w:t>
      </w:r>
    </w:p>
    <w:p>
      <w:pPr>
        <w:widowControl/>
      </w:pPr>
      <w:r>
        <w:t>用餐：早餐</w:t>
      </w:r>
    </w:p>
    <w:p>
      <w:pPr>
        <w:widowControl/>
      </w:pPr>
      <w:r>
        <w:t>住宿：那拉提草原/新源县</w:t>
      </w:r>
    </w:p>
    <w:p>
      <w:pPr>
        <w:keepNext/>
        <w:widowControl/>
        <w:spacing w:before="240"/>
      </w:pPr>
      <w:r>
        <w:t>第9天 那拉提草原至精河（经新源、伊宁）</w:t>
      </w:r>
    </w:p>
    <w:p>
      <w:pPr>
        <w:widowControl/>
      </w:pPr>
      <w:r>
        <w:t>海拔：约350米</w:t>
      </w:r>
    </w:p>
    <w:p>
      <w:pPr>
        <w:widowControl/>
      </w:pPr>
      <w:r>
        <w:t>车程：约475公里，约7小时</w:t>
      </w:r>
    </w:p>
    <w:p>
      <w:pPr>
        <w:widowControl/>
      </w:pPr>
      <w:r>
        <w:t>节奏：长途风景驾驶日，途中短暂停留</w:t>
      </w:r>
    </w:p>
    <w:p>
      <w:pPr>
        <w:widowControl/>
      </w:pPr>
      <w:r>
        <w:t>这一天，您将沿着新疆风景如画的道路欣赏沿途风光。从新源县郁郁葱葱的那拉提草原出发，辽阔的绿色牧场和远处隐约可见的雪山会让您流连忘返。途中经过迷人的伊宁市，那里热闹的市场和多彩的当地文化值得您稍作停留、感受一番。</w:t>
      </w:r>
    </w:p>
    <w:p>
      <w:pPr>
        <w:widowControl/>
      </w:pPr>
      <w:r>
        <w:t>继续前行，道路将带您穿过宁静的风景，沿途有平静的河流和开满野花的田野，色彩交织如画。清新的山间空气和树叶沙沙作响的声音伴随一路，让这段车程成为一种享受。最终，您将抵达精河县，周边迷人的风光带来等待展开的新旅程。今日总车程475公里，约需7小时。</w:t>
      </w:r>
    </w:p>
    <w:p>
      <w:pPr>
        <w:widowControl/>
      </w:pPr>
      <w:r>
        <w:t>夜宿精河县。</w:t>
      </w:r>
    </w:p>
    <w:p>
      <w:pPr>
        <w:widowControl/>
      </w:pPr>
      <w:r>
        <w:t>概述：继续前往精河，沿途欣赏美丽的风景。（含早餐）</w:t>
      </w:r>
    </w:p>
    <w:p>
      <w:pPr>
        <w:widowControl/>
      </w:pPr>
      <w:r>
        <w:t>景点：沿途风景</w:t>
      </w:r>
    </w:p>
    <w:p>
      <w:pPr>
        <w:widowControl/>
      </w:pPr>
      <w:r>
        <w:t>交通与活动：旅游大巴</w:t>
      </w:r>
    </w:p>
    <w:p>
      <w:pPr>
        <w:widowControl/>
      </w:pPr>
      <w:r>
        <w:t>用餐：早餐</w:t>
      </w:r>
    </w:p>
    <w:p>
      <w:pPr>
        <w:widowControl/>
      </w:pPr>
      <w:r>
        <w:t>住宿：精河</w:t>
      </w:r>
    </w:p>
    <w:p>
      <w:pPr>
        <w:keepNext/>
        <w:widowControl/>
        <w:spacing w:before="240"/>
      </w:pPr>
      <w:r>
        <w:t>第10天 精河至奎屯至乌鲁木齐：独山子大峡谷</w:t>
      </w:r>
    </w:p>
    <w:p>
      <w:pPr>
        <w:widowControl/>
      </w:pPr>
      <w:r>
        <w:t>海拔：约700米（独山子大峡谷）</w:t>
      </w:r>
    </w:p>
    <w:p>
      <w:pPr>
        <w:widowControl/>
      </w:pPr>
      <w:r>
        <w:t>车程：从精河到独山子，之后约3.5至4小时车程到乌鲁木齐。</w:t>
      </w:r>
    </w:p>
    <w:p>
      <w:pPr>
        <w:widowControl/>
      </w:pPr>
      <w:r>
        <w:t>防晒：峡谷区域风大，紫外线强，请携带防晒霜，穿结实的鞋子。</w:t>
      </w:r>
    </w:p>
    <w:p>
      <w:pPr>
        <w:widowControl/>
      </w:pPr>
      <w:r>
        <w:t>早餐后从精河县出发返回乌鲁木齐，途中在独山子大峡谷停留。独山子大峡谷位于奎屯市以南，呈现出独山子河数百万年侵蚀形成的壮观地质景观。峡谷绵延30多公里，最深处达400米，有陡峭的悬崖、蜿蜒的峡谷和醒目的岩层，展现了该地区丰富的地质历史。</w:t>
      </w:r>
    </w:p>
    <w:p>
      <w:pPr>
        <w:widowControl/>
      </w:pPr>
      <w:r>
        <w:t>有多种活动可选（需另行付费）：</w:t>
      </w:r>
    </w:p>
    <w:p>
      <w:pPr>
        <w:widowControl/>
      </w:pPr>
      <w:r>
        <w:t>独库大玻璃桥：80元。桥高150米，长186米，提供惊险的9D特效体验，是欣赏峡谷地质奇观的最佳观景点。</w:t>
      </w:r>
    </w:p>
    <w:p>
      <w:pPr>
        <w:widowControl/>
      </w:pPr>
      <w:r>
        <w:t>峡谷滑索：58元。体验两条滑索的刺激，从近100米落差的悬崖上飞驰而下，可往返乘坐。</w:t>
      </w:r>
    </w:p>
    <w:p>
      <w:pPr>
        <w:widowControl/>
      </w:pPr>
      <w:r>
        <w:t>轨道滑车：70元。全长850米，有八个高速转弯，包含上坡和下坡，下行刺激，上行省力。</w:t>
      </w:r>
    </w:p>
    <w:p>
      <w:pPr>
        <w:widowControl/>
      </w:pPr>
      <w:r>
        <w:t>峡谷水滑道：68元。这条玻璃水滑道全长超过1000米，有一个大S弯和两个360°转弯，乘坐橡皮艇体验峡谷式激流漂流。</w:t>
      </w:r>
    </w:p>
    <w:p>
      <w:pPr>
        <w:widowControl/>
      </w:pPr>
      <w:r>
        <w:t>旅游提示：</w:t>
      </w:r>
    </w:p>
    <w:p>
      <w:pPr>
        <w:widowControl/>
      </w:pPr>
      <w:r>
        <w:t>峡谷区域风大，紫外线强烈，务必做好防晒。</w:t>
      </w:r>
    </w:p>
    <w:p>
      <w:pPr>
        <w:widowControl/>
      </w:pPr>
      <w:r>
        <w:t>穿舒适的鞋子，如运动鞋或结实的靴子。</w:t>
      </w:r>
    </w:p>
    <w:p>
      <w:pPr>
        <w:widowControl/>
      </w:pPr>
      <w:r>
        <w:t>拍照时注意安全，避免进入危险区域。</w:t>
      </w:r>
    </w:p>
    <w:p>
      <w:pPr>
        <w:widowControl/>
      </w:pPr>
      <w:r>
        <w:t>游览峡谷后，将送您返回乌鲁木齐（约3.5至4小时车程）。当晚住宿在乌鲁木齐。</w:t>
      </w:r>
    </w:p>
    <w:p>
      <w:pPr>
        <w:widowControl/>
      </w:pPr>
      <w:r>
        <w:t>概述：前往以农业闻名的石河子，然后经独山子返回乌鲁木齐。（含早餐）</w:t>
      </w:r>
    </w:p>
    <w:p>
      <w:pPr>
        <w:widowControl/>
      </w:pPr>
      <w:r>
        <w:t>景点：1个景点</w:t>
      </w:r>
    </w:p>
    <w:p>
      <w:pPr>
        <w:widowControl/>
      </w:pPr>
      <w:r>
        <w:t>交通与活动：大巴</w:t>
      </w:r>
    </w:p>
    <w:p>
      <w:pPr>
        <w:widowControl/>
      </w:pPr>
      <w:r>
        <w:t>用餐：早餐</w:t>
      </w:r>
    </w:p>
    <w:p>
      <w:pPr>
        <w:widowControl/>
      </w:pPr>
      <w:r>
        <w:t>住宿：乌鲁木齐</w:t>
      </w:r>
    </w:p>
    <w:p>
      <w:pPr>
        <w:keepNext/>
        <w:widowControl/>
        <w:spacing w:before="240"/>
      </w:pPr>
      <w:r>
        <w:t>第11天 乌鲁木齐游：新疆自治区博物馆、乌鲁木齐大巴扎、红山公园、和田二街</w:t>
      </w:r>
    </w:p>
    <w:p>
      <w:pPr>
        <w:widowControl/>
      </w:pPr>
      <w:r>
        <w:t>早餐后，当地导游将带您和您的团队游览乌鲁木齐市区的精彩景点。第一站是位于市中心的红山公园。徒步登上山顶，参观红山塔，它至今仍矗立在山顶。红山塔原是一座青灰色的实心砖塔，共9层，六角形基座，高10.5米。参观大佛寺，这是汉传佛教建筑的宏伟典范。在此高处，可欣赏乌鲁木齐天际线和周围山脉的全景。</w:t>
      </w:r>
    </w:p>
    <w:p>
      <w:pPr>
        <w:widowControl/>
      </w:pPr>
      <w:r>
        <w:t>随后前往新疆自治区博物馆。这座著名的博物馆展示了新疆和古丝绸之路的民族多样性与古代历史。馆内藏品丰富，包括来自丝绸之路的异域文物，以及维吾尔族、哈萨克族、汉族等不同民族的传统服饰和生活用品的多彩展示。最独特的是古代干尸展览，其中陈列着世界上保存最完好的一些干尸，包括著名的“楼兰美女”，这是具有印欧血统的3800年前沙漠干尸之一。博物馆的沉浸式展品将带您回到过去，让您了解丝绸之路的迷人历史以及塑造新疆的文化交流。</w:t>
      </w:r>
    </w:p>
    <w:p>
      <w:pPr>
        <w:widowControl/>
      </w:pPr>
      <w:r>
        <w:t>参观完博物馆后，您的团队将步行前往和田二街，这是乌鲁木齐充满活力的美食街。在这里，您将品尝到各种美食，并感受真实的当地生活。</w:t>
      </w:r>
    </w:p>
    <w:p>
      <w:pPr>
        <w:widowControl/>
      </w:pPr>
      <w:r>
        <w:t>接下来，前往著名的乌鲁木齐大巴扎，也称新疆国际大巴扎——一个充满活力的市场，非常适合您自由活动。漫步于众多商店和摊位之间，选购各种当地产品，包括传统的维吾尔族服装、地毯、手工艺品、丝绸围巾、珠宝、香料和干果。不要错过品尝当地美食的机会，如羊肉串、手抓饭、馕和拉条子。大巴扎的建筑也值得一看，拥有宏伟的尖塔、圆顶和精致的伊斯兰风格设计。</w:t>
      </w:r>
    </w:p>
    <w:p>
      <w:pPr>
        <w:widowControl/>
      </w:pPr>
      <w:r>
        <w:t>游览结束后，返回您在乌鲁木齐的酒店。</w:t>
      </w:r>
    </w:p>
    <w:p>
      <w:pPr>
        <w:widowControl/>
      </w:pPr>
      <w:r>
        <w:t>概述：探索乌鲁木齐充满活力的城市生活。参观当地市场、博物馆和文化遗址，感受该地区丰富的历史和文化。（含早餐）</w:t>
      </w:r>
    </w:p>
    <w:p>
      <w:pPr>
        <w:widowControl/>
      </w:pPr>
      <w:r>
        <w:t>景点：4个景点</w:t>
      </w:r>
    </w:p>
    <w:p>
      <w:pPr>
        <w:widowControl/>
      </w:pPr>
      <w:r>
        <w:t>交通与活动：大巴</w:t>
      </w:r>
    </w:p>
    <w:p>
      <w:pPr>
        <w:widowControl/>
      </w:pPr>
      <w:r>
        <w:t>用餐：早餐</w:t>
      </w:r>
    </w:p>
    <w:p>
      <w:pPr>
        <w:widowControl/>
      </w:pPr>
      <w:r>
        <w:t>住宿：乌鲁木齐</w:t>
      </w:r>
    </w:p>
    <w:p>
      <w:pPr>
        <w:keepNext/>
        <w:widowControl/>
        <w:spacing w:before="240"/>
      </w:pPr>
      <w:r>
        <w:t>第12天 乌鲁木齐出发：酒店退房及送机送站</w:t>
      </w:r>
    </w:p>
    <w:p>
      <w:pPr>
        <w:widowControl/>
      </w:pPr>
      <w:r>
        <w:t>这一天，您为期12天的北疆跟团游即将结束。您和团队将乘车前往乌鲁木齐的机场或火车站，搭乘航班或高铁前往下一个目的地。服务到此结束！</w:t>
      </w:r>
    </w:p>
    <w:p>
      <w:pPr>
        <w:widowControl/>
      </w:pPr>
      <w:r>
        <w:t>感谢您选择亚洲奥德赛旅游安排此次中国新疆之旅。我们致力于提升您的旅行体验，期待在您下一次前往中国及亚洲其他目的地时再次为您服务。祝您一路平安！</w:t>
      </w:r>
    </w:p>
    <w:p>
      <w:pPr>
        <w:widowControl/>
      </w:pPr>
      <w:r>
        <w:t>概述：乘车前往机场或火车站，结束新疆之旅。（含早餐）</w:t>
      </w:r>
    </w:p>
    <w:p>
      <w:pPr>
        <w:widowControl/>
      </w:pPr>
      <w:r>
        <w:t>交通与活动：旅游大巴</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12天北疆小团游：从喀纳斯湖到那拉提草原的自然公路之旅</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