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7 Days Gansu Qinghai Silk Road Small Group Tour: 2 World Icons from Mogao Caves to Mirror Lakes</w:t>
      </w:r>
    </w:p>
    <w:p>
      <w:pPr>
        <w:widowControl/>
      </w:pPr>
      <w:r>
        <w:t>Product code: AOT-SRT-D</w:t>
      </w:r>
    </w:p>
    <w:p>
      <w:pPr>
        <w:keepNext/>
        <w:widowControl/>
        <w:spacing w:before="240"/>
      </w:pPr>
      <w:r>
        <w:t>Day 1 Dunhuang, Gansu Arrival | Pick-up Service &amp; Free Time to Explore</w:t>
      </w:r>
    </w:p>
    <w:p>
      <w:pPr>
        <w:widowControl/>
      </w:pPr>
      <w:r>
        <w:t>Welcome to Dunhuang, a must-visit city located in the Gansu province of China! Upon arrival in Dunhang, your guide will meet you at the airport and escort you to your hotel. You can explore on your own based on your arrival time. Feel free to seek travel ideas from your tour guide.</w:t>
      </w:r>
    </w:p>
    <w:p>
      <w:pPr>
        <w:widowControl/>
      </w:pPr>
      <w:r>
        <w:t>Dunhuang, a city in Jiuquan (酒泉市), which was formerly known as Suzhou (肃州), is the birthplace of the "su" character in Gansu Province (甘肃的“肃”). Dunhuang is a desert oasis of ancient wonders. Discover the hidden gems of China's western frontier. Explore the breathtaking Mogao Caves, a UNESCO World Heritage Site adorned with vibrant murals and intricate sculptures. Trek through the Gobi Desert, marveling at the Crescent Lake's turquoise waters and towering sand dunes. From stargazing under pristine skies to experiencing the thrill of sandboarding, and camel riding, Dunhuang offers a captivating journey through time and nature. Dunhuang is also famous for Tunhuangology (敦煌学), a specialized field of study dedicated to exploring and interpreting the vast cultural and historical treasures in the Mogao Caves.</w:t>
      </w:r>
    </w:p>
    <w:p>
      <w:pPr>
        <w:widowControl/>
      </w:pPr>
      <w:r>
        <w:t>Free Time Ideas:</w:t>
      </w:r>
    </w:p>
    <w:p>
      <w:pPr>
        <w:widowControl/>
      </w:pPr>
      <w:r>
        <w:t>Dunhuang Shazhou Night Market (敦煌沙洲夜市) for Dunhuang food. There are many distinctive snacks that you must try, such as Apricot Skin Water (杏皮水), Donkey Meat Noodles (驴肉黄面), and Bubble Oil Cakes (泡儿油糕). The locals in Dunhuang enjoy eating lamb, chicken, and beef, and they are good at noodle making.</w:t>
      </w:r>
    </w:p>
    <w:p>
      <w:pPr>
        <w:widowControl/>
      </w:pPr>
      <w:r>
        <w:t>Arrival Ideas:</w:t>
      </w:r>
    </w:p>
    <w:p>
      <w:pPr>
        <w:widowControl/>
      </w:pPr>
      <w:r>
        <w:t>1. How to get to Dunhuang By Air: Dunhuang Mogao International Airport (敦煌莫高国际机场; or Dunhuang Airport) is located about 13 km from city center and 22 km from the Mogao Caves. Direct flights connect Dunhuang with major cities in China, such as Beijing (3h 45min), Shanghai (4h 25min), Chengdu (2h 40min), Xian (2h 40min), Lanzhou (1h 35min)... It's essential to check flight schedules in advance, as not all routes operate year-round.</w:t>
      </w:r>
    </w:p>
    <w:p>
      <w:pPr>
        <w:widowControl/>
      </w:pPr>
      <w:r>
        <w:t>2. How to get to Dunhuang By High-speed Train: Dunhuang can be reached by train through Dunhuang Railway Station and Liuyuan Railway Station. Dunhuang Railway Station is situated 10 km from the city center and offers bullet trains from Lanzhou (8-9 hrs) and Jiayuguan (3 hrs). Liuyuan Railway Station, around 130 km from downtown Dunhuang, provides high-speed trains to Urumqi (4.5 hrs), Jiayuguan (2 hrs), Zhangye (3-4 hrs), Turpan (3.5 hrs), among others. Normal trains from major cities like Beijing, Shanghai, and Chengdu also make stops at Liuyuan station.</w:t>
      </w:r>
    </w:p>
    <w:p>
      <w:pPr>
        <w:widowControl/>
      </w:pPr>
      <w:r>
        <w:t>Overview: Arrive in Dunhuang by flight or high speed train. Explore Dunhuang on your own.</w:t>
      </w:r>
    </w:p>
    <w:p>
      <w:pPr>
        <w:widowControl/>
      </w:pPr>
      <w:r>
        <w:t>Transport and activities: coach</w:t>
      </w:r>
    </w:p>
    <w:p>
      <w:pPr>
        <w:widowControl/>
      </w:pPr>
      <w:r>
        <w:t>Accommodation: Dunhuang</w:t>
      </w:r>
    </w:p>
    <w:p>
      <w:pPr>
        <w:keepNext/>
        <w:widowControl/>
        <w:spacing w:before="240"/>
      </w:pPr>
      <w:r>
        <w:t>Day 2 Dunhuang Tour | Mogao Grottoes, Singing Sand Dunes &amp; Crescent Spring</w:t>
      </w:r>
    </w:p>
    <w:p>
      <w:pPr>
        <w:widowControl/>
      </w:pPr>
      <w:r>
        <w:t>Today, explore two highlights of Dunhuang: the Mogao Caves and Mingsha Mountain &amp; Crescent Lake. The visiting order may be adjusted according to the Mogao Caves reservation time, weather, and local conditions.</w:t>
      </w:r>
    </w:p>
    <w:p>
      <w:pPr>
        <w:widowControl/>
      </w:pPr>
      <w:r>
        <w:t>Visit the Mogao Caves (莫高窟), a UNESCO World Heritage Site and one of the world's most important collections of Buddhist art. Created over more than 1,000 years, the caves preserve remarkable murals, sculptures, and Buddhist stories that reflect the cultural exchange along the ancient Silk Road.</w:t>
      </w:r>
    </w:p>
    <w:p>
      <w:pPr>
        <w:widowControl/>
      </w:pPr>
      <w:r>
        <w:t>Your visit usually starts at the Mogao Caves Digital Center, followed by a shuttle bus to the cave area. With a regular Ticket A, you will normally visit 8 caves with a site interpreter. The caves open each day are decided by the site. Photography is not allowed inside the caves.</w:t>
      </w:r>
    </w:p>
    <w:p>
      <w:pPr>
        <w:widowControl/>
      </w:pPr>
      <w:r>
        <w:t>You will also visit Mingsha Mountain &amp; Crescent Lake (鸣沙山月牙泉), where high sand dunes surround a crescent-shaped oasis in the Gobi Desert. Walk through the scenic area and enjoy the contrast of sand dunes and clear spring water. Optional activities such as camel riding, sand sliding, and desert vehicles are available at your own expense.</w:t>
      </w:r>
    </w:p>
    <w:p>
      <w:pPr>
        <w:widowControl/>
      </w:pPr>
      <w:r>
        <w:t>If you have free time in the evening, you can visit Shazhou Night Market on your own for local food and snacks.</w:t>
      </w:r>
    </w:p>
    <w:p>
      <w:pPr>
        <w:widowControl/>
      </w:pPr>
      <w:r>
        <w:t>AOT Expert Tip: The Mogao Caves are the priority today. Tickets are limited and visits follow fixed reservation times, so we may adjust the order of today's sightseeing based on your confirmed Mogao Caves entry time. Please follow your guide's arrangement for the smoothest visit.</w:t>
      </w:r>
    </w:p>
    <w:p>
      <w:pPr>
        <w:widowControl/>
      </w:pPr>
      <w:r>
        <w:t>Notes:</w:t>
      </w:r>
    </w:p>
    <w:p>
      <w:pPr>
        <w:widowControl/>
      </w:pPr>
      <w:r>
        <w:t>1. The Mogao Caves use a real-name reservation system with daily visitor limits. Regular Ticket A includes 8 caves and 2 digital films. Emergency Ticket B is mainly for domestic visitors and includes 4 caves and the Cave Artifacts Conservation and Research Exhibition Center.</w:t>
      </w:r>
    </w:p>
    <w:p>
      <w:pPr>
        <w:widowControl/>
      </w:pPr>
      <w:r>
        <w:t>2. Visitors must follow the arrangements of the Mogao Caves management on the day of the visit. The visiting order of the Mogao Caves and Mingsha Mountain may be adjusted according to actual conditions.</w:t>
      </w:r>
    </w:p>
    <w:p>
      <w:pPr>
        <w:widowControl/>
      </w:pPr>
      <w:r>
        <w:t>3. If you are particularly interested in Buddhist art, special caves may be available for an additional fee on site, subject to availability and possible queuing.</w:t>
      </w:r>
    </w:p>
    <w:p>
      <w:pPr>
        <w:widowControl/>
      </w:pPr>
      <w:r>
        <w:t>4. During the Dunhuang Cultural Expo, bad weather, or other circumstances that prevent the scheduled Mogao Caves visit, we will refund the actual Mogao Caves ticket cost or arrange the Western Thousand Buddha Caves as an alternative when possible.</w:t>
      </w:r>
    </w:p>
    <w:p>
      <w:pPr>
        <w:widowControl/>
      </w:pPr>
      <w:r>
        <w:t>5. Optional activities at Mingsha Mountain are at your own expense and may include shoe covers, sightseeing vehicles, camel riding, motorcycles, off-road vehicles, paragliding, and helicopter rides.</w:t>
      </w:r>
    </w:p>
    <w:p>
      <w:pPr>
        <w:widowControl/>
      </w:pPr>
      <w:r>
        <w:t>6. Protect cameras and other equipment from sand during desert activities. When riding a camel, always follow the staff's safety instructions.</w:t>
      </w:r>
    </w:p>
    <w:p>
      <w:pPr>
        <w:widowControl/>
      </w:pPr>
      <w:r>
        <w:t>Overview: Visit Mogao Cave housing thousands of Buddhist cave paintings and sculptures; and Mingsha Mountain and Crescent Moon Spring. (B)</w:t>
      </w:r>
    </w:p>
    <w:p>
      <w:pPr>
        <w:widowControl/>
      </w:pPr>
      <w:r>
        <w:t>Attractions: 2 sites</w:t>
      </w:r>
    </w:p>
    <w:p>
      <w:pPr>
        <w:widowControl/>
      </w:pPr>
      <w:r>
        <w:t>Transport and activities: coach</w:t>
      </w:r>
    </w:p>
    <w:p>
      <w:pPr>
        <w:widowControl/>
      </w:pPr>
      <w:r>
        <w:t>Meals: Breakfast</w:t>
      </w:r>
    </w:p>
    <w:p>
      <w:pPr>
        <w:widowControl/>
      </w:pPr>
      <w:r>
        <w:t>Accommodation: Dunhuang</w:t>
      </w:r>
    </w:p>
    <w:p>
      <w:pPr>
        <w:keepNext/>
        <w:widowControl/>
        <w:spacing w:before="240"/>
      </w:pPr>
      <w:r>
        <w:t>Day 3 Dunhuang to Jiayuguan | Overhanging Great Wall, Jiayuguan Pass</w:t>
      </w:r>
    </w:p>
    <w:p>
      <w:pPr>
        <w:widowControl/>
      </w:pPr>
      <w:r>
        <w:t>Driving: ~400km, 5 hours</w:t>
      </w:r>
    </w:p>
    <w:p>
      <w:pPr>
        <w:widowControl/>
      </w:pPr>
      <w:r>
        <w:t>Physical Note: Overhanging Great Wall trail involves 400+ steps, steep in sections</w:t>
      </w:r>
    </w:p>
    <w:p>
      <w:pPr>
        <w:widowControl/>
      </w:pPr>
      <w:r>
        <w:t>Today, you will head to Jiayuguan (400km, 5hrs) to explore Jiayuguan City for the Great Wall on the Cliff (Overhanging Great Wall) &amp; the Jiayuguan Pass (Jiayuguan Fortress).</w:t>
      </w:r>
    </w:p>
    <w:p>
      <w:pPr>
        <w:widowControl/>
      </w:pPr>
      <w:r>
        <w:t>Climb the Overhanging Great Wall (悬壁长城), acclaimed as the Great Wall's "end point." Built in 1539 (Ming Dynasty) as the northern extension of Jiayuguan Pass, only 750 meters remain, with the steepest section reaching 45 degrees—giving it a look of hanging in mid-air. Follow the kid-friendly trail (400+ steps) to the highest watchtower for sweeping views of desert, oasis, and beacon towers, while discovering remnants of ancient military defense.</w:t>
      </w:r>
    </w:p>
    <w:p>
      <w:pPr>
        <w:widowControl/>
      </w:pPr>
      <w:r>
        <w:t>After that, visit Jiayuguan Pass (嘉峪关关城), built in 1372 and known as one of the "Three Great Passes of the Great Wall (Shanhaiguan Pass in the east, Zhenbeitai Terrace in the middle, and Jiayuguan Pass in the west)." As the westernmost pass of the Ming Great Wall in the Hexi Corridor, this UNESCO World Heritage site showcases majestic ancient military architecture nestled against mountains and water, earning its renowned title "The Impregnable Pass under Heaven" (天下第一雄关).</w:t>
      </w:r>
    </w:p>
    <w:p>
      <w:pPr>
        <w:widowControl/>
      </w:pPr>
      <w:r>
        <w:t>From the Jiayuguan Pass walls, you can see the Great Wall traversing the desert and the Gobi, while the beautiful Qilian Mountains (祁连山Snow Mountains) and the Heishan Mountains (黑山) act as natural barriers, stretching across the north and south of Jiayuguan.</w:t>
      </w:r>
    </w:p>
    <w:p>
      <w:pPr>
        <w:widowControl/>
      </w:pPr>
      <w:r>
        <w:t>At Jiayuguan Pass, you may purchase a souvenir-style historic pass and take part in a themed gate-crossing experience, subject to availability.</w:t>
      </w:r>
    </w:p>
    <w:p>
      <w:pPr>
        <w:widowControl/>
      </w:pPr>
      <w:r>
        <w:t>Jiayuguan Pass is one of the best-preserved gate cities along the Great Wall, with three overlapping defense lines—inner city, outer city, and moat—forming a military system of watchtowers, beacon towers, and fortresses at regular intervals. Set against the Qilian Snow Mountains, this oasis of lakes and lush greenery also makes for a rare summer retreat. Overnight in Jiayuguan.</w:t>
      </w:r>
    </w:p>
    <w:p>
      <w:pPr>
        <w:widowControl/>
      </w:pPr>
      <w:r>
        <w:t>Overview: Drive from Dunhuang to Jiayuguan, visit Jiayuguan's attractions - Overhanging Great Wall, Jiayuguan Pass. (B)</w:t>
      </w:r>
    </w:p>
    <w:p>
      <w:pPr>
        <w:widowControl/>
      </w:pPr>
      <w:r>
        <w:t>Attractions: 2 sites</w:t>
      </w:r>
    </w:p>
    <w:p>
      <w:pPr>
        <w:widowControl/>
      </w:pPr>
      <w:r>
        <w:t>Transport and activities: coach</w:t>
      </w:r>
    </w:p>
    <w:p>
      <w:pPr>
        <w:widowControl/>
      </w:pPr>
      <w:r>
        <w:t>Meals: Breakfast</w:t>
      </w:r>
    </w:p>
    <w:p>
      <w:pPr>
        <w:widowControl/>
      </w:pPr>
      <w:r>
        <w:t>Accommodation: Jiayuguan</w:t>
      </w:r>
    </w:p>
    <w:p>
      <w:pPr>
        <w:keepNext/>
        <w:widowControl/>
        <w:spacing w:before="240"/>
      </w:pPr>
      <w:r>
        <w:t>Day 4 Jiayuguan to Zhangye | Zhangye National Geopark (Zhangye Danxia Geological Park), Dafo Temple (Big Buddha Temple)</w:t>
      </w:r>
    </w:p>
    <w:p>
      <w:pPr>
        <w:widowControl/>
      </w:pPr>
      <w:r>
        <w:t>Driving:~225km, 3.5 hours</w:t>
      </w:r>
    </w:p>
    <w:p>
      <w:pPr>
        <w:widowControl/>
      </w:pPr>
      <w:r>
        <w:t>Physical Note: Some uphill walking at Zhangye National Geopark; comfortable shoes recommended</w:t>
      </w:r>
    </w:p>
    <w:p>
      <w:pPr>
        <w:widowControl/>
      </w:pPr>
      <w:r>
        <w:t>Today, you will head to explore Zhangye City (225 km, about 3.5 hours) for Dafo Temple. Along the way, you'll stop to explore Zhangye National Geopark.</w:t>
      </w:r>
    </w:p>
    <w:p>
      <w:pPr>
        <w:widowControl/>
      </w:pPr>
      <w:r>
        <w:t>Zhangye National Geopark (Zhangye Colorful Danxia Scenic Spot 七彩丹霞景区) is famed for its striking "Rainbow Mountains," China's only area combining Danxia landforms with colorful hilly terrain. Ranked among the world's top ten geographical wonders and a filming site for Zhang Yimou's The Great Wall and Disney's Mulan, these formations took shape roughly 65-135 million years ago through the Himalayan orogeny and long-term erosion, as oxidizing iron in the sandstone and mudstone created hues of red, brown, yellow-green, and bluish-gray.</w:t>
      </w:r>
    </w:p>
    <w:p>
      <w:pPr>
        <w:widowControl/>
      </w:pPr>
      <w:r>
        <w:t>The scenic area features five Observation Decks connected by shuttle buses (entering/exiting via the north gate, stopping in order #2-1-5-4). Decks #1 and #4 are most recommended: Yunhai Platform (云海台), the largest, offers panoramic views of the winding S-shaped road, while Hongxia Platform (虹霞台) boasts the most vibrant colors and best sunset views. Look for unique formations like the Rainbow Screen, Sleeping Beauty, and Giant Scallop (七彩屏、睡美人、大扇贝), where the mountaintop unfolds like a watercolor painting.</w:t>
      </w:r>
    </w:p>
    <w:p>
      <w:pPr>
        <w:widowControl/>
      </w:pPr>
      <w:r>
        <w:t>Notes:</w:t>
      </w:r>
    </w:p>
    <w:p>
      <w:pPr>
        <w:widowControl/>
      </w:pPr>
      <w:r>
        <w:t>1. Comfortable shoes are essential as climbing uphill sections may occur.</w:t>
      </w:r>
    </w:p>
    <w:p>
      <w:pPr>
        <w:widowControl/>
      </w:pPr>
      <w:r>
        <w:t>2. The scenic area also offers entertainment options such as camel rides, hot air balloons, gliders, helicopters, and other activities (at an additional cost).</w:t>
      </w:r>
    </w:p>
    <w:p>
      <w:pPr>
        <w:widowControl/>
      </w:pPr>
      <w:r>
        <w:t>Continue to Zhangye city to visit Dafo Temple (大佛寺), known for its 34.5-meter reclining Buddha and locally called the "Reclining Buddha Temple" (卧佛寺). Built in 1098 as a royal temple of the Western Xia Dynasty, it's one of China's Four Remaining Royal Temples. Legend holds that Kublai Khan was born here, and Marco Polo stayed a year, captivated by its grandeur. Covering over 60,000 m², it once held 5,000 worshippers at once.</w:t>
      </w:r>
    </w:p>
    <w:p>
      <w:pPr>
        <w:widowControl/>
      </w:pPr>
      <w:r>
        <w:t>As China's only surviving Western Xia temple and home to Asia's largest indoor reclining Buddha, it functions as a living Buddhist art museum. The 900-year-old Grand Buddha Hall features murals inspired by Journey to the West, predating the novel by roughly 200 years, alongside a scripture hall displaying artifacts like the gold-and-silver Mahaprajnaparamita Sutra and Persian silver coins—evidence of the temple's role in Silk Road trade.</w:t>
      </w:r>
    </w:p>
    <w:p>
      <w:pPr>
        <w:widowControl/>
      </w:pPr>
      <w:r>
        <w:t>Note:</w:t>
      </w:r>
    </w:p>
    <w:p>
      <w:pPr>
        <w:widowControl/>
      </w:pPr>
      <w:r>
        <w:t>Currently, the reclining Buddha statue in Zhangye Giant Buddha Temple is undergoing digital restoration, covered by scaffolding. The project is expected to be completed by June 2025.</w:t>
      </w:r>
    </w:p>
    <w:p>
      <w:pPr>
        <w:widowControl/>
      </w:pPr>
      <w:r>
        <w:t>Stay Overnight in Zhangye City.</w:t>
      </w:r>
    </w:p>
    <w:p>
      <w:pPr>
        <w:widowControl/>
      </w:pPr>
      <w:r>
        <w:t>Overview: Head to Zhangye to view the colorful landscape of rainbow-hued sandstone formations. And visit Dafo Temple in Zhangye city. (B)</w:t>
      </w:r>
    </w:p>
    <w:p>
      <w:pPr>
        <w:widowControl/>
      </w:pPr>
      <w:r>
        <w:t>Attractions: 2 sites</w:t>
      </w:r>
    </w:p>
    <w:p>
      <w:pPr>
        <w:widowControl/>
      </w:pPr>
      <w:r>
        <w:t>Transport and activities: coach</w:t>
      </w:r>
    </w:p>
    <w:p>
      <w:pPr>
        <w:widowControl/>
      </w:pPr>
      <w:r>
        <w:t>Meals: Breakfast</w:t>
      </w:r>
    </w:p>
    <w:p>
      <w:pPr>
        <w:widowControl/>
      </w:pPr>
      <w:r>
        <w:t>Accommodation: Zhangye</w:t>
      </w:r>
    </w:p>
    <w:p>
      <w:pPr>
        <w:keepNext/>
        <w:widowControl/>
        <w:spacing w:before="240"/>
      </w:pPr>
      <w:r>
        <w:t>Day 5 Zhangye to Xining by High Speed Train - Chaka Town | Qinghai Lake, Erlangjian Scenic Area</w:t>
      </w:r>
    </w:p>
    <w:p>
      <w:pPr>
        <w:widowControl/>
      </w:pPr>
      <w:r>
        <w:t>Altitude: 3,194m (Qinghai Lake) to 3,100m (Chaka Town)</w:t>
      </w:r>
    </w:p>
    <w:p>
      <w:pPr>
        <w:widowControl/>
      </w:pPr>
      <w:r>
        <w:t>Transfer: High-speed train to Xining, then ~145km/2.5-3hrs to Qinghai Lake, then ~153km/2.5hrs to Chaka Town</w:t>
      </w:r>
    </w:p>
    <w:p>
      <w:pPr>
        <w:widowControl/>
      </w:pPr>
      <w:r>
        <w:t>Health Note: Above 3,000m — pace yourself, stay hydrated, avoid strenuous activity</w:t>
      </w:r>
    </w:p>
    <w:p>
      <w:pPr>
        <w:widowControl/>
      </w:pPr>
      <w:r>
        <w:t>After breakfast at your hotel, proceed to the Zhangye railway station and board the high-speed train bound for Xining. Upon arrival at the train station in Xining, your guide and driver will meet you at the exit and then escort you to Qinghai Lake (about 145 km, 2.5-3 hours).</w:t>
      </w:r>
    </w:p>
    <w:p>
      <w:pPr>
        <w:widowControl/>
      </w:pPr>
      <w:r>
        <w:t>Qinghai Lake (青海湖), sitting at 3,194 meters, is China's largest inland saltwater lake, covering over 4,400 square kilometers and ringed by the snow-capped Kunlun and Qilian Mountains. In summer, golden canola fields contrast with the lake's deep blue waters, while grazing herds dot the surrounding grasslands. Named "China's most beautiful lake" by National Geographic China, it's a popular photography retreat with mild summer temperatures around 15°C.</w:t>
      </w:r>
    </w:p>
    <w:p>
      <w:pPr>
        <w:widowControl/>
      </w:pPr>
      <w:r>
        <w:t>As you drive, you'll pass through vibrant rapeseed fields around the lake, a sea of yellow flowers stretching across the horizon - an unforgettable display of earthly beauty. (Best Time to Visit: July to August, when the weather is pleasant, and the rapeseed flowers and grasslands are in full bloom.)</w:t>
      </w:r>
    </w:p>
    <w:p>
      <w:pPr>
        <w:widowControl/>
      </w:pPr>
      <w:r>
        <w:t>Upon arrival, you will explore the Erlangjian Scenic Area (二郎剑景区), Qinghai Lake's crown jewel. Be captivated by the panoramic views of the vast, turquoise lake. On clear days, enjoy views of distant snow-capped mountains. Discover the rich cultural heritage of the area, including the awe-inspiring sacrificial altar, vibrant prayer flags, the enigmatic statue of the Queen Mother of the West, the auspicious symbols, and a serene Buddha statue.</w:t>
      </w:r>
    </w:p>
    <w:p>
      <w:pPr>
        <w:widowControl/>
      </w:pPr>
      <w:r>
        <w:t>Optional Activities - self-pay on your own: To fully immerse in the beauty of the expansive lake, consider taking a cruise to experience Qinghai Lake in comfort. Choose from the High-Speed Cruise (25-minute single trip) or the Catamaran Cruise (50-minute round trip). Also, you can go horseback riding or enjoy biking around the lake.</w:t>
      </w:r>
    </w:p>
    <w:p>
      <w:pPr>
        <w:widowControl/>
      </w:pPr>
      <w:r>
        <w:t>Note: Optional lake cruises may be available at your own expense, subject to seasonal operation and the latest on-site price.</w:t>
      </w:r>
    </w:p>
    <w:p>
      <w:pPr>
        <w:widowControl/>
      </w:pPr>
      <w:r>
        <w:t>After exploring Erlangjian Scenic Area, continue your trip westward along the picturesque shores of Qinghai Lake. The drive to Chaka Town (3,100 meters) is about 153km, taking about 2.5 hours. This charming town is renowned for the stunning Chaka Salt Lake it boasts. Spend the night in Chaka Town.</w:t>
      </w:r>
    </w:p>
    <w:p>
      <w:pPr>
        <w:widowControl/>
      </w:pPr>
      <w:r>
        <w:t>Overview: Transfer to Qinghai Province from Zhangye to Xining by high speed train. Be escorted to Qinghai Lake and accommodate in Chaka Town. (B)</w:t>
      </w:r>
    </w:p>
    <w:p>
      <w:pPr>
        <w:widowControl/>
      </w:pPr>
      <w:r>
        <w:t>Attractions: 1 site</w:t>
      </w:r>
    </w:p>
    <w:p>
      <w:pPr>
        <w:widowControl/>
      </w:pPr>
      <w:r>
        <w:t>Transport and activities: high speed train, coach</w:t>
      </w:r>
    </w:p>
    <w:p>
      <w:pPr>
        <w:widowControl/>
      </w:pPr>
      <w:r>
        <w:t>Meals: Breakfast</w:t>
      </w:r>
    </w:p>
    <w:p>
      <w:pPr>
        <w:widowControl/>
      </w:pPr>
      <w:r>
        <w:t>Accommodation: Chaka Town</w:t>
      </w:r>
    </w:p>
    <w:p>
      <w:pPr>
        <w:keepNext/>
        <w:widowControl/>
        <w:spacing w:before="240"/>
      </w:pPr>
      <w:r>
        <w:t>Day 6 Chaka Town - Chaka Salt Lake - Xining City | Mirror of the Sky Scenic Area</w:t>
      </w:r>
    </w:p>
    <w:p>
      <w:pPr>
        <w:widowControl/>
      </w:pPr>
      <w:r>
        <w:t>Driving: 4km/10 min to Chaka Salt Lake; ~300km/3.5-4hrs return to Xining Sun</w:t>
      </w:r>
    </w:p>
    <w:p>
      <w:pPr>
        <w:widowControl/>
      </w:pPr>
      <w:r>
        <w:t>Protection: The salt flats reflect intense sunlight — sunglasses, sunscreen, and a hat are strongly recommended</w:t>
      </w:r>
    </w:p>
    <w:p>
      <w:pPr>
        <w:widowControl/>
      </w:pPr>
      <w:r>
        <w:t>In this morning, you will be transferred from Chaka Town to Chaka Salt Lake (茶卡盐湖, 4km, 10 minutes'drive).</w:t>
      </w:r>
    </w:p>
    <w:p>
      <w:pPr>
        <w:widowControl/>
      </w:pPr>
      <w:r>
        <w:t>"Chaka" is a Tibetan word meaning "salt lake". As a salt lake, it is one of the birthplaces of China's salt culture. Embedded amidst snow-kissed peaks and verdant meadows, Chaka is a brine lake, a harmonious blend of liquid and solid. Its waters, a shimmering expanse of blue, are interspersed with crystalline salt flats. The lake's beauty is enhanced by the dramatic backdrop of snow-capped mountains and the gentle caress of surrounding grasslands. It is a natural masterpiece, adorned with salt formations of exquisite shapes.</w:t>
      </w:r>
    </w:p>
    <w:p>
      <w:pPr>
        <w:widowControl/>
      </w:pPr>
      <w:r>
        <w:t>You will visit the "Mirror of the Sky" Scenic Area, a stunning destination known for its breathtaking reflections. Start your journey by ascending the Observation Tower, where you can take in a full panoramic view of Chaka Salt Lake.</w:t>
      </w:r>
    </w:p>
    <w:p>
      <w:pPr>
        <w:widowControl/>
      </w:pPr>
      <w:r>
        <w:t>Next, explore the Salt Sculpture Group, the largest outdoor sculpture display in the world, showcasing the rich history and culture of Chaka. For an even more immersive experience, hop on the sightseeing train that takes you deep into the lake's heart, away from the crowds. From there, you can leisurely walk back toward the entrance, a stroll that takes about 40 minutes. If you prefer not to walk, you can return by train (additional cost).</w:t>
      </w:r>
    </w:p>
    <w:p>
      <w:pPr>
        <w:widowControl/>
      </w:pPr>
      <w:r>
        <w:t>As you walk, visit the Qianying Muxue Area, where the lake and the distant snow-capped mountains blend into a breathtaking natural scene. Along the way, stop for photos at the Tianlu Yingchen Station and Tianji Xinyue Station, where you can capture iconic images with signs like “I Love Chaka” and “Love Crystals”.</w:t>
      </w:r>
    </w:p>
    <w:p>
      <w:pPr>
        <w:widowControl/>
      </w:pPr>
      <w:r>
        <w:t>Useful Travel Tips:</w:t>
      </w:r>
    </w:p>
    <w:p>
      <w:pPr>
        <w:widowControl/>
      </w:pPr>
      <w:r>
        <w:t>(1) Wear shoe covers (10 CNY) to walk on the lake's mirror-like surface, capturing sky reflections as if walking among clouds.</w:t>
      </w:r>
    </w:p>
    <w:p>
      <w:pPr>
        <w:widowControl/>
      </w:pPr>
      <w:r>
        <w:t>(2) Ride the sightseeing train for sweeping views of white salt sands stretching beneath the reflected sky.</w:t>
      </w:r>
    </w:p>
    <w:p>
      <w:pPr>
        <w:widowControl/>
      </w:pPr>
      <w:r>
        <w:t>(3) Every corner offers great photo ops, especially Romantic Tianjing, with props like crystal bubble chairs, a swing, and the red piano sculpture "Chaka's Melody."</w:t>
      </w:r>
    </w:p>
    <w:p>
      <w:pPr>
        <w:widowControl/>
      </w:pPr>
      <w:r>
        <w:t>(4) For sunrise or sunset shots, head to the salt sculpture area or Chaka Xia Station.</w:t>
      </w:r>
    </w:p>
    <w:p>
      <w:pPr>
        <w:widowControl/>
      </w:pPr>
      <w:r>
        <w:t>After exploring Chaka Lake, you'll return to Xining, covering about 300 km over 3.5 to 4 hours. Stay overnight in Xining downtown area.</w:t>
      </w:r>
    </w:p>
    <w:p>
      <w:pPr>
        <w:widowControl/>
      </w:pPr>
      <w:r>
        <w:t>Overview: Have great time to explore Chaka Salt Lake, visit Mirror of the Sky Scenic Area. (B)</w:t>
      </w:r>
    </w:p>
    <w:p>
      <w:pPr>
        <w:widowControl/>
      </w:pPr>
      <w:r>
        <w:t>Attractions: 1 site</w:t>
      </w:r>
    </w:p>
    <w:p>
      <w:pPr>
        <w:widowControl/>
      </w:pPr>
      <w:r>
        <w:t>Transport and activities: coach</w:t>
      </w:r>
    </w:p>
    <w:p>
      <w:pPr>
        <w:widowControl/>
      </w:pPr>
      <w:r>
        <w:t>Meals: Breakfast</w:t>
      </w:r>
    </w:p>
    <w:p>
      <w:pPr>
        <w:widowControl/>
      </w:pPr>
      <w:r>
        <w:t>Accommodation: Xining</w:t>
      </w:r>
    </w:p>
    <w:p>
      <w:pPr>
        <w:keepNext/>
        <w:widowControl/>
        <w:spacing w:before="240"/>
      </w:pPr>
      <w:r>
        <w:t>Day 7 Xining Departure | Ta'er Monastery, Hotel Check-out &amp; Transfer</w:t>
      </w:r>
    </w:p>
    <w:p>
      <w:pPr>
        <w:widowControl/>
      </w:pPr>
      <w:r>
        <w:t>After breakfast, you will go to visit Kumbum Monastery, also known as Ta'er Monastery (塔尔寺), located about 30km from the downtown are (about 40 minutes' drive). As one of the six grand monasteries of the Gelug sect of Tibetan Buddhism, it holds immense significance as the most important Buddhist center in Qinghai. Established in 1577, Ta'er Monastery is built around the birthplace of Tsongkhapa, the revered founder of the Gelugpa sect. The monastery is renowned for its three artistic wonders: exquisite butter sculptures, vibrant murals, and intricate appliqué Thangka, all showcasing the unique artistry of Tibetan Buddhism.</w:t>
      </w:r>
    </w:p>
    <w:p>
      <w:pPr>
        <w:widowControl/>
      </w:pPr>
      <w:r>
        <w:t>During your visit, you'll be impressed by the blend of Tibetan and traditional Chinese architectural styles. You'll admire magnificent Buddha stupas, wall paintings, and prayer wheels, while exploring its stunning halls one by one. These include the Eight-Treasure Auspicious Pagoda, Small Golden-Roofed Hall, Longevity Hall, Kalachakra Pagoda, Great Scripture Hall, Great Golden-Roofed Hall, Maitreya Buddha Hall, Nine-Room Hall, Kalachakra Scripture College, Butter Sculpture Hall, and the Scripture Library - each offering a glimpse into the monastery's spiritual depth and artistic heritage.</w:t>
      </w:r>
    </w:p>
    <w:p>
      <w:pPr>
        <w:widowControl/>
      </w:pPr>
      <w:r>
        <w:t>Notice: Please book a flight departing in this afternoon (better 3:00 PM) or confirm your departure time with AOT before purchasing tickets. Travelers with an earlier flight may need to skip Ta'er Monastery.</w:t>
      </w:r>
    </w:p>
    <w:p>
      <w:pPr>
        <w:widowControl/>
      </w:pPr>
      <w:r>
        <w:t>After the tour, it is time to end your unforgettable 7 Days Silk Road group tour. Your guide and driver will ensure a smooth transfer to the airport or train station for your departure.</w:t>
      </w:r>
    </w:p>
    <w:p>
      <w:pPr>
        <w:widowControl/>
      </w:pPr>
      <w:r>
        <w:t>Thank you for choosing Asia Odyssey Travel for your China tour. We are dedicated to enhancing your travel experiences and look forward to welcoming you on your next adventure in China and other destinations in Asia. Have a safe journey home!</w:t>
      </w:r>
    </w:p>
    <w:p>
      <w:pPr>
        <w:widowControl/>
      </w:pPr>
      <w:r>
        <w:t>Overview: Explore Ta'er Monastery before depart from Xining. (B)</w:t>
      </w:r>
    </w:p>
    <w:p>
      <w:pPr>
        <w:widowControl/>
      </w:pPr>
      <w:r>
        <w:t>Attractions: 1 site</w:t>
      </w:r>
    </w:p>
    <w:p>
      <w:pPr>
        <w:widowControl/>
      </w:pPr>
      <w:r>
        <w:t>Transport and activities: coach</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Days Gansu Qinghai Silk Road Small Group Tour: 2 World Icons from Mogao Caves to Mirror Lakes</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