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Xinjiang Small Group Tour from Kashgar to Urumqi: Drive Past 2 Alpine Lakes to Silk Road Ruin</w:t>
      </w:r>
    </w:p>
    <w:p>
      <w:pPr>
        <w:widowControl/>
      </w:pPr>
      <w:r>
        <w:t>Product code: AOT-SRT-G</w:t>
      </w:r>
    </w:p>
    <w:p>
      <w:pPr>
        <w:keepNext/>
        <w:widowControl/>
        <w:spacing w:before="240"/>
      </w:pPr>
      <w:r>
        <w:t>Day 1 Kashgar, Xinjiang Arrival | Pick-up and Hotel Check-in</w:t>
      </w:r>
    </w:p>
    <w:p>
      <w:pPr>
        <w:widowControl/>
      </w:pPr>
      <w:r>
        <w:t>Ni Hao! Welcome to Kashgar, the western gateway of China and a historic Silk Road city. Upon arrival at Kashgar Airport, our team will meet you at the exit and transfer you to your hotel in the city center.</w:t>
      </w:r>
    </w:p>
    <w:p>
      <w:pPr>
        <w:widowControl/>
      </w:pPr>
      <w:r>
        <w:t>Kashgar (喀什) has been a key crossroads between China and Central Asia for centuries. Once an important stop along the ancient Silk Road, the city blends Uyghur culture, traditional markets, historic architecture, and diverse cuisines. Its unique location between the Pamir Plateau and the Tarim Basin also makes it the gateway to some of Xinjiang's most spectacular landscapes.</w:t>
      </w:r>
    </w:p>
    <w:p>
      <w:pPr>
        <w:widowControl/>
      </w:pPr>
      <w:r>
        <w:t>Kashgar Arrival Ideas:</w:t>
      </w:r>
    </w:p>
    <w:p>
      <w:pPr>
        <w:widowControl/>
      </w:pPr>
      <w:r>
        <w:t>By Air: Kashgar International Airport (KHG) connects with major Chinese cities, including Urumqi, Lanzhou, Beijing, Xi'an, Chengdu, Shanghai, and Guangzhou.</w:t>
      </w:r>
    </w:p>
    <w:p>
      <w:pPr>
        <w:widowControl/>
      </w:pPr>
      <w:r>
        <w:t>By Land Border: Kashgar is close to important border crossings with Kyrgyzstan, Tajikistan, and Pakistan, including Torugart Pass, Irkeshtam Pass, Karasu Port, and Khunjerab Pass. Please contact your travel advisor for specific arrangements.</w:t>
      </w:r>
    </w:p>
    <w:p>
      <w:pPr>
        <w:widowControl/>
      </w:pPr>
      <w:r>
        <w:t>Overview: Welcome to Kashgar. Arrive in Kashgar by flight or train. Explore on your own.</w:t>
      </w:r>
    </w:p>
    <w:p>
      <w:pPr>
        <w:widowControl/>
      </w:pPr>
      <w:r>
        <w:t>Attractions: free exploration</w:t>
      </w:r>
    </w:p>
    <w:p>
      <w:pPr>
        <w:widowControl/>
      </w:pPr>
      <w:r>
        <w:t>Transport and activities: coach</w:t>
      </w:r>
    </w:p>
    <w:p>
      <w:pPr>
        <w:widowControl/>
      </w:pPr>
      <w:r>
        <w:t>Accommodation: Kashgar</w:t>
      </w:r>
    </w:p>
    <w:p>
      <w:pPr>
        <w:keepNext/>
        <w:widowControl/>
        <w:spacing w:before="240"/>
      </w:pPr>
      <w:r>
        <w:t>Day 2 Kashgar - China-Pakistan Highway - Tashkurgan | Pamir Plateau, Baisha Lake, Karakul Lake</w:t>
      </w:r>
    </w:p>
    <w:p>
      <w:pPr>
        <w:widowControl/>
      </w:pPr>
      <w:r>
        <w:t>Altitude: Up to 3,660m</w:t>
      </w:r>
    </w:p>
    <w:p>
      <w:pPr>
        <w:widowControl/>
      </w:pPr>
      <w:r>
        <w:t>Driving: ~300km, 7-8 hours</w:t>
      </w:r>
    </w:p>
    <w:p>
      <w:pPr>
        <w:widowControl/>
      </w:pPr>
      <w:r>
        <w:t>Highlights: China-Pakistan (Karakoram) Highway, Baisha Lake, Karakul Lake, Muztagh Ata &amp; Kongur Tagh Views</w:t>
      </w:r>
    </w:p>
    <w:p>
      <w:pPr>
        <w:widowControl/>
      </w:pPr>
      <w:r>
        <w:t>This morning, your guide and driver will pick you up from your hotel in Kashgar and begin an unforgettable journey along the China-Pakistan Highway (Karakoram Highway) to Tashkurgan. Before departure, your guide will assist with the required border area permit for visiting Tashkurgan County and the Pamir Plateau.</w:t>
      </w:r>
    </w:p>
    <w:p>
      <w:pPr>
        <w:widowControl/>
      </w:pPr>
      <w:r>
        <w:t>Driving about 300 kilometers (7-8 hours), you will travel through the spectacular Pamir Plateau, passing snow-capped mountains, alpine lakes, and dramatic highland landscapes.</w:t>
      </w:r>
    </w:p>
    <w:p>
      <w:pPr>
        <w:widowControl/>
      </w:pPr>
      <w:r>
        <w:t>Along the way, visit Baisha Lake and Karakul Lake, where the clear water reflects the magnificent peaks of Muztagh Ata, Kongur Tagh, and Kongur Tiube.</w:t>
      </w:r>
    </w:p>
    <w:p>
      <w:pPr>
        <w:widowControl/>
      </w:pPr>
      <w:r>
        <w:t>The China-Pakistan Highway, one of the world's highest paved international roads, follows historic Silk Road routes across the Pamir Plateau. Today, this legendary road offers travelers a chance to experience one of China's most breathtaking mountain landscapes.</w:t>
      </w:r>
    </w:p>
    <w:p>
      <w:pPr>
        <w:widowControl/>
      </w:pPr>
      <w:r>
        <w:t>Baisha Mountain &amp; Baisha Lake (白沙山-白沙湖):</w:t>
      </w:r>
    </w:p>
    <w:p>
      <w:pPr>
        <w:widowControl/>
      </w:pPr>
      <w:r>
        <w:t>Located at an altitude of about 3,660 meters, Baisha Lake is surrounded by white sand mountains and snow-covered peaks. The contrast between the turquoise lake, white dunes, and distant mountains creates one of the most beautiful landscapes along the Pamir route.</w:t>
      </w:r>
    </w:p>
    <w:p>
      <w:pPr>
        <w:widowControl/>
      </w:pPr>
      <w:r>
        <w:t>Karakul Lake (喀拉库勒湖):</w:t>
      </w:r>
    </w:p>
    <w:p>
      <w:pPr>
        <w:widowControl/>
      </w:pPr>
      <w:r>
        <w:t>Situated at about 3,600 meters, Karakul Lake is famous for its changing water colors and spectacular views of the Kunlun Mountains. On clear days, the reflections of Muztagh Ata, Kongur Tagh, and Kongur Tiube create an unforgettable high-altitude scenery.</w:t>
      </w:r>
    </w:p>
    <w:p>
      <w:pPr>
        <w:widowControl/>
      </w:pPr>
      <w:r>
        <w:t>After sightseeing, continue driving to Tashkurgan County, the western gateway of China's Pamir region, for your overnight stay.</w:t>
      </w:r>
    </w:p>
    <w:p>
      <w:pPr>
        <w:widowControl/>
      </w:pPr>
      <w:r>
        <w:t>Overview: Embark on an exhilarating road trip along the China-Pakistan Highway to Tashkurgan. (B)</w:t>
      </w:r>
    </w:p>
    <w:p>
      <w:pPr>
        <w:widowControl/>
      </w:pPr>
      <w:r>
        <w:t>Attractions: 2 sites</w:t>
      </w:r>
    </w:p>
    <w:p>
      <w:pPr>
        <w:widowControl/>
      </w:pPr>
      <w:r>
        <w:t>Transport and activities: coach</w:t>
      </w:r>
    </w:p>
    <w:p>
      <w:pPr>
        <w:widowControl/>
      </w:pPr>
      <w:r>
        <w:t>Meals: Breakfast</w:t>
      </w:r>
    </w:p>
    <w:p>
      <w:pPr>
        <w:widowControl/>
      </w:pPr>
      <w:r>
        <w:t>Accommodation: Tashkurgan</w:t>
      </w:r>
    </w:p>
    <w:p>
      <w:pPr>
        <w:keepNext/>
        <w:widowControl/>
        <w:spacing w:before="240"/>
      </w:pPr>
      <w:r>
        <w:t>Day 3 Tashkurgan - China-Pakistan Highway - Kashgar | Stone City (Tashkurgan Fort), Alaer Golden Grasslands</w:t>
      </w:r>
    </w:p>
    <w:p>
      <w:pPr>
        <w:widowControl/>
      </w:pPr>
      <w:r>
        <w:t>Altitude: ~3,600m</w:t>
      </w:r>
    </w:p>
    <w:p>
      <w:pPr>
        <w:widowControl/>
      </w:pPr>
      <w:r>
        <w:t>Driving: ~300km, 7-8 hours</w:t>
      </w:r>
    </w:p>
    <w:p>
      <w:pPr>
        <w:widowControl/>
      </w:pPr>
      <w:r>
        <w:t>Highlights: Tashkurgan Stone City, Golden Grasslands, Muztagh Ata &amp; Kongur Tagh Views</w:t>
      </w:r>
    </w:p>
    <w:p>
      <w:pPr>
        <w:widowControl/>
      </w:pPr>
      <w:r>
        <w:t>Today, you will be exploring Tashkurgan County before driving back to Kashgar along the scenic China-Pakistan Highway.</w:t>
      </w:r>
    </w:p>
    <w:p>
      <w:pPr>
        <w:widowControl/>
      </w:pPr>
      <w:r>
        <w:t>Tashkurgan, officially Tashkurgan Tajik Autonomous County (塔什库尔干塔吉克自治县), lies on the Pamir Plateau at 3,600 meters. Meaning "Stone Fort" in Uyghur, this historic town uniquely borders three countries: Tajikistan, Afghanistan, and Pakistan. As the ancient Silk Road's final Chinese pass, it served as a vital gateway for Central Plains civilization and cultural exchange.</w:t>
      </w:r>
    </w:p>
    <w:p>
      <w:pPr>
        <w:widowControl/>
      </w:pPr>
      <w:r>
        <w:t>After breakfast, explore Stone City (石头城), a crucial Silk Road fortress. Originally the capital of the ancient Puli Kingdom (蒲犁国) during the Han Dynasty, it became the Pamir Plateau's largest post station under Tang rule. Notably, famous Buddhist monk Xuanzang (玄奘) stayed here for 22 days to preach on his return journey from India.</w:t>
      </w:r>
    </w:p>
    <w:p>
      <w:pPr>
        <w:widowControl/>
      </w:pPr>
      <w:r>
        <w:t>Perched high on a steep hill, the fortress features massive, hand-piled stone walls. Exploring these ancient ruins allows travelers to imagine historic merchants, monks, and explorers passing through, while marveling at how Tajik ancestors crafted such an architectural marvel over a millennium ago without modern equipment.</w:t>
      </w:r>
    </w:p>
    <w:p>
      <w:pPr>
        <w:widowControl/>
      </w:pPr>
      <w:r>
        <w:t>Next, explore the Golden Grasslands (金草滩) beneath Stone City. Fed by the Tashkurgan River, this Alar National Wetland Park sanctuary features sprawling meadows, grazing livestock, and felt tents framed by snow-capped mountains. At dusk, the setting sun bathes the landscape in a brilliant golden glow, giving this spectacular wetlands area its famous name.</w:t>
      </w:r>
    </w:p>
    <w:p>
      <w:pPr>
        <w:widowControl/>
      </w:pPr>
      <w:r>
        <w:t>Lastly, you will leave Tashkurgan and drive back to Kashgar city along the scenic China-Pakistan Highway. This journey is not merely a return trip but a continuous discovery of the profound and majestic beauty that defines the Pamir Plateau. You'll have the opportunity to admire the spectacular snow-capped peaks from various angles on both sides. Muztagh Ata, Kongur Tagh, and Kongur Jiubie Peak form a triangular configuration, standing like towering pillars on the Pamir Plateau.</w:t>
      </w:r>
    </w:p>
    <w:p>
      <w:pPr>
        <w:widowControl/>
      </w:pPr>
      <w:r>
        <w:t>Stay overnight in in Kashgar city.</w:t>
      </w:r>
    </w:p>
    <w:p>
      <w:pPr>
        <w:widowControl/>
      </w:pPr>
      <w:r>
        <w:t>Overview: In Tashkurgan, explore the ancient Stone City and marvel at the breathtaking Golden Grassland. (B)</w:t>
      </w:r>
    </w:p>
    <w:p>
      <w:pPr>
        <w:widowControl/>
      </w:pPr>
      <w:r>
        <w:t>Attractions: 2 sites</w:t>
      </w:r>
    </w:p>
    <w:p>
      <w:pPr>
        <w:widowControl/>
      </w:pPr>
      <w:r>
        <w:t>Transport and activities: coach</w:t>
      </w:r>
    </w:p>
    <w:p>
      <w:pPr>
        <w:widowControl/>
      </w:pPr>
      <w:r>
        <w:t>Meals: Breakfast</w:t>
      </w:r>
    </w:p>
    <w:p>
      <w:pPr>
        <w:widowControl/>
      </w:pPr>
      <w:r>
        <w:t>Accommodation: Kashgar</w:t>
      </w:r>
    </w:p>
    <w:p>
      <w:pPr>
        <w:keepNext/>
        <w:widowControl/>
        <w:spacing w:before="240"/>
      </w:pPr>
      <w:r>
        <w:t>Day 4 Kashgar to Urumqi | Kashgar Old City, Id Kah Mosque</w:t>
      </w:r>
    </w:p>
    <w:p>
      <w:pPr>
        <w:widowControl/>
      </w:pPr>
      <w:r>
        <w:t>Altitude: ~1,289m</w:t>
      </w:r>
    </w:p>
    <w:p>
      <w:pPr>
        <w:widowControl/>
      </w:pPr>
      <w:r>
        <w:t>Flight: Kashgar to Urumqi, ~1.5 hours</w:t>
      </w:r>
    </w:p>
    <w:p>
      <w:pPr>
        <w:widowControl/>
      </w:pPr>
      <w:r>
        <w:t>Highlights: Kashgar Old City, Id Kah Mosque, Uyghur Bazaars &amp; Cuisine</w:t>
      </w:r>
    </w:p>
    <w:p>
      <w:pPr>
        <w:widowControl/>
      </w:pPr>
      <w:r>
        <w:t>Begin your tour in Kashgar Old City (喀什老城市), the heart and soul of the region. Spanning 3.6 square kilometers, this living museum reflects over 2,000 years of Silk Road history. Once a vital trade hub connecting East and West, its historic streets offer a vivid glimpse into ancient commerce and rich cultural fusion.</w:t>
      </w:r>
    </w:p>
    <w:p>
      <w:pPr>
        <w:widowControl/>
      </w:pPr>
      <w:r>
        <w:t>Within Kashgar Old City, the streets and alleys intersect intricately, narrow and winding paths with buildings of varying heights, creating a layout that resembles a maze. As you wander through, you'll see traditional Uyghur mud-brick houses and numerous structures with Islamic features, such as pointed arches, domes, intricate woodcarvings, and colorful ceramic tiles. These architectural and street designs perfectly Central Asian and Islamic architectural elements with Uyghur characteristics, creating a sense of time travel for visitors.</w:t>
      </w:r>
    </w:p>
    <w:p>
      <w:pPr>
        <w:widowControl/>
      </w:pPr>
      <w:r>
        <w:t>The Kashgar Old City buzzes with commercial life, home to bazaars like the Pottery Bazaar, Flower Pot (Doppa) Bazaar, Blacksmith Bazaar, and Woodwork Bazaar—ideal for browsing handicrafts and savoring Uyghur cuisine, from succulent lamb kebabs (羊肉串) and spicy lagman noodles (拉条子) to savory samsas (烤包子) and fresh naan (囊). Wandering these streets evokes the Silk Road's heyday, when caravans of merchants from China, Persia, and Arabia once converged here.</w:t>
      </w:r>
    </w:p>
    <w:p>
      <w:pPr>
        <w:widowControl/>
      </w:pPr>
      <w:r>
        <w:t>Furthermore, Kashgar Old City is a hub for numerous cultural and religious activities as well as a place for residents' daily lives and social interactions. One of the most notable landmarks is Id Kah Mosque (艾提尕尔清真寺), one of the largest mosques in China, attracting thousands of worshippers daily.</w:t>
      </w:r>
    </w:p>
    <w:p>
      <w:pPr>
        <w:widowControl/>
      </w:pPr>
      <w:r>
        <w:t>After the tour, you'll be escorted to the airport for your flight to Urumqi. Upon arrival at Urumqi airport, your local tour guide will greet you and accompany you to downtown Urumqi.</w:t>
      </w:r>
    </w:p>
    <w:p>
      <w:pPr>
        <w:widowControl/>
      </w:pPr>
      <w:r>
        <w:t>Overview: Wander through the maze-like streets of Kashgar's Old Town and visit the Id Kah Mosque. (B)</w:t>
      </w:r>
    </w:p>
    <w:p>
      <w:pPr>
        <w:widowControl/>
      </w:pPr>
      <w:r>
        <w:t>Attractions: 2 sites</w:t>
      </w:r>
    </w:p>
    <w:p>
      <w:pPr>
        <w:widowControl/>
      </w:pPr>
      <w:r>
        <w:t>Transport and activities: Flight</w:t>
      </w:r>
    </w:p>
    <w:p>
      <w:pPr>
        <w:widowControl/>
      </w:pPr>
      <w:r>
        <w:t>Meals: Breakfast</w:t>
      </w:r>
    </w:p>
    <w:p>
      <w:pPr>
        <w:widowControl/>
      </w:pPr>
      <w:r>
        <w:t>Accommodation: Urumqi</w:t>
      </w:r>
    </w:p>
    <w:p>
      <w:pPr>
        <w:keepNext/>
        <w:widowControl/>
        <w:spacing w:before="240"/>
      </w:pPr>
      <w:r>
        <w:t>Day 5 Urumqi - Tianchi Lake - Urumqi | Heavenly Lake of Tianshan, Urumqi Grand Bazaar</w:t>
      </w:r>
    </w:p>
    <w:p>
      <w:pPr>
        <w:widowControl/>
      </w:pPr>
      <w:r>
        <w:t>Altitude: Up to 1,980m</w:t>
      </w:r>
    </w:p>
    <w:p>
      <w:pPr>
        <w:widowControl/>
      </w:pPr>
      <w:r>
        <w:t>Driving: ~140km round-trip, 2-3 hours</w:t>
      </w:r>
    </w:p>
    <w:p>
      <w:pPr>
        <w:widowControl/>
      </w:pPr>
      <w:r>
        <w:t>Highlights: Heavenly Lake of Tianshan, Bogda Mountain Views, Urumqi Grand Bazaar</w:t>
      </w:r>
    </w:p>
    <w:p>
      <w:pPr>
        <w:widowControl/>
      </w:pPr>
      <w:r>
        <w:t>Today, you'll embark on a full-day exploration, from the breathtaking natural beauty of Tianshan Tianchi Lake to the enlightening exhibits at the Xinjiang Regional Museum.</w:t>
      </w:r>
    </w:p>
    <w:p>
      <w:pPr>
        <w:widowControl/>
      </w:pPr>
      <w:r>
        <w:t>In the morning, drive about 70 kilometers (1-1.5 hours) to Heavenly Lake of Tianshan (天山天池), a UNESCO World Heritage Site nestled at 1,980 meters (6,500 feet) above sea level. Surrounded by lush forests and snow-capped peaks, this serene alpine lake is famed for its crystal-clear waters, panoramic Bogda mountain views, and legendary ties to the Queen Mother of the West (Xi Wangmu).</w:t>
      </w:r>
    </w:p>
    <w:p>
      <w:pPr>
        <w:widowControl/>
      </w:pPr>
      <w:r>
        <w:t>Upon arrival, you'll first take 40-minute sightseeing bus ride through the dramatic mountains. Then, enjoy 10-minute walk to the picturesque lake. Enjoy a leisurely stroll around Heavenly Lake, taking in the fresh mountain air and diverse flora and fauna.</w:t>
      </w:r>
    </w:p>
    <w:p>
      <w:pPr>
        <w:widowControl/>
      </w:pPr>
      <w:r>
        <w:t>Optional Activities (additional fee required):</w:t>
      </w:r>
    </w:p>
    <w:p>
      <w:pPr>
        <w:widowControl/>
      </w:pPr>
      <w:r>
        <w:t>Boat Ride: Cruise across the peaceful waters of the lake, immersing yourself in its beauty and the reflections of the snow-capped mountains.</w:t>
      </w:r>
    </w:p>
    <w:p>
      <w:pPr>
        <w:widowControl/>
      </w:pPr>
      <w:r>
        <w:t>Cableway Ride: Take a cableway up to Mayashan for even more stunning views of Bogda Mountain.</w:t>
      </w:r>
    </w:p>
    <w:p>
      <w:pPr>
        <w:widowControl/>
      </w:pPr>
      <w:r>
        <w:t>Then, return to Urumqi and visit the Urumqi Grand Bazaar, also known as the Xinjiang International Grand Bazaar—a vibrant marketplace perfect for free time. Browse shops selling Uyghur clothing, carpets, handmade crafts, silk scarves, and spices, and sample local favorites like lamb kebabs, polu (pilaf), and laghman noodles. Admire the bazaar's grand minarets, domes, and intricate Islamic-inspired architecture.</w:t>
      </w:r>
    </w:p>
    <w:p>
      <w:pPr>
        <w:widowControl/>
      </w:pPr>
      <w:r>
        <w:t>After the tour, return to your hotel in Urumqi.</w:t>
      </w:r>
    </w:p>
    <w:p>
      <w:pPr>
        <w:widowControl/>
      </w:pPr>
      <w:r>
        <w:t>Overview: Journey to the serene Heavenly Lake of Tianshan. Enjoy the breathtaking views. Explore Urumqi Grand Bazaar. (B)</w:t>
      </w:r>
    </w:p>
    <w:p>
      <w:pPr>
        <w:widowControl/>
      </w:pPr>
      <w:r>
        <w:t>Attractions: 2 sites</w:t>
      </w:r>
    </w:p>
    <w:p>
      <w:pPr>
        <w:widowControl/>
      </w:pPr>
      <w:r>
        <w:t>Transport and activities: coach</w:t>
      </w:r>
    </w:p>
    <w:p>
      <w:pPr>
        <w:widowControl/>
      </w:pPr>
      <w:r>
        <w:t>Meals: Breakfast</w:t>
      </w:r>
    </w:p>
    <w:p>
      <w:pPr>
        <w:widowControl/>
      </w:pPr>
      <w:r>
        <w:t>Accommodation: Urumqi</w:t>
      </w:r>
    </w:p>
    <w:p>
      <w:pPr>
        <w:keepNext/>
        <w:widowControl/>
        <w:spacing w:before="240"/>
      </w:pPr>
      <w:r>
        <w:t>Day 6 Urumqi to Turpan | Tuyoq Village, Jiaohe Ancient City Ruins, Karez System, Emin Minaret</w:t>
      </w:r>
    </w:p>
    <w:p>
      <w:pPr>
        <w:widowControl/>
      </w:pPr>
      <w:r>
        <w:t>Altitude: -154m (below sea level)</w:t>
      </w:r>
    </w:p>
    <w:p>
      <w:pPr>
        <w:widowControl/>
      </w:pPr>
      <w:r>
        <w:t>Driving: ~180km, 3 hours</w:t>
      </w:r>
    </w:p>
    <w:p>
      <w:pPr>
        <w:widowControl/>
      </w:pPr>
      <w:r>
        <w:t>Highlights: Flaming Mountains, Mazar Village, Jiaohe Ancient City Ruins, Karez System, Emin Minaret</w:t>
      </w:r>
    </w:p>
    <w:p>
      <w:pPr>
        <w:widowControl/>
      </w:pPr>
      <w:r>
        <w:t>After breakfast, embark on a scenic 3-hour drive (180 km) from Urumqi to Turpan. Along the way, you'll pass the striking Salt Lake and the impressive wind power station, the largest in Asia, at the foot of the Tianshan Mountains.</w:t>
      </w:r>
    </w:p>
    <w:p>
      <w:pPr>
        <w:widowControl/>
      </w:pPr>
      <w:r>
        <w:t>Located in eastern Xinjiang, Turpan (吐鲁番) lies in a depression 154 meters below sea level—the second-lowest in the world. Famous as China's "Fire Land" for its extreme heat, this vital Silk Road oasis historically connected East and West. Today, the area is dotted with historic treasures, including ancient city ruins, desert fortresses, and centuries-old Buddhist cave complexes showcasing its rich cultural heritage.</w:t>
      </w:r>
    </w:p>
    <w:p>
      <w:pPr>
        <w:widowControl/>
      </w:pPr>
      <w:r>
        <w:t>Drive along the iconic Flaming Mountains, famous for intense heat and glowing red sandstone stretching over 100 kilometers across the desert. After stopping for photos of these striking eroded cliffs, follow the cliffside road into Tuyoq Valley to visit Mazar Village (麻扎村). Over 1,700 years old, China's oldest Uyghur village showcases traditional mud-brick homes, colorful floral doors, and historic earthen architecture framed by fruit trees and red peaks.</w:t>
      </w:r>
    </w:p>
    <w:p>
      <w:pPr>
        <w:widowControl/>
      </w:pPr>
      <w:r>
        <w:t>Next, visit to Jiaohe Ancient City Ruins (交河故城), one of the best-preserved ruins of ancient cities along the Silk Road and inscribed on the UNESCO World Heritage List as part of the joint application "Silk Roads: the Routes Network of Chang'an-Tianshan Corridor." Jiaohe Ruins offers a profound glimpse into ancient city planning and the historical complexity of the civilizations on the Silk Road.</w:t>
      </w:r>
    </w:p>
    <w:p>
      <w:pPr>
        <w:widowControl/>
      </w:pPr>
      <w:r>
        <w:t>Unlike many ancient cities, Jiaohe's structures weren't built up but carved down into the existing loess plateau. Walking through the ruins, you'll see remains of government offices, residential houses, Buddhist stupas, and temples—valuable evidence of the Silk Road's social, economic, and religious life. Tip: there's no shelter inside the ruins, so bring sun protection.</w:t>
      </w:r>
    </w:p>
    <w:p>
      <w:pPr>
        <w:widowControl/>
      </w:pPr>
      <w:r>
        <w:t>Head to the Karez System (坎儿井), an ancient underground irrigation network with a history of over 2,000 years that transformed barren desert into lush oasis, considered one of China's three great engineering projects alongside the Great Wall and Grand Canal, and named to the 2024 World Irrigation Project Heritage list. Often called the "Underground Great Wall," Xinjiang's 1,700+ karez wells would stretch over 5,000 kilometers if connected. Step inside to uncover how ancient people built this mysterious hydraulic marvel without modern tools.</w:t>
      </w:r>
    </w:p>
    <w:p>
      <w:pPr>
        <w:widowControl/>
      </w:pPr>
      <w:r>
        <w:t>Continue to Emin Minaret (额敏塔), also known as Sugong Ta (苏公塔), the tallest Islamic minaret in Xinjiang. Built in 1778 by ruler Suleiman to honor his father Emin Khoja, the 44-meter sun-dried brick tower tapers elegantly to an ornate dome. Uyghur artisans crafted up to 15 brick patterns—waves, diamonds, florals—into looping designs. Visit the accompanying mosque, a cultural icon blending Islamic and Uyghur traditions.</w:t>
      </w:r>
    </w:p>
    <w:p>
      <w:pPr>
        <w:widowControl/>
      </w:pPr>
      <w:r>
        <w:t>After the tour, be escorted to your hotel in Turpan.</w:t>
      </w:r>
    </w:p>
    <w:p>
      <w:pPr>
        <w:widowControl/>
      </w:pPr>
      <w:r>
        <w:t>Overview: A historic oasis city - Turpan, known for its ancient ruins and unique grape cultivation. (B)</w:t>
      </w:r>
    </w:p>
    <w:p>
      <w:pPr>
        <w:widowControl/>
      </w:pPr>
      <w:r>
        <w:t>Attractions: 4 sites</w:t>
      </w:r>
    </w:p>
    <w:p>
      <w:pPr>
        <w:widowControl/>
      </w:pPr>
      <w:r>
        <w:t>Transport and activities: coach</w:t>
      </w:r>
    </w:p>
    <w:p>
      <w:pPr>
        <w:widowControl/>
      </w:pPr>
      <w:r>
        <w:t>Meals: Breakfast</w:t>
      </w:r>
    </w:p>
    <w:p>
      <w:pPr>
        <w:widowControl/>
      </w:pPr>
      <w:r>
        <w:t>Accommodation: Turpan</w:t>
      </w:r>
    </w:p>
    <w:p>
      <w:pPr>
        <w:keepNext/>
        <w:widowControl/>
        <w:spacing w:before="240"/>
      </w:pPr>
      <w:r>
        <w:t>Day 7 Turpan to Urumqi Depature | Transfer Service and Airport See-off</w:t>
      </w:r>
    </w:p>
    <w:p>
      <w:pPr>
        <w:widowControl/>
      </w:pPr>
      <w:r>
        <w:t>On this day, you'll be transferred from Turpan to Urumqi airport for your flight departure (about 3-hour drive).</w:t>
      </w:r>
    </w:p>
    <w:p>
      <w:pPr>
        <w:widowControl/>
      </w:pPr>
      <w:r>
        <w:t>Overview: Transfer to from Turpan to Urumq Airport. (B)</w:t>
      </w:r>
    </w:p>
    <w:p>
      <w:pPr>
        <w:widowControl/>
      </w:pPr>
      <w:r>
        <w:t>Transport and activities: coach</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Xinjiang Small Group Tour from Kashgar to Urumqi: Drive Past 2 Alpine Lakes to Silk Road Ruin</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