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Lhasa to Yamdrok Lake Group Tour: Faith, Culture &amp; Holy Lake</w:t>
      </w:r>
    </w:p>
    <w:p>
      <w:pPr>
        <w:widowControl/>
      </w:pPr>
      <w:r>
        <w:t>Product code: AOT-TGT-A</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Xiazhulin Temple - Lhasa</w:t>
      </w:r>
    </w:p>
    <w:p>
      <w:pPr>
        <w:widowControl/>
      </w:pPr>
      <w:r>
        <w:t>In the morning, it is time to explore the holy lake and beautiful landscape out of Lhasa city. With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In the afternoon, continue your exploration at Xiazhulin Temple, a peaceful monastery of the Gelug Sect of Tibetan Buddhism, located about 15 km from Lhasa Airport. It is smaller and quieter than many of Tibet's ancient temples. Situated halfway up a hill, it offers the chance to admire the views of the Yarlung Zangbo River and surrounding farmland.</w:t>
      </w:r>
    </w:p>
    <w:p>
      <w:pPr>
        <w:widowControl/>
      </w:pPr>
      <w:r>
        <w:t>Xiazhulin Temple is also renowned for enshrining the body of an auspicious goddess, believed to be an incarnation of Green Tara. According to legend, she was born more than a thousand years ago and passed away at the age of twelve. After her death, her body miraculously shrank to the height of a cubit, seated in a Tara posture with one eye half-open, as if in gentle meditation. Explore the temple halls, appreciate the precious murals, and spin the prayer wheels for blessings.</w:t>
      </w:r>
    </w:p>
    <w:p>
      <w:pPr>
        <w:widowControl/>
      </w:pPr>
      <w:r>
        <w:t>After the visit, return to your hotel in Lhasa.</w:t>
      </w:r>
    </w:p>
    <w:p>
      <w:pPr>
        <w:widowControl/>
      </w:pPr>
      <w:r>
        <w:t>Overview: Altitude: 4440m | Distance: 300km, about 5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5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Lhasa to Yamdrok Lake Group Tour: Faith, Culture &amp; Holy Lake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