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拉萨至羊卓雍措5日拼团游：信仰、文化与圣湖</w:t>
      </w:r>
    </w:p>
    <w:p>
      <w:pPr>
        <w:widowControl/>
      </w:pPr>
      <w:r>
        <w:t>线路编号：AOT-TGT-A</w:t>
      </w:r>
    </w:p>
    <w:p>
      <w:pPr>
        <w:keepNext/>
        <w:widowControl/>
        <w:spacing w:before="240"/>
      </w:pPr>
      <w:r>
        <w:t>第1天 抵达拉萨（3650米）：接站服务与高原适应</w:t>
      </w:r>
    </w:p>
    <w:p>
      <w:pPr>
        <w:widowControl/>
      </w:pPr>
      <w:r>
        <w:t>扎西德勒！欢迎来到西藏自治区首府拉萨！抵达拉萨贡嘎国际机场或拉萨火车站后，我们热情的藏族导游将为您献上哈达（传统白色丝巾），并送上温暖的祝福。（温馨提示：请提前告知我们您的交通方式和抵达时间。）</w:t>
      </w:r>
    </w:p>
    <w:p>
      <w:pPr>
        <w:widowControl/>
      </w:pPr>
      <w:r>
        <w:t>之后，导游和司机将送您前往拉萨市区的酒店。（温馨提示：机场位于城市东南约60公里处，车程约1至1.5小时。）</w:t>
      </w:r>
    </w:p>
    <w:p>
      <w:pPr>
        <w:widowControl/>
      </w:pPr>
      <w:r>
        <w:t>办理入住后，利用当天剩余时间放松休息，适应拉萨的高海拔（3650米）。在开始精彩的西藏之旅前，让身体适应非常重要。</w:t>
      </w:r>
    </w:p>
    <w:p>
      <w:pPr>
        <w:widowControl/>
      </w:pPr>
      <w:r>
        <w:t>拉萨第一天的实用提醒</w:t>
      </w:r>
    </w:p>
    <w:p>
      <w:pPr>
        <w:widowControl/>
      </w:pPr>
      <w:r>
        <w:t>好好休息，保持平静。这是预防高原反应的最佳方式。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不要饮酒。要多喝水、吃水果，避免油腻饮食。</w:t>
      </w:r>
    </w:p>
    <w:p>
      <w:pPr>
        <w:widowControl/>
      </w:pPr>
      <w:r>
        <w:t>如有需要，可以准备红景天、西洋参含片或高原安等草药或氧气补充剂，帮助适应。</w:t>
      </w:r>
    </w:p>
    <w:p>
      <w:pPr>
        <w:widowControl/>
      </w:pPr>
      <w:r>
        <w:t>始终遵循当地导游的建议。如果感到不适，请告知导游并及时就医。</w:t>
      </w:r>
    </w:p>
    <w:p>
      <w:pPr>
        <w:widowControl/>
      </w:pPr>
      <w:r>
        <w:t>概述：海拔：3650米；距离：60公里，车程约1.5小时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交通与活动：自行抵达拉萨；拉萨接站服务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拉萨城市游：拉萨传统手工艺艺术中心与色拉寺</w:t>
      </w:r>
    </w:p>
    <w:p>
      <w:pPr>
        <w:widowControl/>
      </w:pPr>
      <w:r>
        <w:t>今天，您将在拉萨传统手工艺艺术中心体验亲手制作的文化活动，并通过在色拉寺观看僧人辩经，进一步了解藏传佛教。</w:t>
      </w:r>
    </w:p>
    <w:p>
      <w:pPr>
        <w:widowControl/>
      </w:pPr>
      <w:r>
        <w:t>上午，您将在拉萨传统手工艺艺术中心感受传统藏族艺术。参与制作藏香，练习藏文书法，并了解传统木版印刷的奥秘。</w:t>
      </w:r>
    </w:p>
    <w:p>
      <w:pPr>
        <w:widowControl/>
      </w:pPr>
      <w:r>
        <w:t>藏香通常在佛教仪式和典礼中作为供品焚烧，其成分通常包括杜松、檀香、雪松、肉桂、丁香以及多种草药。</w:t>
      </w:r>
    </w:p>
    <w:p>
      <w:pPr>
        <w:widowControl/>
      </w:pPr>
      <w:r>
        <w:t>除了制作藏香，您还可以观看当地工匠演示全过程。工匠会教您藏文书法，并帮助您用藏文写下自己的名字或祝福语。这是一份有意义的纪念品，可以带回家留作回忆。</w:t>
      </w:r>
    </w:p>
    <w:p>
      <w:pPr>
        <w:widowControl/>
      </w:pPr>
      <w:r>
        <w:t>下午，乘车约7公里（20分钟）前往色拉寺。色拉寺是西藏格鲁派三大寺院之一。在这里，您将近距离感受藏传佛教。</w:t>
      </w:r>
    </w:p>
    <w:p>
      <w:pPr>
        <w:widowControl/>
      </w:pPr>
      <w:r>
        <w:t>亮点是僧人辩经，每天大约15:00至17:00举行（周日除外）。辩经是一种活跃的智力交流，一名僧人站立提问，其他僧人坐着回答。站立僧人的手势，如拍掌和跺脚，象征激发智慧，并非攻击行为。您还有机会观看祈祷仪式，参观冥想殿堂，并了解寺院生活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拉萨文化之旅：布达拉宫、大昭寺、八廓街与特色晚餐</w:t>
      </w:r>
    </w:p>
    <w:p>
      <w:pPr>
        <w:widowControl/>
      </w:pPr>
      <w:r>
        <w:t>今天，您将游览拉萨：首先参观世界闻名的布达拉宫，这是世界遗产，也是50元人民币背面的图案。随后，您将参观大昭寺，这处世界文化遗产以其辉煌的建筑、文化、艺术和历史而闻名。最后，您可以和当地人一起漫步在著名的八廓街，了解藏族人日常转经的生活。</w:t>
      </w:r>
    </w:p>
    <w:p>
      <w:pPr>
        <w:widowControl/>
      </w:pPr>
      <w:r>
        <w:t>今天上午，您将首先游览布达拉宫。这是西藏最具标志性的地标，也是达赖喇嘛的冬宫旧址（1649-1959）。</w:t>
      </w:r>
    </w:p>
    <w:p>
      <w:pPr>
        <w:widowControl/>
      </w:pPr>
      <w:r>
        <w:t>从宫门登上365级石阶到达红宫后，您将抵达世界上海拔最高的古代宫殿——海拔3700米——并欣赏拉萨市的壮丽全景。</w:t>
      </w:r>
    </w:p>
    <w:p>
      <w:pPr>
        <w:widowControl/>
      </w:pPr>
      <w:r>
        <w:t>当您漫步于殿堂、佛堂和供奉历代达赖喇嘛的神圣殿堂时，会被精美的壁画、精致的雕刻、耀眼的珠宝装饰以及弥漫在空气中的浓厚宗教氛围所吸引。在布达拉宫内部，可以看到无数藏族朝圣者虔诚地叩拜和祈祷——对许多人来说，参观这处圣地是一生一次的旅程。</w:t>
      </w:r>
    </w:p>
    <w:p>
      <w:pPr>
        <w:widowControl/>
      </w:pPr>
      <w:r>
        <w:t>您的导游还将分享关于松赞干布的故事。他是西藏第33代赞普，最初于7世纪建造布达拉宫，以纪念他与唐朝文成公主的联姻。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所有游客必须随导游团队进入，宫内停留时间最多为1小时。</w:t>
      </w:r>
    </w:p>
    <w:p>
      <w:pPr>
        <w:widowControl/>
      </w:pPr>
      <w:r>
        <w:t>门票采用实名预订系统。需要有效的身份证或护照，一旦预订，7天内不允许重新预订。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在旺季，您的旅行团可能会被分成更小的团队，有不同的参观时间或导游。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大昭寺前叩拜。停下来一会儿，见证这感人的景象和藏传佛教徒坚定的信仰。这将是一个触动您心灵的时刻。</w:t>
      </w:r>
    </w:p>
    <w:p>
      <w:pPr>
        <w:widowControl/>
      </w:pPr>
      <w:r>
        <w:t>据传说，大昭寺是由松赞干布为他的两位妻子——中国的文成公主和尼泊尔的尺尊公主而建。大昭寺的名字意为“佛之屋”，寺内供奉着一尊12岁释迦牟尼等身像，这是佛教世界中最神圣的珍宝之一。这使得大昭寺成为西藏最神圣的朝圣地。</w:t>
      </w:r>
    </w:p>
    <w:p>
      <w:pPr>
        <w:widowControl/>
      </w:pPr>
      <w:r>
        <w:t>花时间探索寺庙精巧的建筑——欣赏色彩斑斓的壁画、华丽的装饰和精美的雕刻，这些展示了藏族工艺的精髓。从二楼，您可以欣赏到下面熙熙攘攘的八廓街的全景。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大昭寺是一个活跃的宗教场所。在重要的宗教仪式或特殊活动期间，可能会限制进入——感谢您的理解。</w:t>
      </w:r>
    </w:p>
    <w:p>
      <w:pPr>
        <w:widowControl/>
      </w:pPr>
      <w:r>
        <w:t>参观结束后，走到外面的八廓街，这里曾经是围绕寺庙的传统转经道。今天，它是一个热闹的地方，充满了香火的气息和朝圣者的诵经声。您可以在茶馆里品尝酥油茶，穿上藏族服饰拍照，或者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游览结束后，将送您返回拉萨的酒店。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拉萨至羊卓雍措、夏珠林寺一日游</w:t>
      </w:r>
    </w:p>
    <w:p>
      <w:pPr>
        <w:widowControl/>
      </w:pPr>
      <w:r>
        <w:t>上午，前往拉萨城外，游览圣湖和美丽的自然风光。乘车约2至3小时（110公里），接近甘巴拉山口（海拔4797米）时，请准备好相机。在这里，您可以欣赏到羊卓雍措的壮丽全景，它如一条碧绿的绸带在雪山间闪耀。羊卓雍措是西藏四大圣湖之一（另外三个是拉姆拉措、玛旁雍措和纳木措），人们相信它拥有精神力量，能帮助藏人寻找达赖喇嘛的转世灵童。您还会看到当地人提供与藏獒、牦牛或穿着传统饰品的山羊合影的机会。</w:t>
      </w:r>
    </w:p>
    <w:p>
      <w:pPr>
        <w:widowControl/>
      </w:pPr>
      <w:r>
        <w:t>下午，继续前往夏珠林寺参观。这是一座宁静的格鲁派寺院，距离拉萨机场约15公里，比西藏许多古老寺庙更小、更安静。寺院位于半山腰，可以欣赏雅鲁藏布江和周围农田的景色。</w:t>
      </w:r>
    </w:p>
    <w:p>
      <w:pPr>
        <w:widowControl/>
      </w:pPr>
      <w:r>
        <w:t>夏珠林寺还以供奉一位吉祥天女的肉身而闻名，据信她是绿度母的化身。相传她生于一千多年前，12岁时去世。她死后，身体奇迹般地缩小到一肘高，呈度母坐姿，一只眼睛半睁，仿佛在轻柔地冥想。您可以参观寺庙殿堂，欣赏珍贵的壁画，转动转经筒祈福。</w:t>
      </w:r>
    </w:p>
    <w:p>
      <w:pPr>
        <w:widowControl/>
      </w:pPr>
      <w:r>
        <w:t>参观结束后，返回拉萨的酒店。</w:t>
      </w:r>
    </w:p>
    <w:p>
      <w:pPr>
        <w:widowControl/>
      </w:pPr>
      <w:r>
        <w:t>概述：海拔：4440米 | 距离：300公里，约5小时车程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拉萨离团：酒店退房与机场送机</w:t>
      </w:r>
    </w:p>
    <w:p>
      <w:pPr>
        <w:widowControl/>
      </w:pPr>
      <w:r>
        <w:t>早餐后，就要告别拉萨这座圣城了。导游和司机将送您前往拉萨贡嘎机场或拉萨火车站，搭乘航班或火车前往下一站或返回家中。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从拉萨市中心到机场车程约1小时，建议预订上午10:00之后起飞的航班。</w:t>
      </w:r>
    </w:p>
    <w:p>
      <w:pPr>
        <w:widowControl/>
      </w:pPr>
      <w:r>
        <w:t>请提前将您的航班或火车时刻告知我们，以便顺利送机。</w:t>
      </w:r>
    </w:p>
    <w:p>
      <w:pPr>
        <w:widowControl/>
      </w:pPr>
      <w:r>
        <w:t>请提供准确的航班或火车预订信息，以便我们高效安排团队的免费共享送机服务。</w:t>
      </w:r>
    </w:p>
    <w:p>
      <w:pPr>
        <w:widowControl/>
      </w:pPr>
      <w:r>
        <w:t>感谢您选择Asia Odyssey Travel的西藏团体游。期待在您下一段旅程中再相见！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拉萨至羊卓雍措5日拼团游：信仰、文化与圣湖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