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Tibet Group Tour: Lhasa &amp; Everest Base Camp (Conquer the Himalayas)</w:t>
      </w:r>
    </w:p>
    <w:p>
      <w:pPr>
        <w:widowControl/>
      </w:pPr>
      <w:r>
        <w:t>Product code: AOT-TGT-B1</w:t>
      </w:r>
    </w:p>
    <w:p>
      <w:pPr>
        <w:keepNext/>
        <w:widowControl/>
        <w:spacing w:before="240"/>
      </w:pPr>
      <w:r>
        <w:t>Day 1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 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 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3 Lhasa - Yamdrok Lake - Karola Glacier - Shigatse (370km, 7 hours) | Special Lunch at Yamdrok Lake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Specially Arranged Meal at Yamdrok Lake:</w:t>
      </w:r>
    </w:p>
    <w:p>
      <w:pPr>
        <w:widowControl/>
      </w:pPr>
      <w:r>
        <w:t>Take a break at Yamdrok Lake to enjoy a special Hot Pot arranged by Asia Odyssey Travel. Fresh dish, stunning lake views, totally get relaxed. Also have time to take beautiful photos before or after your meal.</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3850m | Distance: 380km, about 7 hours’ drive</w:t>
      </w:r>
    </w:p>
    <w:p>
      <w:pPr>
        <w:widowControl/>
      </w:pPr>
      <w:r>
        <w:t>Attractions: 2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4 Shigatse - Mt. Everest | Gyawu La Pass, Rongbuk Monastery, Mt. Everest Base Camp</w:t>
      </w:r>
    </w:p>
    <w:p>
      <w:pPr>
        <w:widowControl/>
      </w:pPr>
      <w:r>
        <w:t>Today, your whole group will drive from Shigatse toward to Mount Everest (Qomolangma), the highest mountain on Earth. Along the way, admire the stunning transformation of the landscape as you ascend toward the Himalayas.</w:t>
      </w:r>
    </w:p>
    <w:p>
      <w:pPr>
        <w:widowControl/>
      </w:pPr>
      <w:r>
        <w:t>Gyawu La Pass - the Everest Viewing Platform</w:t>
      </w:r>
    </w:p>
    <w:p>
      <w:pPr>
        <w:widowControl/>
      </w:pPr>
      <w:r>
        <w:t>Follow the famous 108 switchbacks along the Everest Road to reach Gyawu La Pass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pPr>
        <w:widowControl/>
      </w:pPr>
      <w:r>
        <w:t>Rongbuk Monastery - the Highest Monastery in the World</w:t>
      </w:r>
    </w:p>
    <w:p>
      <w:pPr>
        <w:widowControl/>
      </w:pPr>
      <w:r>
        <w:t>Continue to Rongbuk Monastery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pPr>
        <w:widowControl/>
      </w:pPr>
      <w:r>
        <w:t>Everest Base Camp - Touching the Summit of the World</w:t>
      </w:r>
    </w:p>
    <w:p>
      <w:pPr>
        <w:widowControl/>
      </w:pPr>
      <w:r>
        <w:t>Standing at 8,848 meters, Mount Everest straddles the border between China and Nepal in the central Himalayas. The endless glaciers, hanging ice cliffs, and snow-covered ridges create a view of rare beauty and grandeur.</w:t>
      </w:r>
    </w:p>
    <w:p>
      <w:pPr>
        <w:widowControl/>
      </w:pPr>
      <w:r>
        <w:t>Then, head to Everest Base Camp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w:t>
      </w:r>
    </w:p>
    <w:p>
      <w:pPr>
        <w:widowControl/>
      </w:pPr>
      <w:r>
        <w:t>Warm Tips for Visiting EBC:</w:t>
      </w:r>
    </w:p>
    <w:p>
      <w:pPr>
        <w:widowControl/>
      </w:pPr>
      <w:r>
        <w:t>From Everest Town (50 km from EBC), travelers must transfer to the eco-friendly shuttle bus for the final stretch to Base Camp, and return the next day the same way. Your main driver and vehicle will not accompany you - please bring all essentials with you.</w:t>
      </w:r>
    </w:p>
    <w:p>
      <w:pPr>
        <w:widowControl/>
      </w:pPr>
      <w:r>
        <w:t>Accommodation at EBC is in tented camps (reconstructed in 2025) with improved facilities, now offering twin rooms and a simple dining tent. However, amenities remain basic with shared bathrooms. Supplies are limited due to high altitude, so please be understanding.</w:t>
      </w:r>
    </w:p>
    <w:p>
      <w:pPr>
        <w:widowControl/>
      </w:pPr>
      <w:r>
        <w:t>During winter, if the tent camp is closed due to weather, the group will stay in a guesthouse in Everest Town (or called Tashizom Town) (with private bathroom).</w:t>
      </w:r>
    </w:p>
    <w:p>
      <w:pPr>
        <w:widowControl/>
      </w:pPr>
      <w:r>
        <w:t>The altitude and temperature can be extreme -even in summer, nighttime temperatures may drop to 08°C. Please dress warmly or rent a down jacket at Base Camp if needed.</w:t>
      </w:r>
    </w:p>
    <w:p>
      <w:pPr>
        <w:widowControl/>
      </w:pPr>
      <w:r>
        <w:t>Overview: Altitude: 5100m | Distance: 340km, about 7 hours’ drive</w:t>
      </w:r>
    </w:p>
    <w:p>
      <w:pPr>
        <w:widowControl/>
      </w:pPr>
      <w:r>
        <w:t>Attractions: 3 Iconic Sites</w:t>
      </w:r>
    </w:p>
    <w:p>
      <w:pPr>
        <w:widowControl/>
      </w:pPr>
      <w:r>
        <w:t>Transport and activities: Coach</w:t>
      </w:r>
    </w:p>
    <w:p>
      <w:pPr>
        <w:widowControl/>
      </w:pPr>
      <w:r>
        <w:t>Meals: Breakfast</w:t>
      </w:r>
    </w:p>
    <w:p>
      <w:pPr>
        <w:widowControl/>
      </w:pPr>
      <w:r>
        <w:t>Accommodation: Everest Base Camp (EBC)</w:t>
      </w:r>
    </w:p>
    <w:p>
      <w:pPr>
        <w:keepNext/>
        <w:widowControl/>
        <w:spacing w:before="240"/>
      </w:pPr>
      <w:r>
        <w:t>Day 5 Mt. Everest - Shigatse | EBC, Gyatso La Pass</w:t>
      </w:r>
    </w:p>
    <w:p>
      <w:pPr>
        <w:widowControl/>
      </w:pPr>
      <w:r>
        <w:t>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w:t>
      </w:r>
    </w:p>
    <w:p>
      <w:pPr>
        <w:widowControl/>
      </w:pPr>
      <w:r>
        <w:t>Tip: If weather permits, you can enjoy the Golden Summit view - one of the most breathtaking sights on Earth. The best seasons are spring (April–May) and autumn (September–November), when the skies are usually clear. You'll need to rise early and take a short hike to the viewing point to see the snowcapped peaks glowing golden in the morning light.</w:t>
      </w:r>
    </w:p>
    <w:p>
      <w:pPr>
        <w:widowControl/>
      </w:pPr>
      <w:r>
        <w:t>After a memorable morning at Everest Base Camp, start your return journey to Shigatse City. En route, make a stop at Gyatso La Pass (5,248 m) - the highest point along the Sino-Nepal Friendship Highway and part of the Mount Everest National Nature Reserve. From the viewing platform, admire the towering peaks of Mount Everest (8,848.86 m), Cho Oyu, Lhotse, and Makalu, all rising above 8,000 meters. The colorful prayer flags fluttering in the wind add a touch of sacred beauty to this spectacular panorama - a perfect spot for photos.</w:t>
      </w:r>
    </w:p>
    <w:p>
      <w:pPr>
        <w:widowControl/>
      </w:pPr>
      <w:r>
        <w:t>Continue your scenic drive back to Shigatse, check into your hotel, and enjoy a relaxing evening with a warm shower after the day's adventure. Overnight in Shigatse.</w:t>
      </w:r>
    </w:p>
    <w:p>
      <w:pPr>
        <w:widowControl/>
      </w:pPr>
      <w:r>
        <w:t>Overview: Altitude: 3850m | Distance: 340km, about 7 hours’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6 Shigatse - Lhasa | Tashilunpo Monastery</w:t>
      </w:r>
    </w:p>
    <w:p>
      <w:pPr>
        <w:widowControl/>
      </w:pPr>
      <w:r>
        <w:t>This morning, visit Tashilhunpo Monastery, the spiritual heart of Shigatse.</w:t>
      </w:r>
    </w:p>
    <w:p>
      <w:pPr>
        <w:widowControl/>
      </w:pPr>
      <w: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pPr>
        <w:widowControl/>
      </w:pPr>
      <w: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pPr>
        <w:widowControl/>
      </w:pPr>
      <w:r>
        <w:t>Highlights of Tashihunpo Monastery:</w:t>
      </w:r>
    </w:p>
    <w:p>
      <w:pPr>
        <w:widowControl/>
      </w:pPr>
      <w:r>
        <w:t>Admir the Maitreya (Future Buddha) Chapel, which enshrines a magnificent bronze statue of the Maitreya Buddha -made with over 115 tons of copper, 250 kg of gold, and adorned with more than 1,400 precious jewels including diamonds and pearls.</w:t>
      </w:r>
    </w:p>
    <w:p>
      <w:pPr>
        <w:widowControl/>
      </w:pPr>
      <w:r>
        <w:t>Pay repect to the sacred stupas (reliquary chortens)of successive Panchen Lamas, exquisitely crafted with gold, silver, coral, pearls, turquoise, and silk.</w:t>
      </w:r>
    </w:p>
    <w:p>
      <w:pPr>
        <w:widowControl/>
      </w:pPr>
      <w:r>
        <w:t>Enjoy a panoramic view of Shigatse city and the serene monastic life, where monks in crimson robes chant sutras echoing through the halls.</w:t>
      </w:r>
    </w:p>
    <w:p>
      <w:pPr>
        <w:widowControl/>
      </w:pPr>
      <w:r>
        <w:t>After visiting Tashilhunpo Monastery, drive back to Lhasa along the scenic Friendship Highway, following the Yarlung Tsangpo River. The journey takes about 4.5-5 hours (270 km). Upon arrival, check into your hotel and relax for the night.</w:t>
      </w:r>
    </w:p>
    <w:p>
      <w:pPr>
        <w:widowControl/>
      </w:pPr>
      <w:r>
        <w:t>Overnight in Lhasa.</w:t>
      </w:r>
    </w:p>
    <w:p>
      <w:pPr>
        <w:widowControl/>
      </w:pPr>
      <w:r>
        <w:t>Overview: Altitude: 3650m | Distance: 270km, about 4.5-5 hours’ drive</w:t>
      </w:r>
    </w:p>
    <w:p>
      <w:pPr>
        <w:widowControl/>
      </w:pPr>
      <w:r>
        <w:t>Attractions: 1 Iconic Site</w:t>
      </w:r>
    </w:p>
    <w:p>
      <w:pPr>
        <w:widowControl/>
      </w:pPr>
      <w:r>
        <w:t>Transport and activities: Coach or Train</w:t>
      </w:r>
    </w:p>
    <w:p>
      <w:pPr>
        <w:widowControl/>
      </w:pPr>
      <w:r>
        <w:t>Meals: Breakfast</w:t>
      </w:r>
    </w:p>
    <w:p>
      <w:pPr>
        <w:widowControl/>
      </w:pPr>
      <w:r>
        <w:t>Accommodation: Comfortable</w:t>
      </w:r>
    </w:p>
    <w:p>
      <w:pPr>
        <w:keepNext/>
        <w:widowControl/>
        <w:spacing w:before="240"/>
      </w:pPr>
      <w:r>
        <w:t>Day 7 Lhasa Departure | Hotel Check-out and Airport Transfer</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Overview: Altitude: 3650m | Distance: 60km, about 1.5 hours’ drive</w:t>
      </w:r>
    </w:p>
    <w:p>
      <w:pPr>
        <w:widowControl/>
      </w:pPr>
      <w:r>
        <w:t>Attractions: Hotel check-out and airport transfers</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Tibet Group Tour: Lhasa &amp; Everest Base Camp (Conquer the Himalayas)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