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9 Days Relaxing Tibet Group Tour: Lhasa, Nyingchi, Yamdrok Lake &amp; Shigatse</w:t>
      </w:r>
    </w:p>
    <w:p>
      <w:pPr>
        <w:widowControl/>
      </w:pPr>
      <w:r>
        <w:t>Product code: AOT-TGT-D</w:t>
      </w:r>
    </w:p>
    <w:p>
      <w:pPr>
        <w:keepNext/>
        <w:widowControl/>
        <w:spacing w:before="240"/>
      </w:pPr>
      <w:r>
        <w:t>Day 1 Arrive in Lhasa (3650 meters) | Transfer Service &amp; Altitude Acclimatization</w:t>
      </w:r>
    </w:p>
    <w:p>
      <w:pPr>
        <w:widowControl/>
      </w:pPr>
      <w:r>
        <w:t>Tashi Delek! Welcome to Lhasa, the capital of the Tibet Autonomous Region! Upon arrival at Lhasa Gonggar International Airport or Lhasa Railway Station, our friendly Tibetan guide will greet you with a Hada (a traditional white silk scarf) and warm blessings. (Tip: Please let us know your mode of transportation and arrival time in advance.)</w:t>
      </w:r>
    </w:p>
    <w:p>
      <w:pPr>
        <w:widowControl/>
      </w:pPr>
      <w:r>
        <w:t>After that, our guide and driver will escort you to your hotel in downtown Lhasa. (Tip: The airport is located about 60 km southeast of the city, 1-1.5 hours' drive.)</w:t>
      </w:r>
    </w:p>
    <w:p>
      <w:pPr>
        <w:widowControl/>
      </w:pPr>
      <w:r>
        <w:t>After check-in, take the rest of the day to relax and acclimatize to Lhasa's high altitude (3,650 m). It's important to allow your body to adjust before beginning your exciting journey through Tibet.</w:t>
      </w:r>
    </w:p>
    <w:p>
      <w:pPr>
        <w:widowControl/>
      </w:pPr>
      <w:r>
        <w:t>Helpful Reminders for Your First Day in Lhasa</w:t>
      </w:r>
    </w:p>
    <w:p>
      <w:pPr>
        <w:widowControl/>
      </w:pPr>
      <w:r>
        <w:t>Take a good rest and stay calm. This is the best way to prevent altitude sickness.</w:t>
      </w:r>
    </w:p>
    <w:p>
      <w:pPr>
        <w:widowControl/>
      </w:pPr>
      <w:r>
        <w:t>Avoid strenuous activity and you'd better not take a shower on the first night to prevent catching a cold.</w:t>
      </w:r>
    </w:p>
    <w:p>
      <w:pPr>
        <w:widowControl/>
      </w:pPr>
      <w:r>
        <w:t>Do not drink alcohol.Instead, drink plenty of water, eat fruits, and avoid heavy meals.</w:t>
      </w:r>
    </w:p>
    <w:p>
      <w:pPr>
        <w:widowControl/>
      </w:pPr>
      <w:r>
        <w:t>If you wish, you can prepare herbal or oxygen supplements such as Rhodiola, American ginseng lozenges, or Gaoyuan'an to help with adaptation.</w:t>
      </w:r>
    </w:p>
    <w:p>
      <w:pPr>
        <w:widowControl/>
      </w:pPr>
      <w:r>
        <w:t>Always follow the advice of your local guide. If you feel unwell, inform your guide and seek medical attention promptly.</w:t>
      </w:r>
    </w:p>
    <w:p>
      <w:pPr>
        <w:widowControl/>
      </w:pPr>
      <w:r>
        <w:t>Overview: Altitude: 3650m | Distance: 60km, about 1.5 hours’ drive</w:t>
      </w:r>
    </w:p>
    <w:p>
      <w:pPr>
        <w:widowControl/>
      </w:pPr>
      <w:r>
        <w:t>Attractions: Have a good rest to get used to the altitude</w:t>
      </w:r>
    </w:p>
    <w:p>
      <w:pPr>
        <w:widowControl/>
      </w:pPr>
      <w:r>
        <w:t>Transport and activities: Arrive in Lhasa by yourself; pick-up service while in Lhasa</w:t>
      </w:r>
    </w:p>
    <w:p>
      <w:pPr>
        <w:widowControl/>
      </w:pPr>
      <w:r>
        <w:t>Accommodation: Comfortable</w:t>
      </w:r>
    </w:p>
    <w:p>
      <w:pPr>
        <w:keepNext/>
        <w:widowControl/>
        <w:spacing w:before="240"/>
      </w:pPr>
      <w:r>
        <w:t>Day 2 Lhasa - Kadinggou - Nyingchi | Kadinggou Valley</w:t>
      </w:r>
    </w:p>
    <w:p>
      <w:pPr>
        <w:widowControl/>
      </w:pPr>
      <w:r>
        <w:t>This morning, our knowledgeable guide will meet your group at the hotel. Let's begin our journey into the eastern part of Tibet! Depart from Lhasa and embark on a scenic drive to Nyingchi.</w:t>
      </w:r>
    </w:p>
    <w:p>
      <w:pPr>
        <w:widowControl/>
      </w:pPr>
      <w:r>
        <w:t>Along the way, enjoy the breathtaking landscapes along the Lalin Expressway, renowned as one of the most picturesque highways in China. Part of both the Sichuan–Tibet and Yunnan–Tibet high-grade routes, this road offers mesmerizing views of snow-capped mountains, dense forests, and vast grasslands. Take your time to capture these striking vistas with your camera!</w:t>
      </w:r>
    </w:p>
    <w:p>
      <w:pPr>
        <w:widowControl/>
      </w:pPr>
      <w:r>
        <w:t>After about 4–5 hours on the road (366 kilometers), you will arrive at Kadinggou (altitude: 2,980 m), often praised as “Heaven on Earth.” As you step into the gorge, you'll be surrounded by the soothing sound of water flowing through the pristine forest. Here, you can admire towering mountains, dramatic valleys, unique rock formations, ancient trees, and even stretches of bamboo forest.</w:t>
      </w:r>
    </w:p>
    <w:p>
      <w:pPr>
        <w:widowControl/>
      </w:pPr>
      <w:r>
        <w:t>Following your exploration of Kadinggou, continue your short drive (about 30 km) to Nyingchi for accommodation.</w:t>
      </w:r>
    </w:p>
    <w:p>
      <w:pPr>
        <w:widowControl/>
      </w:pPr>
      <w:r>
        <w:t>Overview: Altitude: 2800 meters | Distance: 420 km, about 8-hour drive</w:t>
      </w:r>
    </w:p>
    <w:p>
      <w:pPr>
        <w:widowControl/>
      </w:pPr>
      <w:r>
        <w:t>Attractions: 1 Site</w:t>
      </w:r>
    </w:p>
    <w:p>
      <w:pPr>
        <w:widowControl/>
      </w:pPr>
      <w:r>
        <w:t>Transport and activities: Coach</w:t>
      </w:r>
    </w:p>
    <w:p>
      <w:pPr>
        <w:widowControl/>
      </w:pPr>
      <w:r>
        <w:t>Meals: Breakfast</w:t>
      </w:r>
    </w:p>
    <w:p>
      <w:pPr>
        <w:widowControl/>
      </w:pPr>
      <w:r>
        <w:t>Accommodation: Comfortable</w:t>
      </w:r>
    </w:p>
    <w:p>
      <w:pPr>
        <w:keepNext/>
        <w:widowControl/>
        <w:spacing w:before="240"/>
      </w:pPr>
      <w:r>
        <w:t>Day 3 Nyingchi Tour | Segrila Pass, Lulang Forest, Biri Mountain, Basumtso Lake</w:t>
      </w:r>
    </w:p>
    <w:p>
      <w:pPr>
        <w:widowControl/>
      </w:pPr>
      <w:r>
        <w:t>This morning, your group will enjoy refreshing nature excursion in the Nyingchi region. Travel from Nyingchi City to Segrila Pass, located about 48 kilometers away. At an elevation of 4,768 meters, Segrila Pass is one of the highest road passes in Nyingchi. Situated on the southeastern edge of the Nyainqentanglha Range, it offers sweeping panoramic views of the surrounding snow-capped mountains. On clear days, you'll be rewarded with spectacular sight - Mount Namche Barwa, the highest peak in the eastern Himalayas. Rising to 7,782 meters, this striking peak is renowned for its dramatic beauty and is often regarded as one of the most breathtaking mountains in Tibet.</w:t>
      </w:r>
    </w:p>
    <w:p>
      <w:pPr>
        <w:widowControl/>
      </w:pPr>
      <w:r>
        <w:t>Continue to the Lulang Forest Viewpoint. Lulang Forest is a lush, picturesque landscape often described as a “forest sea beneath the clouds.” Snowy peaks frame the valley, while the forest and meadows spread out in neat, layered patterns that look almost hand-crafted. Its serene, poetic scenery has earned Lulang the reputation of being a place “so beautiful that it makes people forget their homes.”</w:t>
      </w:r>
    </w:p>
    <w:p>
      <w:pPr>
        <w:widowControl/>
      </w:pPr>
      <w:r>
        <w:t>Afterward, return to Nyingchi City to explore Biri Holy Mountain. Known in Tibetan as “Monkey Mountain,” Biri is one of the most revered sacred mountains in Nyingchi and is said to have been blessed by Guru Padmasambhava. The scenic area features an ecological square, a creekside zone, Tangcheng Monastery, forests of prayer flags, and ancient cultural relics. Thousands of pilgrims come here each year to circumambulate the mountain. The site is also home to the Nyingchi Natural Ecology Museum, which displays 586 species of plants and animals, highlighting the region's extraordinary biodiversity. From the mountainside, you can enjoy panoramic views of Bayi Town, while the summit is adorned with vibrant prayer flags - each carrying blessings and prayers from local Tibetans.</w:t>
      </w:r>
    </w:p>
    <w:p>
      <w:pPr>
        <w:widowControl/>
      </w:pPr>
      <w:r>
        <w:t>Complimentary Local Specialty Meal - Lulang Stone Pot Chicken</w:t>
      </w:r>
    </w:p>
    <w:p>
      <w:pPr>
        <w:widowControl/>
      </w:pPr>
      <w:r>
        <w:t>A signature dish of the Nyingchi region, Stone Pot Chicken is prepared by slow-stewing local chicken with shouzhangshen (a type of wild ginseng) in a handcrafted stone pot. The resulting broth is aromatic and soothing, while the chicken is tender and rich in flavor. The pot itself is carved from rare soapstone found only in Motuo, carried out by porters and hand-chiseled by the Monpa people. These dark-green stone pots retain heat exceptionally well and naturally contain magnesium, iron, and 17 trace minerals.</w:t>
      </w:r>
    </w:p>
    <w:p>
      <w:pPr>
        <w:widowControl/>
      </w:pPr>
      <w:r>
        <w:t>Warm Reminder about Accommodation:</w:t>
      </w:r>
    </w:p>
    <w:p>
      <w:pPr>
        <w:widowControl/>
      </w:pPr>
      <w:r>
        <w:t>Due to limited capacity at the Basumtso Scenic Area, if hotels inside the scenic zone are fully booked or temporarily closed, your stay will be arranged in Nyingchi City instead. There will be no change in price, and all sightseeing activities will remain the same.</w:t>
      </w:r>
    </w:p>
    <w:p>
      <w:pPr>
        <w:widowControl/>
      </w:pPr>
      <w:r>
        <w:t>Overview: Altitude: 2800-4768 meters | Distance: 230km, about 5-6 hours’ drive</w:t>
      </w:r>
    </w:p>
    <w:p>
      <w:pPr>
        <w:widowControl/>
      </w:pPr>
      <w:r>
        <w:t>Attractions: 3 Sites</w:t>
      </w:r>
    </w:p>
    <w:p>
      <w:pPr>
        <w:widowControl/>
      </w:pPr>
      <w:r>
        <w:t>Transport and activities: Coach</w:t>
      </w:r>
    </w:p>
    <w:p>
      <w:pPr>
        <w:widowControl/>
      </w:pPr>
      <w:r>
        <w:t>Meals: Breakfast,Lunch</w:t>
      </w:r>
    </w:p>
    <w:p>
      <w:pPr>
        <w:widowControl/>
      </w:pPr>
      <w:r>
        <w:t>Accommodation: Comfortable</w:t>
      </w:r>
    </w:p>
    <w:p>
      <w:pPr>
        <w:keepNext/>
        <w:widowControl/>
        <w:spacing w:before="240"/>
      </w:pPr>
      <w:r>
        <w:t>Day 4 Basumtso Lake - Lhasa | Tashi Island, Jieba Village</w:t>
      </w:r>
    </w:p>
    <w:p>
      <w:pPr>
        <w:widowControl/>
      </w:pPr>
      <w:r>
        <w:t>This morning, enjoy the refreshing mountain air and the lush greenery around you as a new day begins.</w:t>
      </w:r>
    </w:p>
    <w:p>
      <w:pPr>
        <w:widowControl/>
      </w:pPr>
      <w:r>
        <w:t>After breakfast, your group will travel to Basumtso Lake (3,538 m), also known as Basong Tso or Dragsum Tso. Located in Gongbo'gyamda County, this stunning alpine lake is famous for its turquoise waters that reflect the surrounding snow-capped peaks. As a national forest park and 5A scenic area, Basumtso offers beautiful landscapes that change throughout the day. The lake is also a sacred site in Tibetan Buddhism, especially for followers of the Nyingma sect, and is believed to be blessed by Guru Rinpoche and King Gesar.</w:t>
      </w:r>
    </w:p>
    <w:p>
      <w:pPr>
        <w:widowControl/>
      </w:pPr>
      <w:r>
        <w:t>Upon arrival, take in the peaceful atmosphere before visiting Tashi Island, a small island in the center of the lake. Here you'll find Tsozong Monastery, a simple yet spiritually significant temple dating back to the 17th century. Enjoy a gentle walk around the island, where you'll see highlights such as the Peach Embracing Pine, the remains of an ancient water-burial platform, and the unique “Letter Tree,” whose leaves naturally form symbols resembling Tibetan letters. Don't miss the sacred well, an important part of local religious tradition.</w:t>
      </w:r>
    </w:p>
    <w:p>
      <w:pPr>
        <w:widowControl/>
      </w:pPr>
      <w:r>
        <w:t>Afterward, continue to Jieba Village, a picturesque Tibetan settlement that offers excellent views of Basumtso Lake and the surrounding snow mountains known as the “King's Throne” and “Burning Flame.” The village provides a wonderful glimpse into authentic Tibetan culture and daily life.</w:t>
      </w:r>
    </w:p>
    <w:p>
      <w:pPr>
        <w:widowControl/>
      </w:pPr>
      <w:r>
        <w:t>When the visit concludes, begin the 4.5–6 hour drive back to Lhasa. Have a good rest in Lhasa.</w:t>
      </w:r>
    </w:p>
    <w:p>
      <w:pPr>
        <w:widowControl/>
      </w:pPr>
      <w:r>
        <w:t>Overview: Altitude: 3538 meters | Distance: 360km, about 6 hours’ driving</w:t>
      </w:r>
    </w:p>
    <w:p>
      <w:pPr>
        <w:widowControl/>
      </w:pPr>
      <w:r>
        <w:t>Attractions: 1 Sites</w:t>
      </w:r>
    </w:p>
    <w:p>
      <w:pPr>
        <w:widowControl/>
      </w:pPr>
      <w:r>
        <w:t>Transport and activities: Coach</w:t>
      </w:r>
    </w:p>
    <w:p>
      <w:pPr>
        <w:widowControl/>
      </w:pPr>
      <w:r>
        <w:t>Meals: Breakfast</w:t>
      </w:r>
    </w:p>
    <w:p>
      <w:pPr>
        <w:widowControl/>
      </w:pPr>
      <w:r>
        <w:t>Accommodation: Comfortable</w:t>
      </w:r>
    </w:p>
    <w:p>
      <w:pPr>
        <w:keepNext/>
        <w:widowControl/>
        <w:spacing w:before="240"/>
      </w:pPr>
      <w:r>
        <w:t>Day 5 Lhasa City Tour | Lhasa Traditional Handicraft Art Center, Sera Monastery</w:t>
      </w:r>
    </w:p>
    <w:p>
      <w:pPr>
        <w:widowControl/>
      </w:pPr>
      <w:r>
        <w:t>Today, enjoy hands-on cultural experience at the Lhasa Traditional Handicraft Art Center and gain deeper insight into Tibetan Buddhism by witnessing the monks' debating session at Sera Monastery.</w:t>
      </w:r>
    </w:p>
    <w:p>
      <w:pPr>
        <w:widowControl/>
      </w:pPr>
      <w:r>
        <w:t>In the morning, immerse yourself in traditional Tibetan arts at the Lhasa Traditional Handicraft Art Center. Take part in making Tibetan incense, practicing Tibetan calligraphy, and learning the secrets of traditional woodblock printing.</w:t>
      </w:r>
    </w:p>
    <w:p>
      <w:pPr>
        <w:widowControl/>
      </w:pPr>
      <w:r>
        <w:t>Tibetan incense is commonly burned as an offering during Buddhist ceremonies and rituals. Its ingredients often include juniper, sandalwood, cedarwood, cinnamon, cloves, and a variety of medicinal herbs.</w:t>
      </w:r>
    </w:p>
    <w:p>
      <w:pPr>
        <w:widowControl/>
      </w:pPr>
      <w:r>
        <w:t>In addition to crafting incense, you can observe the full process demonstrated by the local artisan, who will teach you Tibetan calligraphy and help you write your own name or blessing in the Tibetan script. This makes for a meaningful keepsake to bring home as a memory.</w:t>
      </w:r>
    </w:p>
    <w:p>
      <w:pPr>
        <w:widowControl/>
      </w:pPr>
      <w:r>
        <w:t>In the afternoon, take a short drive of about 7 km (20 minutes) to visit Sera Monastery, one of the three great Gelug university monasteries in Tibet. Here, you'll experience Tibetan Buddhism up close.</w:t>
      </w:r>
    </w:p>
    <w:p>
      <w:pPr>
        <w:widowControl/>
      </w:pPr>
      <w:r>
        <w:t>The highlight is the monks' debate, held daily from around 15:00 to 17:00 (except Sundays). This lively intellectual exchange involves one monk standing and asking questions, while others sit and respond. The standing monk's gestures - such as palm-slapping and foot-stomping - symbolize activating wisdom and are not acts of aggression. You'll also have the chance to observe prayer ceremonies, explore meditation halls, and learn about monastic life.</w:t>
      </w:r>
    </w:p>
    <w:p>
      <w:pPr>
        <w:widowControl/>
      </w:pPr>
      <w:r>
        <w:t>After the tour, be transferred back to your hotel in Lhasa.</w:t>
      </w:r>
    </w:p>
    <w:p>
      <w:pPr>
        <w:widowControl/>
      </w:pPr>
      <w:r>
        <w:t>Overview: Altitude: 3650m</w:t>
      </w:r>
    </w:p>
    <w:p>
      <w:pPr>
        <w:widowControl/>
      </w:pPr>
      <w:r>
        <w:t>Attractions: 2 Sites</w:t>
      </w:r>
    </w:p>
    <w:p>
      <w:pPr>
        <w:widowControl/>
      </w:pPr>
      <w:r>
        <w:t>Transport and activities: Coach</w:t>
      </w:r>
    </w:p>
    <w:p>
      <w:pPr>
        <w:widowControl/>
      </w:pPr>
      <w:r>
        <w:t>Meals: Breakfast</w:t>
      </w:r>
    </w:p>
    <w:p>
      <w:pPr>
        <w:widowControl/>
      </w:pPr>
      <w:r>
        <w:t>Accommodation: Comfortable</w:t>
      </w:r>
    </w:p>
    <w:p>
      <w:pPr>
        <w:keepNext/>
        <w:widowControl/>
        <w:spacing w:before="240"/>
      </w:pPr>
      <w:r>
        <w:t>Day 6 Lhasa Culture Tour | Potala Palace, Jokhang Temple, Barkhor Street, Special Dinner</w:t>
      </w:r>
    </w:p>
    <w:p>
      <w:pPr>
        <w:widowControl/>
      </w:pPr>
      <w:r>
        <w:t>Today, it is the time to explore Lhasa by visiting the world-famous Potala Palace, a World Heritage site and the picture behind the 50 RMB. And then, you will explore Lhasa by visiting Jokhang Temple, a world cultural heritage site renowned for its brilliant architecture, culture, art, and history. Finally, you can stroll through the famous Barkhor Street with locals and learn more about the daily kora life of Tibetans.</w:t>
      </w:r>
    </w:p>
    <w:p>
      <w:pPr>
        <w:widowControl/>
      </w:pPr>
      <w:r>
        <w:t>This morning, you'll first explore Potala Palace. This is the most iconic landmark of Tibet and the former winter residence of the Dalai Lamas (1649-1959).</w:t>
      </w:r>
    </w:p>
    <w:p>
      <w:pPr>
        <w:widowControl/>
      </w:pPr>
      <w:r>
        <w:t>After climbing 365 stone steps from the palace gate to the Red Palace, you'll reach the highest ancient palace in the world - standing proudly at 3,700 meters above sea level - and enjoy stunning panoramic view of Lhasa city.</w:t>
      </w:r>
    </w:p>
    <w:p>
      <w:pPr>
        <w:widowControl/>
      </w:pPr>
      <w:r>
        <w:t>As you wander through the halls, chapels, and sacred shrines that honor past Dalai Lamas, you'll be captivated by the intricate murals, exquisite carvings, dazzling jeweled decorations, and the deep spiritual atmosphere that fills the air. Inside the Potala Palace, countless Tibetan pilgrims can be seen bowing and praying devoutly - for many, visiting this sacred site is the journey of a lifetime.</w:t>
      </w:r>
    </w:p>
    <w:p>
      <w:pPr>
        <w:widowControl/>
      </w:pPr>
      <w:r>
        <w:t>Your guide will also share fascinating stories about King Songtsen Gampo, the 33rd ruler of Tibet, who originally built the Potala Palace in the 7th century to honor his marriage to Princess Wencheng of the Tang Dynasty.</w:t>
      </w:r>
    </w:p>
    <w:p>
      <w:pPr>
        <w:widowControl/>
      </w:pPr>
      <w:r>
        <w:t>Potala Palace Visiting Tips:</w:t>
      </w:r>
    </w:p>
    <w:p>
      <w:pPr>
        <w:widowControl/>
      </w:pPr>
      <w:r>
        <w:t>All visitors must enter as part of a guided group and can stay inside for a maximum of one hour.</w:t>
      </w:r>
    </w:p>
    <w:p>
      <w:pPr>
        <w:widowControl/>
      </w:pPr>
      <w:r>
        <w:t>Tickets are issued under a real-name reservation system. A valid ID or passport is required, and once reserved, rebooking is not allowed within 7 days.</w:t>
      </w:r>
    </w:p>
    <w:p>
      <w:pPr>
        <w:widowControl/>
      </w:pPr>
      <w:r>
        <w:t>Entry times are assigned randomly by the Potala Palace Administration, and it's not possible to choose your visiting hour.</w:t>
      </w:r>
    </w:p>
    <w:p>
      <w:pPr>
        <w:widowControl/>
      </w:pPr>
      <w:r>
        <w:t>During peak season, your travel group may be split into smaller sub-groups with different visiting times or guides.</w:t>
      </w:r>
    </w:p>
    <w:p>
      <w:pPr>
        <w:widowControl/>
      </w:pPr>
      <w:r>
        <w:t>Photography is strictly prohibited inside the palace.</w:t>
      </w:r>
    </w:p>
    <w:p>
      <w:pPr>
        <w:widowControl/>
      </w:pPr>
      <w:r>
        <w:t>Next, your group will visit Jokhang Temple, the spiritual heart of Lhasa with a history of more than 1,300 years. From afar, you'll see countless devoted pilgrims prostrating in front of the temple. Stop for a while to witness this moving sight and the unwavering faith of Tibetan Buddhists. This will be a moment to touch your soul.</w:t>
      </w:r>
    </w:p>
    <w:p>
      <w:pPr>
        <w:widowControl/>
      </w:pPr>
      <w:r>
        <w:t>According to legend, Jokhang Temple was built by King Songtsen Gampo for his two brides - Princess Wencheng of China and Princess Bhrikuti of Nepal. The name Jokhang means “House of the Buddha,” and the temple enshrines a life-sized statue of the 12-year-old Sakyamuni, one of the most sacred treasures in the Buddhist world. This makes Jokhang Temple the holiest pilgrimage site in Tibet.</w:t>
      </w:r>
    </w:p>
    <w:p>
      <w:pPr>
        <w:widowControl/>
      </w:pPr>
      <w:r>
        <w:t>Take time to explore the temple's intricate architecture - admire the colorful murals, ornate decorations, and fine carvings that showcase the essence of Tibetan craftsmanship. From the second floor, you can enjoy a panoramic view of the bustling Barkhor Street below.</w:t>
      </w:r>
    </w:p>
    <w:p>
      <w:pPr>
        <w:widowControl/>
      </w:pPr>
      <w:r>
        <w:t>Visiting Tips for Jokhang Temple:</w:t>
      </w:r>
    </w:p>
    <w:p>
      <w:pPr>
        <w:widowControl/>
      </w:pPr>
      <w:r>
        <w:t>Visiting time: about 1 hour.</w:t>
      </w:r>
    </w:p>
    <w:p>
      <w:pPr>
        <w:widowControl/>
      </w:pPr>
      <w:r>
        <w:t>Admission requires real-name reservation through the “Jokhang Temple Reservation” WeChat between 7:00–23:59 for the next day. Reservations are limited, so please book in advance with your guide's assistance.</w:t>
      </w:r>
    </w:p>
    <w:p>
      <w:pPr>
        <w:widowControl/>
      </w:pPr>
      <w:r>
        <w:t>Jokhang Temple is an active religious site. During important religious ceremonies or special events, access may be restricted -your understanding is appreciated.</w:t>
      </w:r>
    </w:p>
    <w:p>
      <w:pPr>
        <w:widowControl/>
      </w:pPr>
      <w:r>
        <w:t>After the visit, step outside to Barkhor Street, once the traditional kora (pilgrimage circuit) around the temple. Today, it's a lively place filled with the scent of incense and the sounds of chanting pilgrims. You can sip yak butter tea at a teahouse, dress in Tibetan attire for photos, or shop for unique handicrafts and souvenirs from Tibet, Nepal, and India.</w:t>
      </w:r>
    </w:p>
    <w:p>
      <w:pPr>
        <w:widowControl/>
      </w:pPr>
      <w:r>
        <w:t>Special Meal Arranged by AOT:</w:t>
      </w:r>
    </w:p>
    <w:p>
      <w:pPr>
        <w:widowControl/>
      </w:pPr>
      <w:r>
        <w:t>In the evening, enjoy a group dinner featuring delicious Tibetan or Nepalese cuisine, specially arranged by the AOT team.</w:t>
      </w:r>
    </w:p>
    <w:p>
      <w:pPr>
        <w:widowControl/>
      </w:pPr>
      <w:r>
        <w:t>After the tour, be escorted back to your hotel in Lhasa.</w:t>
      </w:r>
    </w:p>
    <w:p>
      <w:pPr>
        <w:widowControl/>
      </w:pPr>
      <w:r>
        <w:t>Overview: Altitude: 3650m</w:t>
      </w:r>
    </w:p>
    <w:p>
      <w:pPr>
        <w:widowControl/>
      </w:pPr>
      <w:r>
        <w:t>Attractions: 3 Sites</w:t>
      </w:r>
    </w:p>
    <w:p>
      <w:pPr>
        <w:widowControl/>
      </w:pPr>
      <w:r>
        <w:t>Transport and activities: Coach</w:t>
      </w:r>
    </w:p>
    <w:p>
      <w:pPr>
        <w:widowControl/>
      </w:pPr>
      <w:r>
        <w:t>Meals: Breakfast, Dinner</w:t>
      </w:r>
    </w:p>
    <w:p>
      <w:pPr>
        <w:widowControl/>
      </w:pPr>
      <w:r>
        <w:t>Accommodation: Comfortable</w:t>
      </w:r>
    </w:p>
    <w:p>
      <w:pPr>
        <w:keepNext/>
        <w:widowControl/>
        <w:spacing w:before="240"/>
      </w:pPr>
      <w:r>
        <w:t>Day 7 Lhasa - Yamdrok Lake - Karola Glacier - Shigatse (370km, 7 hours)</w:t>
      </w:r>
    </w:p>
    <w:p>
      <w:pPr>
        <w:widowControl/>
      </w:pPr>
      <w:r>
        <w:t>Today, you'll embark on a scenic drive from Lhasa to Shigatse, Tibet's second-largest city. The journey covers around 370 kilometers and takes 7 hours' drive, with stops to admire two of Tibet's most spectacular natural wonders - Yamdrok Lake and Karola Glacier.</w:t>
      </w:r>
    </w:p>
    <w:p>
      <w:pPr>
        <w:widowControl/>
      </w:pPr>
      <w:r>
        <w:t>In the morning, after about 2-3 hours of driving (110 km), get your camera ready as you approach Kampala Pass (4,797 m). Here, you'll be rewarded with a breathtaking panoramic view of Yamdrok Lake, a turquoise ribbon shimmering among snow-capped mountains. Known as one of Tibet's four sacred lakes (along with Lhamo Latso, Manasarovar, and Namtso), Yamdrok is believed to hold spiritual power - helping Tibetans locate the reincarnated soul of the Dalai Lama. You'll also see locals offering photo opportunities with Tibetan mastiffs, yaks, or goats dressed in traditional ornaments.</w:t>
      </w:r>
    </w:p>
    <w:p>
      <w:pPr>
        <w:widowControl/>
      </w:pPr>
      <w:r>
        <w:t>In the afternoon, continue driving for about 1.5 hours (87 km) to reach the stunning Karola Glacier (5,012 m) - one of Tibet's three major continental glaciers and a filming site of the movie Red Valley (Hong He Gu). Backed by Naiqin Kangsang Peak (7,191 m), the glacier gleams like a frozen waterfall cascading right beside the highway. You can enjoy the view from your vehicle or take a short, easy walk to the glacier's base. Across the road, admire the majestic snow-capped Mount Kalurong - another highlight of this alpine wonderland.</w:t>
      </w:r>
    </w:p>
    <w:p>
      <w:pPr>
        <w:widowControl/>
      </w:pPr>
      <w:r>
        <w:t>Tips for visiting Karola Glacier:</w:t>
      </w:r>
    </w:p>
    <w:p>
      <w:pPr>
        <w:widowControl/>
      </w:pPr>
      <w:r>
        <w:t>The alitude here is about 5,012 meters, so move slowly and avoid overexertion.</w:t>
      </w:r>
    </w:p>
    <w:p>
      <w:pPr>
        <w:widowControl/>
      </w:pPr>
      <w:r>
        <w:t>The public toilets are very basic -be prepared.</w:t>
      </w:r>
    </w:p>
    <w:p>
      <w:pPr>
        <w:widowControl/>
      </w:pPr>
      <w:r>
        <w:t>Some locals may charge a small fee for taking photos with them or their animals -always confirm before photographing.</w:t>
      </w:r>
    </w:p>
    <w:p>
      <w:pPr>
        <w:widowControl/>
      </w:pPr>
      <w:r>
        <w:t>Afterward, drive about 3.5 hours (170 km) through Gyantse, along the wide Nianchu River Valley, passing through scenic Tibetan villages, vast barley fields, and golden rapeseed flower fields (in summer). Upon arrival in Shigatse (altitude: 3845 meters), check into your hotel and rest well.</w:t>
      </w:r>
    </w:p>
    <w:p>
      <w:pPr>
        <w:widowControl/>
      </w:pPr>
      <w:r>
        <w:t>Warm Reminder:</w:t>
      </w:r>
    </w:p>
    <w:p>
      <w:pPr>
        <w:widowControl/>
      </w:pPr>
      <w:r>
        <w:t>For foreign and Taiwan travelers, registration at the Shigatse Entry &amp; Exit Administration Office is required. Your guide will assist with the process and may adjust the schedule accordingly - please follow their instructions and cooperate as needed.</w:t>
      </w:r>
    </w:p>
    <w:p>
      <w:pPr>
        <w:widowControl/>
      </w:pPr>
      <w:r>
        <w:t>Overview: Altitude: 3850m | Distance: 380km, about 7 hours’ drive</w:t>
      </w:r>
    </w:p>
    <w:p>
      <w:pPr>
        <w:widowControl/>
      </w:pPr>
      <w:r>
        <w:t>Attractions: 2 Sites</w:t>
      </w:r>
    </w:p>
    <w:p>
      <w:pPr>
        <w:widowControl/>
      </w:pPr>
      <w:r>
        <w:t>Transport and activities: Coach</w:t>
      </w:r>
    </w:p>
    <w:p>
      <w:pPr>
        <w:widowControl/>
      </w:pPr>
      <w:r>
        <w:t>Meals: Breakfast</w:t>
      </w:r>
    </w:p>
    <w:p>
      <w:pPr>
        <w:widowControl/>
      </w:pPr>
      <w:r>
        <w:t>Accommodation: Comfortable</w:t>
      </w:r>
    </w:p>
    <w:p>
      <w:pPr>
        <w:keepNext/>
        <w:widowControl/>
        <w:spacing w:before="240"/>
      </w:pPr>
      <w:r>
        <w:t>Day 8 Shigatse - Lhasa (Either by Tourist Vehicle or Train) | Tashilunpo Monastery</w:t>
      </w:r>
    </w:p>
    <w:p>
      <w:pPr>
        <w:widowControl/>
      </w:pPr>
      <w:r>
        <w:t>This morning, visit Tashilhunpo Monastery, the spiritual heart of Shigatse.</w:t>
      </w:r>
    </w:p>
    <w:p>
      <w:pPr>
        <w:widowControl/>
      </w:pPr>
      <w:r>
        <w:t>Founded in 1447 by Gyalwa Gedun Drup, the 1st Dalai Lama and a disciple of Tsongkhapa, Tashilhunpo Monastery is the largest monastery in Tibet's Tsang region and one of the six great Gelug monasteries alongside Drepung, Sera, Ganden, Labrang, and Ta'er. It has long been the traditional seat of the Panchen Lamas, the second-highest incarnation lineage in Tibetan Buddhism after the Dalai Lama.</w:t>
      </w:r>
    </w:p>
    <w:p>
      <w:pPr>
        <w:widowControl/>
      </w:pPr>
      <w:r>
        <w:t>At its height, the monastery housed over 5,000 monks and included more than 3,000 rooms, 50 affiliated temples, and 30 manors and pastures. Today, you can still sense its grandeur as you explore its vast complex of prayer halls, courtyards, and golden roofs glinting under the sun.</w:t>
      </w:r>
    </w:p>
    <w:p>
      <w:pPr>
        <w:widowControl/>
      </w:pPr>
      <w:r>
        <w:t>Highlights of Tashihunpo Monastery:</w:t>
      </w:r>
    </w:p>
    <w:p>
      <w:pPr>
        <w:widowControl/>
      </w:pPr>
      <w:r>
        <w:t>Admir the Maitreya (Future Buddha) Chapel, which enshrines a magnificent bronze statue of the Maitreya Buddha -made with over 115 tons of copper, 250 kg of gold, and adorned with more than 1,400 precious jewels including diamonds and pearls.</w:t>
      </w:r>
    </w:p>
    <w:p>
      <w:pPr>
        <w:widowControl/>
      </w:pPr>
      <w:r>
        <w:t>Pay repect to the sacred stupas (reliquary chortens)of successive Panchen Lamas, exquisitely crafted with gold, silver, coral, pearls, turquoise, and silk.</w:t>
      </w:r>
    </w:p>
    <w:p>
      <w:pPr>
        <w:widowControl/>
      </w:pPr>
      <w:r>
        <w:t>Enjoy a panoramic view of Shigatse city and the serene monastic life, where monks in crimson robes chant sutras echoing through the halls.</w:t>
      </w:r>
    </w:p>
    <w:p>
      <w:pPr>
        <w:widowControl/>
      </w:pPr>
      <w:r>
        <w:t>After visiting Tashilhunpo Monastery, drive back to Lhasa along the scenic Friendship Highway, following the Yarlung Tsangpo River. The journey takes about 4.5-5 hours (270 km). Upon arrival, check into your hotel and relax for the night.</w:t>
      </w:r>
    </w:p>
    <w:p>
      <w:pPr>
        <w:widowControl/>
      </w:pPr>
      <w:r>
        <w:t>Overnight in Lhasa.</w:t>
      </w:r>
    </w:p>
    <w:p>
      <w:pPr>
        <w:widowControl/>
      </w:pPr>
      <w:r>
        <w:t>Warm Reminder for Transportation:</w:t>
      </w:r>
    </w:p>
    <w:p>
      <w:pPr>
        <w:widowControl/>
      </w:pPr>
      <w:r>
        <w:t>The return journey from Shigatse to Lhasa on this day may be arranged by either tourist coach or train, depending on the travel agency's final coordination. We are unable to accept specific requests for the mode of transportation. Thank you for your understanding.</w:t>
      </w:r>
    </w:p>
    <w:p>
      <w:pPr>
        <w:widowControl/>
      </w:pPr>
      <w:r>
        <w:t>Overview: Altitude: 3650m | Distance: 270km, about 4.5-5 hours’ drive</w:t>
      </w:r>
    </w:p>
    <w:p>
      <w:pPr>
        <w:widowControl/>
      </w:pPr>
      <w:r>
        <w:t>Attractions: 2 Iconic Sites</w:t>
      </w:r>
    </w:p>
    <w:p>
      <w:pPr>
        <w:widowControl/>
      </w:pPr>
      <w:r>
        <w:t>Transport and activities: Coach</w:t>
      </w:r>
    </w:p>
    <w:p>
      <w:pPr>
        <w:widowControl/>
      </w:pPr>
      <w:r>
        <w:t>Meals: Breakfast</w:t>
      </w:r>
    </w:p>
    <w:p>
      <w:pPr>
        <w:widowControl/>
      </w:pPr>
      <w:r>
        <w:t>Accommodation: Comfortable</w:t>
      </w:r>
    </w:p>
    <w:p>
      <w:pPr>
        <w:keepNext/>
        <w:widowControl/>
        <w:spacing w:before="240"/>
      </w:pPr>
      <w:r>
        <w:t>Day 9 Lhasa Departure | Hotel Check-out and Airport Transfer</w:t>
      </w:r>
    </w:p>
    <w:p>
      <w:pPr>
        <w:widowControl/>
      </w:pPr>
      <w:r>
        <w:t>After breakfast, it's time to say goodbye to the holy city of Lhasa. Your guide and driver will escort you to Lhasa Gonggar Airport or Lhasa Railway Station. Take your flight or train to next destination or go home.</w:t>
      </w:r>
    </w:p>
    <w:p>
      <w:pPr>
        <w:widowControl/>
      </w:pPr>
      <w:r>
        <w:t>Travel Tips:</w:t>
      </w:r>
    </w:p>
    <w:p>
      <w:pPr>
        <w:widowControl/>
      </w:pPr>
      <w:r>
        <w:t>The drive from downtown Lhasa to the airport takes about 1 hour, so we recommend booking flights departing after 10:00 AM.</w:t>
      </w:r>
    </w:p>
    <w:p>
      <w:pPr>
        <w:widowControl/>
      </w:pPr>
      <w:r>
        <w:t>Please share your flight or train schedule with us in advance to ensure a smooth transfer.</w:t>
      </w:r>
    </w:p>
    <w:p>
      <w:pPr>
        <w:widowControl/>
      </w:pPr>
      <w:r>
        <w:t>Kindly provide accurate flight or train booking details so that we can arrange the group's complimentary shared transfer efficiently.</w:t>
      </w:r>
    </w:p>
    <w:p>
      <w:pPr>
        <w:widowControl/>
      </w:pPr>
      <w:r>
        <w:t>Thank you for choosing Asia Odyssey Travel for Tibet Group Tour. We hope to see you on your next journey!</w:t>
      </w:r>
    </w:p>
    <w:p>
      <w:pPr>
        <w:widowControl/>
      </w:pPr>
      <w:r>
        <w:t>Overview: Altitude: 3650m | Distance: 60km, about 1.5 hours’ drive</w:t>
      </w:r>
    </w:p>
    <w:p>
      <w:pPr>
        <w:widowControl/>
      </w:pPr>
      <w:r>
        <w:t>Attractions: Hotel check-out and airport transfers</w:t>
      </w:r>
    </w:p>
    <w:p>
      <w:pPr>
        <w:widowControl/>
      </w:pPr>
      <w:r>
        <w:t>Transport and activities: Coach</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Days Relaxing Tibet Group Tour: Lhasa, Nyingchi, Yamdrok Lake &amp; Shigatse</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