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before="240"/>
      </w:pPr>
      <w:r>
        <w:t>12天西藏全景跟团游：拉萨、珠峰大本营、林芝与圣湖（西藏四大支柱）</w:t>
      </w:r>
    </w:p>
    <w:p>
      <w:pPr>
        <w:widowControl/>
      </w:pPr>
      <w:r>
        <w:t>线路编号：AOT-TGT-E2</w:t>
      </w:r>
    </w:p>
    <w:p>
      <w:pPr>
        <w:keepNext/>
        <w:widowControl/>
        <w:spacing w:before="240"/>
      </w:pPr>
      <w:r>
        <w:t>第1天 抵达拉萨（3650米）——接站服务与高原适应</w:t>
      </w:r>
    </w:p>
    <w:p>
      <w:pPr>
        <w:widowControl/>
      </w:pPr>
      <w:r>
        <w:t>扎西德勒！欢迎来到拉萨，西藏自治区的首府！抵达拉萨贡嘎国际机场或拉萨火车站后，我们友好的藏族导游将为您献上哈达（传统的白色丝巾）和温暖的祝福。（提示：请提前告知我们您的交通方式和抵达时间。）</w:t>
      </w:r>
    </w:p>
    <w:p>
      <w:pPr>
        <w:widowControl/>
      </w:pPr>
      <w:r>
        <w:t>之后，我们的导游和司机将送您前往拉萨市中心的酒店。（提示：机场位于城市东南约60公里处，车程1-1.5小时。）</w:t>
      </w:r>
    </w:p>
    <w:p>
      <w:pPr>
        <w:widowControl/>
      </w:pPr>
      <w:r>
        <w:t>办理入住后，利用当天剩余时间休息，适应拉萨的高海拔（3650米）。在开始精彩的西藏之旅前，让身体先适应环境很重要。</w:t>
      </w:r>
    </w:p>
    <w:p>
      <w:pPr>
        <w:widowControl/>
      </w:pPr>
      <w:r>
        <w:t>拉萨第一天实用提示</w:t>
      </w:r>
    </w:p>
    <w:p>
      <w:pPr>
        <w:widowControl/>
      </w:pPr>
      <w:r>
        <w:t>好好休息，保持平静。这是预防高原反应的最佳方法。</w:t>
      </w:r>
    </w:p>
    <w:p>
      <w:pPr>
        <w:widowControl/>
      </w:pPr>
      <w:r>
        <w:t>避免剧烈活动，第一晚最好不要洗澡，以防感冒。</w:t>
      </w:r>
    </w:p>
    <w:p>
      <w:pPr>
        <w:widowControl/>
      </w:pPr>
      <w:r>
        <w:t>不要饮酒。多喝水，吃水果，避免油腻大餐。</w:t>
      </w:r>
    </w:p>
    <w:p>
      <w:pPr>
        <w:widowControl/>
      </w:pPr>
      <w:r>
        <w:t>如果您愿意，可以准备草药或补氧品，如红景天、西洋参含片或高原安，以帮助适应。</w:t>
      </w:r>
    </w:p>
    <w:p>
      <w:pPr>
        <w:widowControl/>
      </w:pPr>
      <w:r>
        <w:t>始终遵循当地导游的建议。如果您感到不适，请告知导游并及时就医。</w:t>
      </w:r>
    </w:p>
    <w:p>
      <w:pPr>
        <w:widowControl/>
      </w:pPr>
      <w:r>
        <w:t>概述：海拔：3650米；距离：60公里，约1.5小时车程</w:t>
      </w:r>
    </w:p>
    <w:p>
      <w:pPr>
        <w:widowControl/>
      </w:pPr>
      <w:r>
        <w:t>景点：好好休息，适应海拔</w:t>
      </w:r>
    </w:p>
    <w:p>
      <w:pPr>
        <w:widowControl/>
      </w:pPr>
      <w:r>
        <w:t>交通与活动：自行抵达拉萨；在拉萨期间提供接站服务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第2天 拉萨 - 卡定沟 - 林芝 | 卡定沟峡谷</w:t>
      </w:r>
    </w:p>
    <w:p>
      <w:pPr>
        <w:widowControl/>
      </w:pPr>
      <w:r>
        <w:t>今天上午，我们知识丰富的导游将在酒店与您的团队会合。下面开始我们的西藏东部之旅！从拉萨出发，驱车前往林芝，一路风光优美。</w:t>
      </w:r>
    </w:p>
    <w:p>
      <w:pPr>
        <w:widowControl/>
      </w:pPr>
      <w:r>
        <w:t>沿途欣赏拉林高速（拉林高速公路）沿线壮丽的景色。这条公路被誉为中国风景最美的高速公路之一，是川藏和滇藏高等级公路的组成部分，沿途可见雪山、茂密的森林和广阔的草原。不妨慢慢用相机记录下这些动人的景色！</w:t>
      </w:r>
    </w:p>
    <w:p>
      <w:pPr>
        <w:widowControl/>
      </w:pPr>
      <w:r>
        <w:t>经过约4–5小时车程（366公里），您将抵达卡定沟（海拔：2,980米），这里常被称为“人间天堂”。走进峡谷，潺潺流水穿过原始森林的声音环绕四周。在这里，您可以欣赏高耸的山脉、壮观的峡谷、独特的岩石地貌、古树，甚至成片的竹林。</w:t>
      </w:r>
    </w:p>
    <w:p>
      <w:pPr>
        <w:widowControl/>
      </w:pPr>
      <w:r>
        <w:t>游览卡定沟后，继续乘车约30公里，前往林芝入住。</w:t>
      </w:r>
    </w:p>
    <w:p>
      <w:pPr>
        <w:widowControl/>
      </w:pPr>
      <w:r>
        <w:t>概述：海拔：2800米 | 距离：420公里，约8小时车程</w:t>
      </w:r>
    </w:p>
    <w:p>
      <w:pPr>
        <w:widowControl/>
      </w:pPr>
      <w:r>
        <w:t>景点：1个景点</w:t>
      </w:r>
    </w:p>
    <w:p>
      <w:pPr>
        <w:widowControl/>
      </w:pPr>
      <w:r>
        <w:t>交通与活动：大巴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第3天 林芝之旅：色季拉山口、鲁朗林海、比日神山、巴松措湖</w:t>
      </w:r>
    </w:p>
    <w:p>
      <w:pPr>
        <w:widowControl/>
      </w:pPr>
      <w:r>
        <w:t>今天上午，您的团队将在林芝地区享受一段清新的自然之旅。从林芝市出发，前往约48公里外的色季拉山口。色季拉山口海拔4768米，是林芝最高的公路垭口之一。它位于念青唐古拉山脉东南边缘，可以欣赏到周围雪山连绵的全景。天气晴朗时，您将看到壮丽的景象——南迦巴瓦峰，东喜马拉雅山脉的最高峰。这座海拔7782米的山峰雄伟壮观，以惊人的美丽闻名，常被视为西藏最令人叹为观止的山峰之一。</w:t>
      </w:r>
    </w:p>
    <w:p>
      <w:pPr>
        <w:widowControl/>
      </w:pPr>
      <w:r>
        <w:t>继续前往鲁朗林海观景台。鲁朗林海是一片郁郁葱葱、风景如画的景观，常被描述为“云海下的森林”。雪峰环绕着山谷，森林和草甸以整齐、层叠的图案铺展开来，看起来几乎像是手工精心雕琢的。其宁静、诗意的风景为鲁朗赢得了“美得让人忘记家乡”的美誉。</w:t>
      </w:r>
    </w:p>
    <w:p>
      <w:pPr>
        <w:widowControl/>
      </w:pPr>
      <w:r>
        <w:t>之后，返回林芝市探索比日神山。比日神山在藏语中被称为“猴子山”，是林芝最受尊崇的神山之一，据说曾受到莲花生大师的加持。景区设有生态广场、溪流区、唐城寺、经幡林和古代文化遗迹。每年有成千上万的朝圣者来此转山。该地也是林芝自然生态博物馆的所在地，馆内展示了586种动植物，展现了该地区非凡的生物多样性。从山腰，您可以欣赏到八一镇的全景，而山顶则装饰着鲜艳的经幡——每一面都承载着当地藏民的祝福和祈祷。</w:t>
      </w:r>
    </w:p>
    <w:p>
      <w:pPr>
        <w:widowControl/>
      </w:pPr>
      <w:r>
        <w:t>赠送当地特色餐——鲁朗石锅鸡</w:t>
      </w:r>
    </w:p>
    <w:p>
      <w:pPr>
        <w:widowControl/>
      </w:pPr>
      <w:r>
        <w:t>作为林芝地区的招牌菜，石锅鸡是用当地鸡与手掌参（一种野生人参）在手工制作的石锅中慢炖而成。炖出的汤香气扑鼻、令人舒畅，鸡肉则鲜嫩浓郁。锅本身由仅产于墨脱的稀有皂石雕刻而成，由背夫背出，由门巴族人手工凿制。这些深绿色的石锅保温性极佳，天然含有镁、铁和17种微量元素。</w:t>
      </w:r>
    </w:p>
    <w:p>
      <w:pPr>
        <w:widowControl/>
      </w:pPr>
      <w:r>
        <w:t>住宿温馨提示：</w:t>
      </w:r>
    </w:p>
    <w:p>
      <w:pPr>
        <w:widowControl/>
      </w:pPr>
      <w:r>
        <w:t>由于巴松措景区容量有限，如果景区内酒店已订满或暂时关闭，您的住宿将改为安排在林芝市。价格不变，所有观光活动保持不变。</w:t>
      </w:r>
    </w:p>
    <w:p>
      <w:pPr>
        <w:widowControl/>
      </w:pPr>
      <w:r>
        <w:t>概述：海拔：2800-4768米 | 距离：230公里，约5-6小时车程</w:t>
      </w:r>
    </w:p>
    <w:p>
      <w:pPr>
        <w:widowControl/>
      </w:pPr>
      <w:r>
        <w:t>景点：3个景点</w:t>
      </w:r>
    </w:p>
    <w:p>
      <w:pPr>
        <w:widowControl/>
      </w:pPr>
      <w:r>
        <w:t>交通与活动：旅游大巴</w:t>
      </w:r>
    </w:p>
    <w:p>
      <w:pPr>
        <w:widowControl/>
      </w:pPr>
      <w:r>
        <w:t>用餐：早餐、午餐</w:t>
      </w:r>
    </w:p>
    <w:p>
      <w:pPr>
        <w:widowControl/>
      </w:pPr>
      <w:r>
        <w:t>住宿：舒适型</w:t>
      </w:r>
    </w:p>
    <w:p>
      <w:pPr>
        <w:keepNext/>
        <w:widowControl/>
        <w:spacing w:before="240"/>
      </w:pPr>
      <w:r>
        <w:t>第4天 巴松措湖至拉萨：扎西岛与结巴村</w:t>
      </w:r>
    </w:p>
    <w:p>
      <w:pPr>
        <w:widowControl/>
      </w:pPr>
      <w:r>
        <w:t>今天早晨，在清新的山间空气和四周郁郁葱葱的绿意中，新的一天开始了。</w:t>
      </w:r>
    </w:p>
    <w:p>
      <w:pPr>
        <w:widowControl/>
      </w:pPr>
      <w:r>
        <w:t>早餐后，您的团队将前往巴松措湖（海拔3538米），又称巴松措或错高湖。这座迷人的高山湖泊位于工布江达县，以碧绿的湖水倒映周围雪峰而闻名。作为国家森林公园和5A级景区，巴松措的美丽景色全天不断变化。该湖也是藏传佛教的重要圣地，尤其对宁玛派信徒而言，据信受到莲花生大师和格萨尔王的加持。</w:t>
      </w:r>
    </w:p>
    <w:p>
      <w:pPr>
        <w:widowControl/>
      </w:pPr>
      <w:r>
        <w:t>抵达后，先感受宁静的氛围，然后参观扎西岛，这是位于湖中心的一座小岛。在这里，您将看到措宗寺，这是一座简朴但宗教意义重要的寺庙，历史可追溯到17世纪。悠闲地漫步岛上，您将看到桃抱松、古老水葬台的遗迹，以及独特的“字母树”，其树叶自然形成类似藏文字母的符号。不要错过圣井，这是当地宗教传统的重要组成部分。</w:t>
      </w:r>
    </w:p>
    <w:p>
      <w:pPr>
        <w:widowControl/>
      </w:pPr>
      <w:r>
        <w:t>之后，继续前往结巴村。这是一个风景如画的藏族村落，可以欣赏到巴松措湖以及被称为“国王的宝座”和“燃烧的火焰”的周围雪山的绝佳景色。这个村庄让您领略真实的藏族文化和日常生活。</w:t>
      </w:r>
    </w:p>
    <w:p>
      <w:pPr>
        <w:widowControl/>
      </w:pPr>
      <w:r>
        <w:t>参观结束后，开始4.5至6小时的车程返回拉萨。在拉萨好好休息。</w:t>
      </w:r>
    </w:p>
    <w:p>
      <w:pPr>
        <w:widowControl/>
      </w:pPr>
      <w:r>
        <w:t>概述：海拔：3480~3650米 | 距离：280公里，约5小时车程</w:t>
      </w:r>
    </w:p>
    <w:p>
      <w:pPr>
        <w:widowControl/>
      </w:pPr>
      <w:r>
        <w:t>景点：1个景点</w:t>
      </w:r>
    </w:p>
    <w:p>
      <w:pPr>
        <w:widowControl/>
      </w:pPr>
      <w:r>
        <w:t>交通与活动：大巴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第5天 拉萨市区游：拉萨传统手工艺艺术中心、色拉寺</w:t>
      </w:r>
    </w:p>
    <w:p>
      <w:pPr>
        <w:widowControl/>
      </w:pPr>
      <w:r>
        <w:t>今天，在拉萨传统手工艺艺术中心体验亲手参与的文化活动，并通过在色拉寺观看僧侣辩经，更深入地了解藏传佛教。</w:t>
      </w:r>
    </w:p>
    <w:p>
      <w:pPr>
        <w:widowControl/>
      </w:pPr>
      <w:r>
        <w:t>上午，在拉萨传统手工艺艺术中心感受传统藏族艺术。您可以参与制作藏香、练习藏文书法，并了解传统木版印刷的技艺。</w:t>
      </w:r>
    </w:p>
    <w:p>
      <w:pPr>
        <w:widowControl/>
      </w:pPr>
      <w:r>
        <w:t>藏香通常在佛教仪式和典礼中作为供品焚烧。其成分通常包括杜松、檀香、雪松、肉桂、丁香以及多种药草。</w:t>
      </w:r>
    </w:p>
    <w:p>
      <w:pPr>
        <w:widowControl/>
      </w:pPr>
      <w:r>
        <w:t>除了制作藏香，您还可以观看当地工匠演示的全过程，他将教您藏文书法，并帮助您用自己的名字或祝福语书写藏文。这是一份有意义的纪念品，可以带回家作为回忆。</w:t>
      </w:r>
    </w:p>
    <w:p>
      <w:pPr>
        <w:widowControl/>
      </w:pPr>
      <w:r>
        <w:t>下午，乘车约7公里（20分钟）前往参观色拉寺，这是西藏格鲁派三大寺院之一。在这里，您将近距离体验藏传佛教。</w:t>
      </w:r>
    </w:p>
    <w:p>
      <w:pPr>
        <w:widowControl/>
      </w:pPr>
      <w:r>
        <w:t>亮点是僧侣辩经，每天大约15:00至17:00举行（周日除外）。这种活跃的智力交流中，一名僧侣站立提问，其他人坐着回答。站立僧侣的手势——如击掌和跺脚——象征着激发智慧，并非攻击行为。您还有机会观看祈祷仪式、探索冥想殿堂，并了解僧侣生活。</w:t>
      </w:r>
    </w:p>
    <w:p>
      <w:pPr>
        <w:widowControl/>
      </w:pPr>
      <w:r>
        <w:t>游览结束后，送回您在拉萨的酒店。</w:t>
      </w:r>
    </w:p>
    <w:p>
      <w:pPr>
        <w:widowControl/>
      </w:pPr>
      <w:r>
        <w:t>概述：海拔：3650米</w:t>
      </w:r>
    </w:p>
    <w:p>
      <w:pPr>
        <w:widowControl/>
      </w:pPr>
      <w:r>
        <w:t>景点：2个景点</w:t>
      </w:r>
    </w:p>
    <w:p>
      <w:pPr>
        <w:widowControl/>
      </w:pPr>
      <w:r>
        <w:t>交通与活动：大巴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第6天 拉萨文化之旅：布达拉宫、大昭寺、八廓街与特色晚餐</w:t>
      </w:r>
    </w:p>
    <w:p>
      <w:pPr>
        <w:widowControl/>
      </w:pPr>
      <w:r>
        <w:t>今天，您将游览拉萨：首先参观世界闻名的布达拉宫，这是世界遗产，也是50元人民币背面的图案。随后，您将参观大昭寺，这处世界文化遗产以其辉煌的建筑、文化、艺术和历史而闻名。最后，您可以和当地人一起漫步在著名的八廓街，了解藏族人日常转经的生活。</w:t>
      </w:r>
    </w:p>
    <w:p>
      <w:pPr>
        <w:widowControl/>
      </w:pPr>
      <w:r>
        <w:t>今天上午，您将首先游览布达拉宫。这是西藏最具标志性的地标，也是达赖喇嘛的冬宫旧址（1649-1959）。</w:t>
      </w:r>
    </w:p>
    <w:p>
      <w:pPr>
        <w:widowControl/>
      </w:pPr>
      <w:r>
        <w:t>从宫门登上365级石阶到达红宫后，您将抵达世界上海拔最高的古代宫殿——海拔3700米——并欣赏拉萨市的壮丽全景。</w:t>
      </w:r>
    </w:p>
    <w:p>
      <w:pPr>
        <w:widowControl/>
      </w:pPr>
      <w:r>
        <w:t>当您漫步于殿堂、佛堂和供奉历代达赖喇嘛的神圣殿堂时，会被精美的壁画、精致的雕刻、耀眼的珠宝装饰以及弥漫在空气中的浓厚宗教氛围所吸引。在布达拉宫内部，可以看到无数藏族朝圣者虔诚地叩拜和祈祷——对许多人来说，参观这处圣地是一生一次的旅程。</w:t>
      </w:r>
    </w:p>
    <w:p>
      <w:pPr>
        <w:widowControl/>
      </w:pPr>
      <w:r>
        <w:t>您的导游还将分享关于松赞干布的故事。他是西藏第33代赞普，最初于7世纪建造布达拉宫，以纪念他与唐朝文成公主的联姻。</w:t>
      </w:r>
    </w:p>
    <w:p>
      <w:pPr>
        <w:widowControl/>
      </w:pPr>
      <w:r>
        <w:t>布达拉宫参观提示：</w:t>
      </w:r>
    </w:p>
    <w:p>
      <w:pPr>
        <w:widowControl/>
      </w:pPr>
      <w:r>
        <w:t>所有游客必须随导游团队进入，宫内停留时间最多为1小时。</w:t>
      </w:r>
    </w:p>
    <w:p>
      <w:pPr>
        <w:widowControl/>
      </w:pPr>
      <w:r>
        <w:t>门票采用实名预订系统。需要有效的身份证或护照，一旦预订，7天内不允许重新预订。</w:t>
      </w:r>
    </w:p>
    <w:p>
      <w:pPr>
        <w:widowControl/>
      </w:pPr>
      <w:r>
        <w:t>进入时间由布达拉宫管理处随机分配，无法选择参观时间。</w:t>
      </w:r>
    </w:p>
    <w:p>
      <w:pPr>
        <w:widowControl/>
      </w:pPr>
      <w:r>
        <w:t>在旺季，您的旅行团可能会被分成更小的团队，有不同的参观时间或导游。</w:t>
      </w:r>
    </w:p>
    <w:p>
      <w:pPr>
        <w:widowControl/>
      </w:pPr>
      <w:r>
        <w:t>宫内严禁拍照。</w:t>
      </w:r>
    </w:p>
    <w:p>
      <w:pPr>
        <w:widowControl/>
      </w:pPr>
      <w:r>
        <w:t>接下来，您的团队将参观大昭寺，这是拉萨的精神中心，拥有1300多年的历史。从远处，您将看到无数虔诚的朝圣者在大昭寺前叩拜。停下来一会儿，见证这感人的景象和藏传佛教徒坚定的信仰。这将是一个触动您心灵的时刻。</w:t>
      </w:r>
    </w:p>
    <w:p>
      <w:pPr>
        <w:widowControl/>
      </w:pPr>
      <w:r>
        <w:t>据传说，大昭寺是由松赞干布为他的两位妻子——中国的文成公主和尼泊尔的尺尊公主而建。大昭寺的名字意为“佛之屋”，寺内供奉着一尊12岁释迦牟尼等身像，这是佛教世界中最神圣的珍宝之一。这使得大昭寺成为西藏最神圣的朝圣地。</w:t>
      </w:r>
    </w:p>
    <w:p>
      <w:pPr>
        <w:widowControl/>
      </w:pPr>
      <w:r>
        <w:t>花时间探索寺庙精巧的建筑——欣赏色彩斑斓的壁画、华丽的装饰和精美的雕刻，这些展示了藏族工艺的精髓。从二楼，您可以欣赏到下面熙熙攘攘的八廓街的全景。</w:t>
      </w:r>
    </w:p>
    <w:p>
      <w:pPr>
        <w:widowControl/>
      </w:pPr>
      <w:r>
        <w:t>大昭寺参观提示：</w:t>
      </w:r>
    </w:p>
    <w:p>
      <w:pPr>
        <w:widowControl/>
      </w:pPr>
      <w:r>
        <w:t>参观时间：约1小时。</w:t>
      </w:r>
    </w:p>
    <w:p>
      <w:pPr>
        <w:widowControl/>
      </w:pPr>
      <w:r>
        <w:t>入场需通过“大昭寺预约”微信在7:00–23:59之间实名预约次日门票。预约名额有限，请提前在导游协助下预订。</w:t>
      </w:r>
    </w:p>
    <w:p>
      <w:pPr>
        <w:widowControl/>
      </w:pPr>
      <w:r>
        <w:t>大昭寺是一个活跃的宗教场所。在重要的宗教仪式或特殊活动期间，可能会限制进入——感谢您的理解。</w:t>
      </w:r>
    </w:p>
    <w:p>
      <w:pPr>
        <w:widowControl/>
      </w:pPr>
      <w:r>
        <w:t>参观结束后，走到外面的八廓街，这里曾经是围绕寺庙的传统转经道。今天，它是一个热闹的地方，充满了香火的气息和朝圣者的诵经声。您可以在茶馆里品尝酥油茶，穿上藏族服饰拍照，或者购买来自西藏、尼泊尔和印度的独特手工艺品和纪念品。</w:t>
      </w:r>
    </w:p>
    <w:p>
      <w:pPr>
        <w:widowControl/>
      </w:pPr>
      <w:r>
        <w:t>AOT特别安排的餐食：</w:t>
      </w:r>
    </w:p>
    <w:p>
      <w:pPr>
        <w:widowControl/>
      </w:pPr>
      <w:r>
        <w:t>晚上，享用由AOT团队特别安排的团体晚餐，包括美味的藏餐或尼泊尔餐。</w:t>
      </w:r>
    </w:p>
    <w:p>
      <w:pPr>
        <w:widowControl/>
      </w:pPr>
      <w:r>
        <w:t>游览结束后，将送您返回拉萨的酒店。</w:t>
      </w:r>
    </w:p>
    <w:p>
      <w:pPr>
        <w:widowControl/>
      </w:pPr>
      <w:r>
        <w:t>概述：海拔：3650米</w:t>
      </w:r>
    </w:p>
    <w:p>
      <w:pPr>
        <w:widowControl/>
      </w:pPr>
      <w:r>
        <w:t>景点：3个标志性景点</w:t>
      </w:r>
    </w:p>
    <w:p>
      <w:pPr>
        <w:widowControl/>
      </w:pPr>
      <w:r>
        <w:t>交通与活动：旅游大巴</w:t>
      </w:r>
    </w:p>
    <w:p>
      <w:pPr>
        <w:widowControl/>
      </w:pPr>
      <w:r>
        <w:t>用餐：早餐、晚餐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第7天 拉萨至日喀则：羊卓雍措、卡若拉冰川（370公里，7小时），含羊卓雍措特色餐</w:t>
      </w:r>
    </w:p>
    <w:p>
      <w:pPr>
        <w:widowControl/>
      </w:pPr>
      <w:r>
        <w:t>今天，您将从拉萨出发，前往西藏第二大城市日喀则，沿途欣赏风景。全程约370公里，车程约7小时，途中会停留参观西藏两处最壮观的自然景观——羊卓雍措和卡若拉冰川。</w:t>
      </w:r>
    </w:p>
    <w:p>
      <w:pPr>
        <w:widowControl/>
      </w:pPr>
      <w:r>
        <w:t>上午驱车约2至3小时（110公里）后，接近岗巴拉山口（海拔4797米）时，请准备好相机。在这里，您可以欣赏到羊卓雍措令人惊叹的全景，湖水如碧绿丝带般在雪山间闪烁。羊卓雍措是西藏四大圣湖之一（与拉姆拉措、玛旁雍措和纳木措并列），人们相信它拥有精神力量，能帮助藏人寻找达赖喇嘛的转世灵童。您还会看到当地人与藏獒、牦牛或穿着传统装饰的山羊合影。</w:t>
      </w:r>
    </w:p>
    <w:p>
      <w:pPr>
        <w:widowControl/>
      </w:pPr>
      <w:r>
        <w:t>亚洲奥德赛旅游特别安排在羊卓雍措用餐：</w:t>
      </w:r>
    </w:p>
    <w:p>
      <w:pPr>
        <w:widowControl/>
      </w:pPr>
      <w:r>
        <w:t>在羊卓雍措稍作休息，享用亚洲奥德赛旅游安排的特色火锅。菜品新鲜，湖景迷人，让您彻底放松。用餐前后还有时间拍摄美丽的照片。</w:t>
      </w:r>
    </w:p>
    <w:p>
      <w:pPr>
        <w:widowControl/>
      </w:pPr>
      <w:r>
        <w:t>下午继续驱车约1.5小时（87公里），抵达令人惊叹的卡若拉冰川（海拔5012米）——西藏三大大陆冰川之一，也是电影《红河谷》的拍摄地。冰川背靠乃钦康桑峰（海拔7191米），像冻结的瀑布般闪闪发光，紧邻公路。您可以在车内欣赏美景，也可以轻松步行到冰川脚下。在马路对面，欣赏雄伟的雪山卡鲁峰——这处高山仙境的另一亮点。</w:t>
      </w:r>
    </w:p>
    <w:p>
      <w:pPr>
        <w:widowControl/>
      </w:pPr>
      <w:r>
        <w:t>参观卡若拉冰川小贴士：</w:t>
      </w:r>
    </w:p>
    <w:p>
      <w:pPr>
        <w:widowControl/>
      </w:pPr>
      <w:r>
        <w:t>这里海拔约5012米，行动要缓慢，避免过度劳累。</w:t>
      </w:r>
    </w:p>
    <w:p>
      <w:pPr>
        <w:widowControl/>
      </w:pPr>
      <w:r>
        <w:t>公共厕所非常简陋，请做好准备。</w:t>
      </w:r>
    </w:p>
    <w:p>
      <w:pPr>
        <w:widowControl/>
      </w:pPr>
      <w:r>
        <w:t>一些当地人可能会收取与本人或动物合影的小额费用，拍照前务必确认。</w:t>
      </w:r>
    </w:p>
    <w:p>
      <w:pPr>
        <w:widowControl/>
      </w:pPr>
      <w:r>
        <w:t>之后驱车约3.5小时（170公里），途经江孜，沿着宽阔的年楚河谷行驶，穿过风景如画的藏族村庄、广阔的青稞田和金色的油菜花田（夏季）。抵达日喀则（海拔3845米）后，入住酒店，好好休息。</w:t>
      </w:r>
    </w:p>
    <w:p>
      <w:pPr>
        <w:widowControl/>
      </w:pPr>
      <w:r>
        <w:t>温馨提示：</w:t>
      </w:r>
    </w:p>
    <w:p>
      <w:pPr>
        <w:widowControl/>
      </w:pPr>
      <w:r>
        <w:t>外国和台湾旅客需要在日喀则出入境管理办公室登记。导游将协助办理，并可能相应调整行程，请遵循导游指示并配合。</w:t>
      </w:r>
    </w:p>
    <w:p>
      <w:pPr>
        <w:widowControl/>
      </w:pPr>
      <w:r>
        <w:t>概述：海拔：3850米 | 距离：380公里，约7小时车程</w:t>
      </w:r>
    </w:p>
    <w:p>
      <w:pPr>
        <w:widowControl/>
      </w:pPr>
      <w:r>
        <w:t>景点：2个标志性景点</w:t>
      </w:r>
    </w:p>
    <w:p>
      <w:pPr>
        <w:widowControl/>
      </w:pPr>
      <w:r>
        <w:t>交通与活动：旅游大巴</w:t>
      </w:r>
    </w:p>
    <w:p>
      <w:pPr>
        <w:widowControl/>
      </w:pPr>
      <w:r>
        <w:t>用餐：早餐，午餐</w:t>
      </w:r>
    </w:p>
    <w:p>
      <w:pPr>
        <w:widowControl/>
      </w:pPr>
      <w:r>
        <w:t>住宿：舒适型</w:t>
      </w:r>
    </w:p>
    <w:p>
      <w:pPr>
        <w:keepNext/>
        <w:widowControl/>
        <w:spacing w:before="240"/>
      </w:pPr>
      <w:r>
        <w:t>第8天 日喀则至珠穆朗玛峰：加乌拉山口、绒布寺、珠峰大本营</w:t>
      </w:r>
    </w:p>
    <w:p>
      <w:pPr>
        <w:widowControl/>
      </w:pPr>
      <w:r>
        <w:t>住宿：珠峰大本营或珠峰小镇（又称扎西宗镇）</w:t>
      </w:r>
    </w:p>
    <w:p>
      <w:pPr>
        <w:widowControl/>
      </w:pPr>
      <w:r>
        <w:t>今天，全团将从日喀则驱车前往珠穆朗玛峰——地球最高峰。沿途随着向喜马拉雅山脉攀升，欣赏壮丽的景观变化。</w:t>
      </w:r>
    </w:p>
    <w:p>
      <w:pPr>
        <w:widowControl/>
      </w:pPr>
      <w:r>
        <w:t>加乌拉山口——珠峰观景台</w:t>
      </w:r>
    </w:p>
    <w:p>
      <w:pPr>
        <w:widowControl/>
      </w:pPr>
      <w:r>
        <w:t>沿着珠峰公路著名的108道拐，抵达加乌拉山口（5210米），也被称为珠峰观景台。在晴朗的日子里，这里是地球上少数几个能同时看到5座8000米以上世界最高峰的地方——珠穆朗玛峰、洛子峰、马卡鲁峰、卓奥友峰和希夏邦马峰一字排开。全景令人惊叹，巍峨的雪峰在地平线上无尽延伸。</w:t>
      </w:r>
    </w:p>
    <w:p>
      <w:pPr>
        <w:widowControl/>
      </w:pPr>
      <w:r>
        <w:t>绒布寺——世界最高寺庙</w:t>
      </w:r>
    </w:p>
    <w:p>
      <w:pPr>
        <w:widowControl/>
      </w:pPr>
      <w:r>
        <w:t>继续前往绒布寺（5154米），坐落在绒布冰川脚下。它是世界最高寺庙，属于藏传佛教宁玛派，僧尼共修。寺庙分为新旧两部分——旧寺保存着据信为莲花生大师使用过的修行洞，新寺则可欣赏珠穆朗玛峰北坡的壮丽景色。入口处的白色佛塔和玛尼石堆是标志性的拍照构图——宁静、神圣、永恒。</w:t>
      </w:r>
    </w:p>
    <w:p>
      <w:pPr>
        <w:widowControl/>
      </w:pPr>
      <w:r>
        <w:t>珠穆朗玛峰大本营——触摸世界之巅</w:t>
      </w:r>
    </w:p>
    <w:p>
      <w:pPr>
        <w:widowControl/>
      </w:pPr>
      <w:r>
        <w:t>珠穆朗玛峰海拔8848米，横跨中国和尼泊尔边境，位于喜马拉雅山脉中段。无尽的冰川、悬挂的冰崖和积雪的山脊，构成罕见而壮丽的景色。</w:t>
      </w:r>
    </w:p>
    <w:p>
      <w:pPr>
        <w:widowControl/>
      </w:pPr>
      <w:r>
        <w:t>然后，前往珠穆朗玛峰大本营（EBC，5200米）——普通旅行者能到达的离世界最高峰最近的地方。大本营周围环绕着帐篷旅馆，与珠穆朗玛峰顶峰的直线距离仅19公里。在这里，您可以真正感受到山的威严——高耸、强大、令人敬畏。许多游客称这是一生一次的经历，珠峰的纯粹存在留下难忘的印象。</w:t>
      </w:r>
    </w:p>
    <w:p>
      <w:pPr>
        <w:widowControl/>
      </w:pPr>
      <w:r>
        <w:t>参观珠峰大本营温馨提示：</w:t>
      </w:r>
    </w:p>
    <w:p>
      <w:pPr>
        <w:widowControl/>
      </w:pPr>
      <w:r>
        <w:t>从珠峰小镇（距大本营50公里）出发，游客必须换乘环保穿梭巴士前往大本营最后一段，次日同样方式返回。您的主要司机和车辆将不随行——请随身携带所有必需品。</w:t>
      </w:r>
    </w:p>
    <w:p>
      <w:pPr>
        <w:widowControl/>
      </w:pPr>
      <w:r>
        <w:t>珠峰大本营的住宿为帐篷营地（2025年重建），设施有所改善，现在提供双人间和简单的餐厅帐篷。然而，设施仍然基本，为共用卫生间。由于高海拔，物资有限，请予以理解。</w:t>
      </w:r>
    </w:p>
    <w:p>
      <w:pPr>
        <w:widowControl/>
      </w:pPr>
      <w:r>
        <w:t>冬季，如果帐篷营地因天气关闭，团队将入住珠峰小镇（又称扎西宗镇）的客栈（带独立卫生间）。</w:t>
      </w:r>
    </w:p>
    <w:p>
      <w:pPr>
        <w:widowControl/>
      </w:pPr>
      <w:r>
        <w:t>海拔和温度可能极端——即使在夏季，夜间温度也可能降至8°C。请穿暖，如有需要可在珠峰大本营租用羽绒服。</w:t>
      </w:r>
    </w:p>
    <w:p>
      <w:pPr>
        <w:widowControl/>
      </w:pPr>
      <w:r>
        <w:t>概述：海拔：5100米 | 距离：340公里，约7小时车程</w:t>
      </w:r>
    </w:p>
    <w:p>
      <w:pPr>
        <w:widowControl/>
      </w:pPr>
      <w:r>
        <w:t>景点：3个标志性景点</w:t>
      </w:r>
    </w:p>
    <w:p>
      <w:pPr>
        <w:widowControl/>
      </w:pPr>
      <w:r>
        <w:t>交通与活动：大巴</w:t>
      </w:r>
    </w:p>
    <w:p>
      <w:pPr>
        <w:widowControl/>
      </w:pPr>
      <w:r>
        <w:t>用餐：早餐</w:t>
      </w:r>
    </w:p>
    <w:p>
      <w:pPr>
        <w:widowControl/>
      </w:pPr>
      <w:r>
        <w:t>住宿：珠穆朗玛峰大本营</w:t>
      </w:r>
    </w:p>
    <w:p>
      <w:pPr>
        <w:keepNext/>
        <w:widowControl/>
        <w:spacing w:before="240"/>
      </w:pPr>
      <w:r>
        <w:t>第9天 珠穆朗玛峰—日喀则 | 珠峰大本营、加措拉山口</w:t>
      </w:r>
    </w:p>
    <w:p>
      <w:pPr>
        <w:widowControl/>
      </w:pPr>
      <w:r>
        <w:t>在珠峰大本营清爽的晨风中醒来。静静感受珠穆朗玛峰和周围喜马拉雅山脉的雄伟壮丽。如果您愿意，可以以温和的瑜伽或冥想开始新的一天，让身心焕然一新，或者在珠峰大本营周围悠闲漫步，近距离欣赏这片非凡的景致。</w:t>
      </w:r>
    </w:p>
    <w:p>
      <w:pPr>
        <w:widowControl/>
      </w:pPr>
      <w:r>
        <w:t>小贴士：如果天气允许，您可以欣赏到金顶奇观——地球上最令人惊叹的景象之一。最佳季节是春季（4月至5月）和秋季（9月至11月），此时天空通常晴朗。您需要早起并短途徒步前往观景点，观看白雪覆盖的山峰在晨光中闪耀金光。</w:t>
      </w:r>
    </w:p>
    <w:p>
      <w:pPr>
        <w:widowControl/>
      </w:pPr>
      <w:r>
        <w:t>在珠峰大本营度过难忘的早晨后，开始返回日喀则市的旅程。途中，在加措拉山口（5,248米）停留——这是中尼友谊公路上的最高点，也是珠穆朗玛峰国家自然保护区的一部分。从观景台上，欣赏珠穆朗玛峰（8,848.86米）、卓奥友峰、洛子峰和马卡鲁峰等海拔均超过8,000米的巍峨山峰。五彩经幡在风中飘扬，为这壮丽的全景增添了一丝神圣之美——是拍照的绝佳地点。</w:t>
      </w:r>
    </w:p>
    <w:p>
      <w:pPr>
        <w:widowControl/>
      </w:pPr>
      <w:r>
        <w:t>继续风景优美的车程返回日喀则，入住酒店，在一天的探险后享受一个放松的夜晚，洗个热水澡。夜宿日喀则。</w:t>
      </w:r>
    </w:p>
    <w:p>
      <w:pPr>
        <w:widowControl/>
      </w:pPr>
      <w:r>
        <w:t>概述：海拔：3,850米 | 距离：340公里，约7小时车程</w:t>
      </w:r>
    </w:p>
    <w:p>
      <w:pPr>
        <w:widowControl/>
      </w:pPr>
      <w:r>
        <w:t>景点：2个标志性景点</w:t>
      </w:r>
    </w:p>
    <w:p>
      <w:pPr>
        <w:widowControl/>
      </w:pPr>
      <w:r>
        <w:t>交通与活动：大巴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第10天 日喀则至拉萨：扎什伦布寺</w:t>
      </w:r>
    </w:p>
    <w:p>
      <w:pPr>
        <w:widowControl/>
      </w:pPr>
      <w:r>
        <w:t>今天上午，参观扎什伦布寺，这里是日喀则的宗教中心。</w:t>
      </w:r>
    </w:p>
    <w:p>
      <w:pPr>
        <w:widowControl/>
      </w:pPr>
      <w:r>
        <w:t>扎什伦布寺由第一世达赖喇嘛根敦珠巴于1447年创建，他是宗喀巴的弟子。该寺是西藏后藏地区最大的寺院，也是与哲蚌寺、色拉寺、甘丹寺、拉卜楞寺和塔尔寺齐名的六大格鲁派寺院之一。它长期以来一直是班禅喇嘛的传统驻锡地，班禅喇嘛是藏传佛教中仅次于达赖喇嘛的第二高转世世系。</w:t>
      </w:r>
    </w:p>
    <w:p>
      <w:pPr>
        <w:widowControl/>
      </w:pPr>
      <w:r>
        <w:t>鼎盛时期，寺院有超过5000名僧侣，包括3000多个房间、50座附属寺庙以及30座庄园和牧场。如今，当您探索其庞大的经堂、庭院和阳光下闪耀的金顶建筑群时，仍能感受到它的宏伟。</w:t>
      </w:r>
    </w:p>
    <w:p>
      <w:pPr>
        <w:widowControl/>
      </w:pPr>
      <w:r>
        <w:t>扎什伦布寺亮点：</w:t>
      </w:r>
    </w:p>
    <w:p>
      <w:pPr>
        <w:widowControl/>
      </w:pPr>
      <w:r>
        <w:t>欣赏弥勒（未来佛）殿，其中供奉着一尊宏伟的弥勒佛铜像——由超过115吨铜、250公斤黄金制成，并饰有1400多颗包括钻石和珍珠在内的珍贵宝石。</w:t>
      </w:r>
    </w:p>
    <w:p>
      <w:pPr>
        <w:widowControl/>
      </w:pPr>
      <w:r>
        <w:t>朝拜历代班禅喇嘛的圣塔（舍利塔），这些塔用金、银、珊瑚、珍珠、绿松石和丝绸精美制作而成。</w:t>
      </w:r>
    </w:p>
    <w:p>
      <w:pPr>
        <w:widowControl/>
      </w:pPr>
      <w:r>
        <w:t>欣赏日喀则市的全景和宁静的寺院生活，身披红色袈裟的僧侣诵经声在大殿中回荡。</w:t>
      </w:r>
    </w:p>
    <w:p>
      <w:pPr>
        <w:widowControl/>
      </w:pPr>
      <w:r>
        <w:t>参观扎什伦布寺后，沿着风景优美的友谊公路，沿着雅鲁藏布江驱车返回拉萨。行程约需4.5-5小时（270公里）。抵达后，入住酒店并休息一晚。夜宿拉萨。</w:t>
      </w:r>
    </w:p>
    <w:p>
      <w:pPr>
        <w:widowControl/>
      </w:pPr>
      <w:r>
        <w:t>温馨提示：</w:t>
      </w:r>
    </w:p>
    <w:p>
      <w:pPr>
        <w:widowControl/>
      </w:pPr>
      <w:r>
        <w:t>根据实际路况和旅行条件，我们可能会调整行程。在不减少任何观光景点的前提下，您可能会被安排：从日喀则前往当雄过夜，然后第二天游览纳木错，再返回拉萨。</w:t>
      </w:r>
    </w:p>
    <w:p>
      <w:pPr>
        <w:widowControl/>
      </w:pPr>
      <w:r>
        <w:t>概述：海拔：4700米 | 距离：270公里，约4.5-5小时车程</w:t>
      </w:r>
    </w:p>
    <w:p>
      <w:pPr>
        <w:widowControl/>
      </w:pPr>
      <w:r>
        <w:t>景点：1处景点</w:t>
      </w:r>
    </w:p>
    <w:p>
      <w:pPr>
        <w:widowControl/>
      </w:pPr>
      <w:r>
        <w:t>交通与活动：旅游大巴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第11天 拉萨－纳木错－拉萨</w:t>
      </w:r>
    </w:p>
    <w:p>
      <w:pPr>
        <w:widowControl/>
      </w:pPr>
      <w:r>
        <w:t>上午，您的团队将从拉萨出发，前往西藏的另一处圣湖。驱车约280公里后，您将抵达一个观景台，眺望念青唐古拉山脉（海拔7162米），这是西藏最受尊崇的神山之一。沿途您会经过成群的西藏牦牛和绵羊，运气好的话，还可能看到藏野驴、鼠兔、野兔或狐狸等野生动物。翻越那根拉山口（海拔5190米）后，您很快就会抵达纳木错（海拔4718米），这是世界上海拔最高的湖泊之一。</w:t>
      </w:r>
    </w:p>
    <w:p>
      <w:pPr>
        <w:widowControl/>
      </w:pPr>
      <w:r>
        <w:t>纳木错是西藏三大圣湖之一，被认为是西藏一位女神的圣地。四周雪山环绕，草原辽阔，它也是中国海拔最高的咸水湖。湖水清澈见底，一天之中从深蓝变为碧绿，是摄影爱好者的天堂。捕捉湖水变幻的色彩、念青唐古拉山峰以及游牧生活的场景。相传纳木错是念青唐古拉山的妻子，两者永远不离不弃。</w:t>
      </w:r>
    </w:p>
    <w:p>
      <w:pPr>
        <w:widowControl/>
      </w:pPr>
      <w:r>
        <w:t>您将探索扎西半岛，这是湖中最大的岛屿。享受一段短途徒步，参观小寺庙，观赏独特的岩石地貌，感受宁静的氛围。游览结束后，送您返回拉萨。</w:t>
      </w:r>
    </w:p>
    <w:p>
      <w:pPr>
        <w:widowControl/>
      </w:pPr>
      <w:r>
        <w:t>温馨提示：</w:t>
      </w:r>
    </w:p>
    <w:p>
      <w:pPr>
        <w:widowControl/>
      </w:pPr>
      <w:r>
        <w:t>由于冬季条件恶劣，纳木错可能因大雪而临时关闭。</w:t>
      </w:r>
    </w:p>
    <w:p>
      <w:pPr>
        <w:widowControl/>
      </w:pPr>
      <w:r>
        <w:t>如果提前一天宣布关闭，行程将调整为：拉萨 → 甘丹寺（沿转经道轻松徒步）→ 拉萨。</w:t>
      </w:r>
    </w:p>
    <w:p>
      <w:pPr>
        <w:widowControl/>
      </w:pPr>
      <w:r>
        <w:t>如果在出行当天宣布关闭，行程将调整为：拉萨 → 楚布寺 → 拉萨。</w:t>
      </w:r>
    </w:p>
    <w:p>
      <w:pPr>
        <w:widowControl/>
      </w:pPr>
      <w:r>
        <w:t>概述：海拔：3650米 | 距离：350公里，约7小时车程</w:t>
      </w:r>
    </w:p>
    <w:p>
      <w:pPr>
        <w:widowControl/>
      </w:pPr>
      <w:r>
        <w:t>景点：1个景点</w:t>
      </w:r>
    </w:p>
    <w:p>
      <w:pPr>
        <w:widowControl/>
      </w:pPr>
      <w:r>
        <w:t>交通与活动：旅游巴士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第12天 拉萨离团：酒店退房与机场送机</w:t>
      </w:r>
    </w:p>
    <w:p>
      <w:pPr>
        <w:widowControl/>
      </w:pPr>
      <w:r>
        <w:t>早餐后，就要告别拉萨这座圣城了。导游和司机将送您前往拉萨贡嘎机场或拉萨火车站，搭乘航班或火车前往下一站或返回家中。</w:t>
      </w:r>
    </w:p>
    <w:p>
      <w:pPr>
        <w:widowControl/>
      </w:pPr>
      <w:r>
        <w:t>旅行提示：</w:t>
      </w:r>
    </w:p>
    <w:p>
      <w:pPr>
        <w:widowControl/>
      </w:pPr>
      <w:r>
        <w:t>从拉萨市中心到机场车程约1小时，建议预订上午10:00之后起飞的航班。</w:t>
      </w:r>
    </w:p>
    <w:p>
      <w:pPr>
        <w:widowControl/>
      </w:pPr>
      <w:r>
        <w:t>请提前将您的航班或火车时刻告知我们，以便顺利送机。</w:t>
      </w:r>
    </w:p>
    <w:p>
      <w:pPr>
        <w:widowControl/>
      </w:pPr>
      <w:r>
        <w:t>请提供准确的航班或火车预订信息，以便我们高效安排团队的免费共享送机服务。</w:t>
      </w:r>
    </w:p>
    <w:p>
      <w:pPr>
        <w:widowControl/>
      </w:pPr>
      <w:r>
        <w:t>感谢您选择Asia Odyssey Travel的西藏团体游。期待在您下一段旅程中再相见！</w:t>
      </w:r>
    </w:p>
    <w:p>
      <w:pPr>
        <w:widowControl/>
      </w:pPr>
      <w:r>
        <w:t>概述：海拔：3650米 | 距离：60公里，约1.5小时车程</w:t>
      </w:r>
    </w:p>
    <w:p>
      <w:pPr>
        <w:widowControl/>
      </w:pPr>
      <w:r>
        <w:t>景点：酒店退房与机场送机</w:t>
      </w:r>
    </w:p>
    <w:p>
      <w:pPr>
        <w:widowControl/>
      </w:pPr>
      <w:r>
        <w:t>交通与活动：旅游大巴</w:t>
      </w:r>
    </w:p>
    <w:p>
      <w:pPr>
        <w:widowControl/>
      </w:pPr>
      <w:r>
        <w:t>用餐：早餐</w:t>
      </w:r>
    </w:p>
    <w:p>
      <w:pPr>
        <w:widowControl/>
      </w:pPr>
      <w:r>
        <w:t>住宿：无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 w:eastAsia="Noto Sans CJK SC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76" w:lineRule="auto"/>
      <w:outlineLvl w:val="0"/>
    </w:pPr>
    <w:rPr>
      <w:rFonts w:asciiTheme="majorHAnsi" w:eastAsiaTheme="majorEastAsia" w:hAnsiTheme="majorHAnsi" w:cstheme="majorBidi" w:ascii="Arial" w:hAnsi="Arial" w:eastAsia="Noto Sans CJK SC"/>
      <w:b w:val="0"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76" w:lineRule="auto"/>
      <w:contextualSpacing/>
    </w:pPr>
    <w:rPr>
      <w:rFonts w:asciiTheme="majorHAnsi" w:eastAsiaTheme="majorEastAsia" w:hAnsiTheme="majorHAnsi" w:cstheme="majorBidi" w:ascii="Arial" w:hAnsi="Arial" w:eastAsia="Noto Sans CJK SC"/>
      <w:b w:val="0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12天西藏全景跟团游：拉萨、珠峰大本营、林芝与圣湖（西藏四大支柱）</dc:title>
  <dc:subject/>
  <dc:creator>Asia Odyssey Travel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