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Tibet Overland Group Tour: EBC, Kailash Kora &amp; Guge Ruins (Gyirong Border Exit)</w:t>
      </w:r>
    </w:p>
    <w:p>
      <w:pPr>
        <w:widowControl/>
      </w:pPr>
      <w:r>
        <w:t>Product code: AOT-TGT-F2</w:t>
      </w:r>
    </w:p>
    <w:p>
      <w:pPr>
        <w:keepNext/>
        <w:widowControl/>
        <w:spacing w:before="240"/>
      </w:pPr>
      <w:r>
        <w:t>Day 1 Arrive in Lhasa (3650 meters) | Transfer Service &amp; Altitude</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discovering the secrets of traditional woodblock printing.</w:t>
      </w:r>
    </w:p>
    <w:p>
      <w:pPr>
        <w:widowControl/>
      </w:pPr>
      <w:r>
        <w:t>Tibetan incense is typically burned as an offering during religious ceremonies and rituals in Tibetan Buddhism. Its ingredients often include juniper, sandalwood, cedarwood, cinnamon, cloves, and various medicinal herbs.</w:t>
      </w:r>
    </w:p>
    <w:p>
      <w:pPr>
        <w:widowControl/>
      </w:pPr>
      <w:r>
        <w:t>Besides crafting incense, you can try writing your own name in the Tibetan script with the guidance of our local teacher, and even carve and print it yourself. The handmade incense and printed text make wonderful keepsakes of your Tibetan cultural experience.</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 | Distance: 30km, about 50 minutes'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from Gyantse county, along the wide Nianchu River Valley, passing through scenic Tibetan villages, vast barley fields, and golden rapeseed flower fields (in summer). Upon arrival in Shigatse (altitude: 3845 meters), check into your hotel and have a good rest.</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5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Gawula Pass - the Everest Viewing Platform</w:t>
      </w:r>
    </w:p>
    <w:p>
      <w:pPr>
        <w:widowControl/>
      </w:pPr>
      <w:r>
        <w:t>Follow the famous 108 switchbacks along the Everest Road to reach Gawula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w:t>
      </w:r>
    </w:p>
    <w:p>
      <w:pPr>
        <w:keepNext/>
        <w:widowControl/>
        <w:spacing w:before="240"/>
      </w:pPr>
      <w:r>
        <w:t>Day 6 Everest Base Camp - Mount Shishapangma - Pelkhu-tso Lake → Saga/Zhongba</w:t>
      </w:r>
    </w:p>
    <w:p>
      <w:pPr>
        <w:widowControl/>
      </w:pPr>
      <w:r>
        <w:t>Wake up to the crisp morning air at Everest Base Camp and take a quiet moment to appreciate the majesty of Mount Everest and the surrounding Himalayas. If you wish, begin your day with gentle yoga or meditation to refresh your body and mind, or enjoy a peaceful walk around the base camp for closer views of this extraordinary landscape.</w:t>
      </w:r>
    </w:p>
    <w:p>
      <w:pPr>
        <w:widowControl/>
      </w:pPr>
      <w:r>
        <w:t>Tip: If weather permits, you may witness the Golden Summit sunrise - one of the most breathtaking sights on earth. The best viewing seasons are spring (April–May) and autumn (September–November), when the skies are typically clear. You'll need to rise early for a short hike to the viewing point, where the first rays of sunlight illuminate the snow-capped peaks in a glowing golden light.</w:t>
      </w:r>
    </w:p>
    <w:p>
      <w:pPr>
        <w:widowControl/>
      </w:pPr>
      <w:r>
        <w:t>After say goodbye to Mount Everest, your group will depart from Everest Base Camp and continue the journey toward Saga (or Zhongba) for today's accommodation.</w:t>
      </w:r>
    </w:p>
    <w:p>
      <w:pPr>
        <w:widowControl/>
      </w:pPr>
      <w:r>
        <w:t>Along the way, you'll have the chance to admire the majestic and awe-inspiring Mount Shishapangma, located about 120 km from Everest near the Nepal–Tibet border. Standing at 8,027 meters, it is the world's 14th-highest mountain and the only 8,000-meter peak entirely within Tibet. Its towering ridges, massive glaciers, and the surrounding lush valleys and grasslands create truly spectacular scenery.</w:t>
      </w:r>
    </w:p>
    <w:p>
      <w:pPr>
        <w:widowControl/>
      </w:pPr>
      <w:r>
        <w:t>The route continues across the desolate plains of Digur Tang, where vast sand dunes contrast with the snow-covered peaks of Shishapangma and Langtang to the south. As you leave the Bum-chu Basin, you'll descend toward the beautiful turquoise Pelkhu-tso (4,590 m), the largest lake in Shigatse. Revered as a holy lake, Pelkhu-tso shimmers like an emerald at the foot of sacred Mount Shishapangma, each enhancing the beauty of the other.</w:t>
      </w:r>
    </w:p>
    <w:p>
      <w:pPr>
        <w:widowControl/>
      </w:pPr>
      <w:r>
        <w:t>Travel Tip:</w:t>
      </w:r>
    </w:p>
    <w:p>
      <w:pPr>
        <w:widowControl/>
      </w:pPr>
      <w:r>
        <w:t>Due to limited accommodation options in this remote region, tonight's stay may be arranged in either Saga or Zhongba.</w:t>
      </w:r>
    </w:p>
    <w:p>
      <w:pPr>
        <w:widowControl/>
      </w:pPr>
      <w:r>
        <w:t>Overview: Altitude: 4600m | Distance: 320km, about 7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7 Saga/Zhongba - Payang - Manasarovar Lake - Mount Kailash - Darchen</w:t>
      </w:r>
    </w:p>
    <w:p>
      <w:pPr>
        <w:widowControl/>
      </w:pPr>
      <w:r>
        <w:t>After breakfast, your group continues the journey along the scenic G219 Highway. The landscapes along the way are endlessly captivating. You will pass the Maqu River Wetland before reaching Payang Town in Zhongba County, a small settlement full of western plateau charm and one of the highest towns in the world at an elevation of about 4,600 meters.</w:t>
      </w:r>
    </w:p>
    <w:p>
      <w:pPr>
        <w:widowControl/>
      </w:pPr>
      <w:r>
        <w:t>Farther ahead, you will encounter the sacred lake Manasarovar (4,588 m). Its crystal-clear waters mirror the silhouettes of Mount Kailash and Mount Naimonanyi. Revered by Tibetan Buddhism, Bon, and Hinduism, Manasarovar is honored as the “eternal and undefeated turquoise lake.”</w:t>
      </w:r>
    </w:p>
    <w:p>
      <w:pPr>
        <w:widowControl/>
      </w:pPr>
      <w:r>
        <w:t>As you continue, you will gradually enter the embrace of the holy mountain Mount Kailash, the main peak of the Gangdise Range, rising to 6,638 meters. Widely recognized as one of the world's most sacred mountains, Kailash is considered the spiritual center of the universe by Hinduism, Tibetan Buddhism, Bon, and ancient Jainism. Although not the tallest peak in the region, it is the only one whose summit remains perpetually covered in snow, glowing mysteriously under sunlight. Its unique pyramid shape sets it apart from the surrounding mountains, inspiring profound reverence and awe. Facing Mount Naimonanyi across a distance of about 100 km, the two sacred peaks are flanked by the holy lakes Manasarovar and Rakshas Tal.</w:t>
      </w:r>
    </w:p>
    <w:p>
      <w:pPr>
        <w:widowControl/>
      </w:pPr>
      <w:r>
        <w:t>In the afternoon, arrive in Darchen (4,670 m), the starting point of the Mount Kailash Kora (pilgrimage circuit). Check in to your hotel and rest well as you prepare for tomorrow's spiritual journey.</w:t>
      </w:r>
    </w:p>
    <w:p>
      <w:pPr>
        <w:widowControl/>
      </w:pPr>
      <w:r>
        <w:t>Overview: Altitude: 4600m | Distance: 500km, about 8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8 Mt. Kailash Trek Day One: Darchen - Tarboche - Driapuk Monastery (6km Sightseeing Bus + 14km Trekking, 7-8 Hours)</w:t>
      </w:r>
    </w:p>
    <w:p>
      <w:pPr>
        <w:widowControl/>
      </w:pPr>
      <w:r>
        <w:t>Starting Point: Darchen Town (Elevation: 4,675 m)</w:t>
      </w:r>
    </w:p>
    <w:p>
      <w:pPr>
        <w:widowControl/>
      </w:pPr>
      <w:r>
        <w:t>Ending Point: Dira-Puk Monastery (Elevation: 5,100 m)</w:t>
      </w:r>
    </w:p>
    <w:p>
      <w:pPr>
        <w:widowControl/>
      </w:pPr>
      <w:r>
        <w:t>Total Distance: Approx. 20 km (12.4 miles)</w:t>
      </w:r>
    </w:p>
    <w:p>
      <w:pPr>
        <w:widowControl/>
      </w:pPr>
      <w:r>
        <w:t>Distance Breakdown: Scenic Bus Ride: Approx. 6 km to the Prayer Flag Pole (Darbochhe)Trekking Distance: Approx. 14 km (8.7 miles)</w:t>
      </w:r>
    </w:p>
    <w:p>
      <w:pPr>
        <w:widowControl/>
      </w:pPr>
      <w:r>
        <w:t>Trekking Duration: Approx. 7-8 hours</w:t>
      </w:r>
    </w:p>
    <w:p>
      <w:pPr>
        <w:widowControl/>
      </w:pPr>
      <w:r>
        <w:t>Difficulty Level: Challenging (due to altitude)Mount Kailash, is a towering peak that rises to 6,638 meters and dominates the landscape of Western Tibet. Revered by four major religions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pPr>
        <w:widowControl/>
      </w:pPr>
      <w:r>
        <w:t>Day One Trek: Darchen - Tarboche - Dira-puk Monastery</w:t>
      </w:r>
    </w:p>
    <w:p>
      <w:pPr>
        <w:widowControl/>
      </w:pPr>
      <w: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pPr>
        <w:widowControl/>
      </w:pPr>
      <w:r>
        <w:t>Now, begin your first day of trekking, following the Lha Chu River valley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Mount Kailash's western and northern faces.</w:t>
      </w:r>
    </w:p>
    <w:p>
      <w:pPr>
        <w:widowControl/>
      </w:pPr>
      <w:r>
        <w:t>As you venture deeper into the valley, the north face of Mount Kailash gradually reveals itself in full grandeur, an awe-inspiring sight that few places on Earth can rival. After trekking about 14 kilometers, you'll arrive at Dira-puk Monastery, your destination for the day. This monastery, belonging to the Nyingma sect of Tibetan Buddhism, sits directly opposite the north face of Mount Kailash, providing an unparalleled view of the sacred mountain.</w:t>
      </w:r>
    </w:p>
    <w:p>
      <w:pPr>
        <w:widowControl/>
      </w:pPr>
      <w:r>
        <w:t>You will spend the night in a local guesthouse near Dira-puk Monastery.</w:t>
      </w:r>
    </w:p>
    <w:p>
      <w:pPr>
        <w:widowControl/>
      </w:pPr>
      <w:r>
        <w:t>Travel Notes:</w:t>
      </w:r>
    </w:p>
    <w:p>
      <w:pPr>
        <w:widowControl/>
      </w:pPr>
      <w:r>
        <w:t>Local Tibetans around Mount Kailash offer optional services such as horse or yak rides, and luggage transport by yaks or porters (not included in the tour price).</w:t>
      </w:r>
    </w:p>
    <w:p>
      <w:pPr>
        <w:widowControl/>
      </w:pPr>
      <w:r>
        <w:t>During the kora, accommodation is very basic, typically in shared guesthouses or tents at Dira-puk and Dzultripuk, with limited facilities (multi-bed rooms, shared toilets, one bed per traveler).</w:t>
      </w:r>
    </w:p>
    <w:p>
      <w:pPr>
        <w:widowControl/>
      </w:pPr>
      <w:r>
        <w:t>Overview: Altitude: 4600m | Trekking Distance: 22km, about 6 hours</w:t>
      </w:r>
    </w:p>
    <w:p>
      <w:pPr>
        <w:widowControl/>
      </w:pPr>
      <w:r>
        <w:t>Attractions: 4-6 sites along the route</w:t>
      </w:r>
    </w:p>
    <w:p>
      <w:pPr>
        <w:widowControl/>
      </w:pPr>
      <w:r>
        <w:t>Transport and activities: trekking</w:t>
      </w:r>
    </w:p>
    <w:p>
      <w:pPr>
        <w:widowControl/>
      </w:pPr>
      <w:r>
        <w:t>Accommodation: Comfortable</w:t>
      </w:r>
    </w:p>
    <w:p>
      <w:pPr>
        <w:keepNext/>
        <w:widowControl/>
        <w:spacing w:before="240"/>
      </w:pPr>
      <w:r>
        <w:t>Day 9 Mt. Kailash Trek Day Two: Driapuk Monastery - Drolma-la Pass - Zutul-Puk Monastery (20km Trekking, 10-11 Hours)</w:t>
      </w:r>
    </w:p>
    <w:p>
      <w:pPr>
        <w:widowControl/>
      </w:pPr>
      <w:r>
        <w:t>Starting Point: Dira-Puk Monastery / Gangja (Elevation: 5,100 m)</w:t>
      </w:r>
    </w:p>
    <w:p>
      <w:pPr>
        <w:widowControl/>
      </w:pPr>
      <w:r>
        <w:t>Highest Point: Drolma La Pass (Elevation: 5,650 m)</w:t>
      </w:r>
    </w:p>
    <w:p>
      <w:pPr>
        <w:widowControl/>
      </w:pPr>
      <w:r>
        <w:t>Ending Point: Zutul-Puk Monastery (Elevation: 4,880 m)</w:t>
      </w:r>
    </w:p>
    <w:p>
      <w:pPr>
        <w:widowControl/>
      </w:pPr>
      <w:r>
        <w:t>Trekking Distance: Approx. 20 km (12.4 miles)</w:t>
      </w:r>
    </w:p>
    <w:p>
      <w:pPr>
        <w:widowControl/>
      </w:pPr>
      <w:r>
        <w:t>Trekking Duration: 10–11 hours</w:t>
      </w:r>
    </w:p>
    <w:p>
      <w:pPr>
        <w:widowControl/>
      </w:pPr>
      <w:r>
        <w:t>Difficulty Level: Challenging</w:t>
      </w:r>
    </w:p>
    <w:p>
      <w:pPr>
        <w:widowControl/>
      </w:pPr>
      <w:r>
        <w:t>Start your trekking early in this morning. Today marks the most challenging and spiritually significant day of your Mount Kailash Kora. The trail leads you on a strenuous ascent of more than 550 meters to the sacred Drolma-la Pass (5,650m) - the highest point of the entire circuit.</w:t>
      </w:r>
    </w:p>
    <w:p>
      <w:pPr>
        <w:widowControl/>
      </w:pPr>
      <w: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pPr>
        <w:widowControl/>
      </w:pPr>
      <w:r>
        <w:t>At the summit, you'll be greeted by a breathtaking sight - thousands of colorful prayer flags fluttering in the wind, blanketing the pass in a sea of sacred colors. Many pilgrims pause here to rest, pray, and add their own mani stones to the growing piles of devotion.</w:t>
      </w:r>
    </w:p>
    <w:p>
      <w:pPr>
        <w:widowControl/>
      </w:pPr>
      <w:r>
        <w:t>The descent that follows is steep and rocky, leading into the Lhachu Valley. Along the way lies the shimmering Gauri Kund, a glacial lake revered in Hinduism as the bathing place of Parvati, the consort of Lord Shiva. Its jade-like waters glisten serenely beneath the towering peaks.</w:t>
      </w:r>
    </w:p>
    <w:p>
      <w:pPr>
        <w:widowControl/>
      </w:pPr>
      <w:r>
        <w:t>After a short rest, continue your trek for another four hours along the riverbank until you reach Zutul-Puk Monastery (4,810m), known as the “Miracle Cave of Milarepa.” This sacred monastery, belonging to the Sakya sect, holds ancient murals, scriptures, and legends of the great yogi Milarepa.</w:t>
      </w:r>
    </w:p>
    <w:p>
      <w:pPr>
        <w:widowControl/>
      </w:pPr>
      <w:r>
        <w:t>Spend the evening resting at the guesthouse near Zutul-Puk. Have a good rest and prepare for the final leg of the Kora tomorrow.</w:t>
      </w:r>
    </w:p>
    <w:p>
      <w:pPr>
        <w:widowControl/>
      </w:pPr>
      <w:r>
        <w:t>Overview: Altitude: 4600m | Trekking Distance: 20km, 7-8 Hours’ Trekking</w:t>
      </w:r>
    </w:p>
    <w:p>
      <w:pPr>
        <w:widowControl/>
      </w:pPr>
      <w:r>
        <w:t>Attractions: 3 sites</w:t>
      </w:r>
    </w:p>
    <w:p>
      <w:pPr>
        <w:widowControl/>
      </w:pPr>
      <w:r>
        <w:t>Transport and activities: trekking</w:t>
      </w:r>
    </w:p>
    <w:p>
      <w:pPr>
        <w:widowControl/>
      </w:pPr>
      <w:r>
        <w:t>Accommodation: Comfortable</w:t>
      </w:r>
    </w:p>
    <w:p>
      <w:pPr>
        <w:keepNext/>
        <w:widowControl/>
        <w:spacing w:before="240"/>
      </w:pPr>
      <w:r>
        <w:t>Day 10 Zutul-Puk Monastery - Darchen Town (Trekking 6.6km + Sightseeing Bus 4km) - Drive to Zanda</w:t>
      </w:r>
    </w:p>
    <w:p>
      <w:pPr>
        <w:widowControl/>
      </w:pPr>
      <w:r>
        <w:t>Starting Point: Zutul-Puk Monastery (Elevation: 4,880 m)</w:t>
      </w:r>
    </w:p>
    <w:p>
      <w:pPr>
        <w:widowControl/>
      </w:pPr>
      <w:r>
        <w:t>Trekking End: Zongdui (Elevation: 4,680 m)</w:t>
      </w:r>
    </w:p>
    <w:p>
      <w:pPr>
        <w:widowControl/>
      </w:pPr>
      <w:r>
        <w:t>Final Destination: Darchen Town (Elevation: 4,675 m)</w:t>
      </w:r>
    </w:p>
    <w:p>
      <w:pPr>
        <w:widowControl/>
      </w:pPr>
      <w:r>
        <w:t>Total Distance: 10.6 km (approx. 6.6 miles)</w:t>
      </w:r>
    </w:p>
    <w:p>
      <w:pPr>
        <w:widowControl/>
      </w:pPr>
      <w:r>
        <w:t>Distance Breakdown: Trekking: Approx. 6.6 km (4.1 miles)Shuttle Ride: Approx. 4 km (2.5 miles)</w:t>
      </w:r>
    </w:p>
    <w:p>
      <w:pPr>
        <w:widowControl/>
      </w:pPr>
      <w:r>
        <w:t>Trekking Duration: 2-3 hours</w:t>
      </w:r>
    </w:p>
    <w:p>
      <w:pPr>
        <w:widowControl/>
      </w:pPr>
      <w:r>
        <w:t>Difficulty Level: Easy</w:t>
      </w:r>
    </w:p>
    <w:p>
      <w:pPr>
        <w:widowControl/>
      </w:pPr>
      <w:r>
        <w:t>Today marks the final leg of your Mount Kailash Kora - a day of completion and quiet reflection. After breakfast, you will leave Zutul-Puk Monastery, and begin a gentle descent as the altitude gradually lowers. The stark white of the high mountain snows slowly gives way to vibrant greens of grass and shrubs, signaling your return to the realm of life and movement.</w:t>
      </w:r>
    </w:p>
    <w:p>
      <w:pPr>
        <w:widowControl/>
      </w:pPr>
      <w:r>
        <w:t>Along the trail, you may spot small animals (like groundhogs) darting among the bushes, while countless mani stones - prayer-carved rocks stacked in colorful mounds - line your path like silent guardians, echoing the devotion of generations of pilgrims. The air feels lighter, and each step brings a sense of relief and fulfillment.</w:t>
      </w:r>
    </w:p>
    <w:p>
      <w:pPr>
        <w:widowControl/>
      </w:pPr>
      <w:r>
        <w:t>After walking the final 6.6 kilometers, you'll reach Zongdui, where your Mount Kailash circuit officially comes to an end. Here, you can board the eco-sightseeing bus that will take you back to Darchen Town.</w:t>
      </w:r>
    </w:p>
    <w:p>
      <w:pPr>
        <w:widowControl/>
      </w:pPr>
      <w:r>
        <w:t>By midday, you'll arrive in Darchen - tired yet deeply content - having completed one of the world's most sacred pilgrimages. Yes, you did it! Great job!</w:t>
      </w:r>
    </w:p>
    <w:p>
      <w:pPr>
        <w:widowControl/>
      </w:pPr>
      <w:r>
        <w:t>In the afternoon, your journey continues toward Zanda,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pPr>
        <w:widowControl/>
      </w:pPr>
      <w:r>
        <w:t>Upon arrival in Zanda County (altitude: 4500 meters), you'll find yourself surrounded by an otherworldly terrain carved by wind and water over centuries. This region is not only a geological wonder but also a cultural treasure, home to the legendary Guge Kingdom ruins and the ancient Tholing Monastery, both offering deep insight into Tibet's forgotten civilizations.</w:t>
      </w:r>
    </w:p>
    <w:p>
      <w:pPr>
        <w:widowControl/>
      </w:pPr>
      <w:r>
        <w:t>Stay overnight in Zanda.</w:t>
      </w:r>
    </w:p>
    <w:p>
      <w:pPr>
        <w:widowControl/>
      </w:pPr>
      <w:r>
        <w:t>Overview: Altitude: 4600m | Trekking Distance: 14km, about 3-4 hours’ Trekking</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11 Zanda - Guge Kingdom - Zanda Earth Forest - Tholing Monastery - Darchen | 280km, 5 Hours</w:t>
      </w:r>
    </w:p>
    <w:p>
      <w:pPr>
        <w:widowControl/>
      </w:pPr>
      <w:r>
        <w:t>Today, your group will first enjoy Zanda County, delving into both its ancient history and dramatic landscapes. Begin with a fascinating visit to the Ruins of the Guge Kingdom,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Red Palace, once a major religious center with temples and monks' quarters, and the White Palace,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pPr>
        <w:widowControl/>
      </w:pPr>
      <w:r>
        <w:t>Afterward, continue about 20 kilometers to the awe-inspiring Zanda Earth Forest,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pPr>
        <w:widowControl/>
      </w:pPr>
      <w:r>
        <w:t>The final stop for today is Tholing Monastery, which dates back to the 10th century. As one of the oldest Buddhist monasteries in Tibet, it played a vital role in the spread of Buddhism and the flourishing of art during the era of the Guge Kingdom. The name “Tholing” means “hovering in the sky forever,” and the monastery is renowned for its well-preserved ancient frescoes and cultural treasures. During your visit, you will explore the Main Hall, home to a large statue of Buddha Shakyamuni; the Assembly Hall, used for important ceremonies and featuring a statue of Guru Rinpoche; and the Scripture Hall, where monks gather to study and recite Buddhist teachings.</w:t>
      </w:r>
    </w:p>
    <w:p>
      <w:pPr>
        <w:widowControl/>
      </w:pPr>
      <w:r>
        <w:t>After the visit, be transferred back to Darchen for overnight accommodation.</w:t>
      </w:r>
    </w:p>
    <w:p>
      <w:pPr>
        <w:widowControl/>
      </w:pPr>
      <w:r>
        <w:t>Overview: Altitude: 4600m | Distance: 340km, about 5 hours’ drive</w:t>
      </w:r>
    </w:p>
    <w:p>
      <w:pPr>
        <w:widowControl/>
      </w:pPr>
      <w:r>
        <w:t>Attractions: 3 sites</w:t>
      </w:r>
    </w:p>
    <w:p>
      <w:pPr>
        <w:widowControl/>
      </w:pPr>
      <w:r>
        <w:t>Transport and activities: coach</w:t>
      </w:r>
    </w:p>
    <w:p>
      <w:pPr>
        <w:widowControl/>
      </w:pPr>
      <w:r>
        <w:t>Meals: Breakfast</w:t>
      </w:r>
    </w:p>
    <w:p>
      <w:pPr>
        <w:widowControl/>
      </w:pPr>
      <w:r>
        <w:t>Accommodation: Comfortable</w:t>
      </w:r>
    </w:p>
    <w:p>
      <w:pPr>
        <w:keepNext/>
        <w:widowControl/>
        <w:spacing w:before="240"/>
      </w:pPr>
      <w:r>
        <w:t>Day 12 Darchen - Saga/Zhongba | 380-500km, 7-8 Hours</w:t>
      </w:r>
    </w:p>
    <w:p>
      <w:pPr>
        <w:widowControl/>
      </w:pPr>
      <w:r>
        <w:t>After breakfast, your journey continues as you travel from Darchen back toward Zhongba or Saga Town along the G219 National Highway.</w:t>
      </w:r>
    </w:p>
    <w:p>
      <w:pPr>
        <w:widowControl/>
      </w:pPr>
      <w:r>
        <w:t>Saga is located in the northwestern part of Shigatse Prefecture. The G219 Highway runs through the entire region - connecting eastward to Shigatse and Lhasa, westward to Ali and Burang, and southward toward Gyirong County and Nepal. Situated between the northern foothills of the Himalayas and the southern edge of the Gangdise Mountains, Saga lies along the upper reaches of the Yarlung Tsangpo River. The region offers expansive plateau scenery, including sacred mountains, holy lakes, vast grasslands, and herds of yaks. With an average elevation of over 4,600 meters, it features a typical high-altitude continental climate: cold, dry, with strong sunlight, thin air, long winters, and short summers.</w:t>
      </w:r>
    </w:p>
    <w:p>
      <w:pPr>
        <w:widowControl/>
      </w:pPr>
      <w:r>
        <w:t>Warm Tip:</w:t>
      </w:r>
    </w:p>
    <w:p>
      <w:pPr>
        <w:widowControl/>
      </w:pPr>
      <w:r>
        <w:t>Due to limited accommodation options for international travelers, tonight's stay may be arranged in either Saga or Zhongba.</w:t>
      </w:r>
    </w:p>
    <w:p>
      <w:pPr>
        <w:widowControl/>
      </w:pPr>
      <w:r>
        <w:t>Overview: Altitude: 4600m | Distance: 500km, about 8 hours’ drive</w:t>
      </w:r>
    </w:p>
    <w:p>
      <w:pPr>
        <w:widowControl/>
      </w:pPr>
      <w:r>
        <w:t>Attractions: scenery on the way</w:t>
      </w:r>
    </w:p>
    <w:p>
      <w:pPr>
        <w:widowControl/>
      </w:pPr>
      <w:r>
        <w:t>Transport and activities: coach</w:t>
      </w:r>
    </w:p>
    <w:p>
      <w:pPr>
        <w:widowControl/>
      </w:pPr>
      <w:r>
        <w:t>Meals: Breakfast</w:t>
      </w:r>
    </w:p>
    <w:p>
      <w:pPr>
        <w:widowControl/>
      </w:pPr>
      <w:r>
        <w:t>Accommodation: Comfortable</w:t>
      </w:r>
    </w:p>
    <w:p>
      <w:pPr>
        <w:keepNext/>
        <w:widowControl/>
        <w:spacing w:before="240"/>
      </w:pPr>
      <w:r>
        <w:t>Day 13 Saga/Zhongba - Gyirong Valley - Gyirong Town | 200-250km, 4-5 Hours</w:t>
      </w:r>
    </w:p>
    <w:p>
      <w:pPr>
        <w:widowControl/>
      </w:pPr>
      <w:r>
        <w:t>After breakfast, your group will depart from Saga and continue toward the China–Nepal border.</w:t>
      </w:r>
    </w:p>
    <w:p>
      <w:pPr>
        <w:widowControl/>
      </w:pPr>
      <w:r>
        <w:t>Along the way, you will pass through Gyirong's beautiful “back garden”, a region influenced by Nepali culture. Here, you'll find charming local villages, stunning border-area scenery, snow-capped mountains, lush forests, deep gorges, and cascading waterfalls. The whole group will drive together into Gyirong Valley, where you'll visit the gorge and its suspension bridge.</w:t>
      </w:r>
    </w:p>
    <w:p>
      <w:pPr>
        <w:widowControl/>
      </w:pPr>
      <w:r>
        <w:t>After the visit, you will exit China and enter Nepal will proceed directly to the Gyirong Border in the afternoon to complete border formalities and end your trip.</w:t>
      </w:r>
    </w:p>
    <w:p>
      <w:pPr>
        <w:widowControl/>
      </w:pPr>
      <w:r>
        <w:t>Thank you for choosing Asia Odyssey Travel for Tibet Group Tour. We hope to see you on your next journey!</w:t>
      </w:r>
    </w:p>
    <w:p>
      <w:pPr>
        <w:widowControl/>
      </w:pPr>
      <w:r>
        <w:t>Overview: Altitude: 4200m | Distance: 200km, about 4 hours’ drive</w:t>
      </w:r>
    </w:p>
    <w:p>
      <w:pPr>
        <w:widowControl/>
      </w:pPr>
      <w:r>
        <w:t>Attractions: scenery on the way</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Tibet Overland Group Tour: EBC, Kailash Kora &amp; Guge Ruins (Gyirong Border Exit)</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