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西藏陆路跟团13日游：珠峰大本营、冈仁波齐转山与古格王朝遗址（吉隆口岸出境）</w:t>
      </w:r>
    </w:p>
    <w:p>
      <w:pPr>
        <w:widowControl/>
      </w:pPr>
      <w:r>
        <w:t>线路编号：AOT-TGT-F2</w:t>
      </w:r>
    </w:p>
    <w:p>
      <w:pPr>
        <w:keepNext/>
        <w:widowControl/>
        <w:spacing w:before="240"/>
      </w:pPr>
      <w:r>
        <w:t>第1天 抵达拉萨（3650米）：接送服务与高原适应</w:t>
      </w:r>
    </w:p>
    <w:p>
      <w:pPr>
        <w:widowControl/>
      </w:pPr>
      <w:r>
        <w:t>扎西德勒！欢迎来到拉萨，西藏自治区的首府！抵达拉萨贡嘎国际机场或拉萨火车站后，我们热情的藏族导游将为您献上哈达（传统白色丝巾），并致以温暖的祝福。（提示：请提前告知我们您的交通方式和抵达时间。）</w:t>
      </w:r>
    </w:p>
    <w:p>
      <w:pPr>
        <w:widowControl/>
      </w:pPr>
      <w:r>
        <w:t>随后，导游和司机将送您前往拉萨市区的酒店。（提示：机场位于城市东南约60公里处，车程1-1.5小时。）</w:t>
      </w:r>
    </w:p>
    <w:p>
      <w:pPr>
        <w:widowControl/>
      </w:pPr>
      <w:r>
        <w:t>办理入住后，利用当天剩余时间放松休息，适应拉萨的高海拔（3650米）。在开始精彩的西藏之旅前，让身体逐步适应非常重要。</w:t>
      </w:r>
    </w:p>
    <w:p>
      <w:pPr>
        <w:widowControl/>
      </w:pPr>
      <w:r>
        <w:t>拉萨首日实用提醒</w:t>
      </w:r>
    </w:p>
    <w:p>
      <w:pPr>
        <w:widowControl/>
      </w:pPr>
      <w:r>
        <w:t>好好休息，保持平静。这是预防高原反应的最佳方式。</w:t>
      </w:r>
    </w:p>
    <w:p>
      <w:pPr>
        <w:widowControl/>
      </w:pPr>
      <w:r>
        <w:t>避免剧烈活动，第一晚最好不要洗澡，以防感冒。</w:t>
      </w:r>
    </w:p>
    <w:p>
      <w:pPr>
        <w:widowControl/>
      </w:pPr>
      <w:r>
        <w:t>不要饮酒。要多喝水、吃水果，避免油腻大餐。</w:t>
      </w:r>
    </w:p>
    <w:p>
      <w:pPr>
        <w:widowControl/>
      </w:pPr>
      <w:r>
        <w:t>如果您愿意，可以准备草药或氧气补充剂，如红景天、西洋参含片或高原安，以帮助适应。</w:t>
      </w:r>
    </w:p>
    <w:p>
      <w:pPr>
        <w:widowControl/>
      </w:pPr>
      <w:r>
        <w:t>始终遵循当地导游的建议。如果感到不适，请告知导游并及时就医。</w:t>
      </w:r>
    </w:p>
    <w:p>
      <w:pPr>
        <w:widowControl/>
      </w:pPr>
      <w:r>
        <w:t>概述：海拔：3650米；距离：60公里，约1.5小时车程</w:t>
      </w:r>
    </w:p>
    <w:p>
      <w:pPr>
        <w:widowControl/>
      </w:pPr>
      <w:r>
        <w:t>景点：好好休息以适应海拔</w:t>
      </w:r>
    </w:p>
    <w:p>
      <w:pPr>
        <w:widowControl/>
      </w:pPr>
      <w:r>
        <w:t>交通与活动：自行抵达拉萨；在拉萨期间提供接机/接站服务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拉萨城市游：拉萨传统手工艺艺术中心、色拉寺</w:t>
      </w:r>
    </w:p>
    <w:p>
      <w:pPr>
        <w:widowControl/>
      </w:pPr>
      <w:r>
        <w:t>今天，您将在拉萨传统手工艺艺术中心亲手体验当地文化，并前往色拉寺观看僧人辩经，进一步了解藏传佛教。</w:t>
      </w:r>
    </w:p>
    <w:p>
      <w:pPr>
        <w:widowControl/>
      </w:pPr>
      <w:r>
        <w:t>上午，在拉萨传统手工艺艺术中心感受传统西藏艺术。您将参与制作藏香、练习藏文书法，并了解传统木版印刷的工艺。</w:t>
      </w:r>
    </w:p>
    <w:p>
      <w:pPr>
        <w:widowControl/>
      </w:pPr>
      <w:r>
        <w:t>藏香通常在藏传佛教的宗教仪式和典礼中作为供品焚烧。其成分常包括杜松、檀香、雪松、肉桂、丁香和多种草药。</w:t>
      </w:r>
    </w:p>
    <w:p>
      <w:pPr>
        <w:widowControl/>
      </w:pPr>
      <w:r>
        <w:t>除了制作藏香，您还可以在本地老师的指导下尝试用藏文书写自己的名字，甚至亲自雕刻和印刷。手工制作的藏香和印刷文字，是您此次西藏文化体验的绝佳纪念品。</w:t>
      </w:r>
    </w:p>
    <w:p>
      <w:pPr>
        <w:widowControl/>
      </w:pPr>
      <w:r>
        <w:t>下午，乘车约7公里（20分钟）前往色拉寺，这是西藏格鲁派三大寺院之一。在这里，您可以近距离感受藏传佛教。</w:t>
      </w:r>
    </w:p>
    <w:p>
      <w:pPr>
        <w:widowControl/>
      </w:pPr>
      <w:r>
        <w:t>亮点是僧人辩经，每天约15:00至17:00举行（周日除外）。辩经是一种活跃的智力交流，由一位僧人站立提问，其他僧人坐着回答。站立僧人的手势，如击掌和跺脚，象征激发智慧，并非攻击行为。您还将有机会观看祈祷仪式、参观冥想堂，并了解寺院生活。</w:t>
      </w:r>
    </w:p>
    <w:p>
      <w:pPr>
        <w:widowControl/>
      </w:pPr>
      <w:r>
        <w:t>游览结束后，送您返回拉萨的酒店。</w:t>
      </w:r>
    </w:p>
    <w:p>
      <w:pPr>
        <w:widowControl/>
      </w:pPr>
      <w:r>
        <w:t>概述：海拔：3650米 | 距离：30公里，约50分钟车程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拉萨文化之旅：布达拉宫、大昭寺、八廓街与特色晚餐</w:t>
      </w:r>
    </w:p>
    <w:p>
      <w:pPr>
        <w:widowControl/>
      </w:pPr>
      <w:r>
        <w:t>今天，我们将游览拉萨，参观世界闻名的布达拉宫，这是一处世界遗产，也是50元人民币背面的图案。之后，前往大昭寺，这是一处世界文化遗产，以其辉煌的建筑、文化、艺术和历史而闻名。最后，您将与当地人一起漫步在著名的八廓街，了解藏族人的日常转经生活。</w:t>
      </w:r>
    </w:p>
    <w:p>
      <w:pPr>
        <w:widowControl/>
      </w:pPr>
      <w:r>
        <w:t>上午，首先参观布达拉宫。这是西藏最具标志性的地标，也是历代达赖喇嘛的冬宫（1649-1959年）。</w:t>
      </w:r>
    </w:p>
    <w:p>
      <w:pPr>
        <w:widowControl/>
      </w:pPr>
      <w:r>
        <w:t>从宫门攀登365级石阶到达红宫后，您将抵达世界上海拔最高的古代宫殿，它矗立在海拔3700米处，在此可以欣赏拉萨市的壮丽全景。</w:t>
      </w:r>
    </w:p>
    <w:p>
      <w:pPr>
        <w:widowControl/>
      </w:pPr>
      <w:r>
        <w:t>当您漫步于纪念历代达赖喇嘛的殿堂、佛堂和神圣的圣所时，会被错综复杂的壁画、精美的雕刻、耀眼的珠宝装饰以及空气中弥漫的浓厚宗教氛围所吸引。在布达拉宫内部，可以看到无数藏族朝圣者虔诚地叩拜和祈祷——对许多人来说，参观这座圣地是一生一次的旅程。</w:t>
      </w:r>
    </w:p>
    <w:p>
      <w:pPr>
        <w:widowControl/>
      </w:pPr>
      <w:r>
        <w:t>您的导游还将分享关于吐蕃第33代赞普松赞干布的故事，他最初在7世纪建造布达拉宫，以纪念他与唐朝文成公主的联姻。</w:t>
      </w:r>
    </w:p>
    <w:p>
      <w:pPr>
        <w:widowControl/>
      </w:pPr>
      <w:r>
        <w:t>布达拉宫参观提示：</w:t>
      </w:r>
    </w:p>
    <w:p>
      <w:pPr>
        <w:widowControl/>
      </w:pPr>
      <w:r>
        <w:t>所有游客必须作为导游团队的一部分进入，且宫内停留时间最多为1小时。</w:t>
      </w:r>
    </w:p>
    <w:p>
      <w:pPr>
        <w:widowControl/>
      </w:pPr>
      <w:r>
        <w:t>门票采用实名预约制。需要有效身份证或护照，且预约后7天内不允许重新预订。</w:t>
      </w:r>
    </w:p>
    <w:p>
      <w:pPr>
        <w:widowControl/>
      </w:pPr>
      <w:r>
        <w:t>入场时间由布达拉宫管理处随机分配，无法选择参观时间。</w:t>
      </w:r>
    </w:p>
    <w:p>
      <w:pPr>
        <w:widowControl/>
      </w:pPr>
      <w:r>
        <w:t>旺季期间，您的旅行团可能会被分成更小的子团，有不同的参观时间或导游。</w:t>
      </w:r>
    </w:p>
    <w:p>
      <w:pPr>
        <w:widowControl/>
      </w:pPr>
      <w:r>
        <w:t>宫内严禁拍照。</w:t>
      </w:r>
    </w:p>
    <w:p>
      <w:pPr>
        <w:widowControl/>
      </w:pPr>
      <w:r>
        <w:t>接下来，您的团队将参观大昭寺，这是拉萨的精神中心，拥有1300多年的历史。从远处，您将看到无数虔诚的朝圣者在寺庙前叩拜。停下来片刻，见证这感人的景象和藏传佛教徒坚定不移的信仰。这将是一个触动您灵魂的时刻。</w:t>
      </w:r>
    </w:p>
    <w:p>
      <w:pPr>
        <w:widowControl/>
      </w:pPr>
      <w:r>
        <w:t>据传说，大昭寺由松赞干布为他的两位新娘——中国的文成公主和尼泊尔的尺尊公主而建。大昭寺的名字意为“佛之屋”，寺内供奉着一尊12岁释迦牟尼等身像，这是佛教世界中最神圣的宝物之一。这使得大昭寺成为西藏最神圣的朝圣地。</w:t>
      </w:r>
    </w:p>
    <w:p>
      <w:pPr>
        <w:widowControl/>
      </w:pPr>
      <w:r>
        <w:t>花时间探索寺庙错综复杂的建筑——欣赏色彩斑斓的壁画、华丽的装饰和精美的雕刻，这些展示了藏族工艺的精髓。从二楼，您可以欣赏下方熙熙攘攘的八廓街全景。</w:t>
      </w:r>
    </w:p>
    <w:p>
      <w:pPr>
        <w:widowControl/>
      </w:pPr>
      <w:r>
        <w:t>大昭寺参观提示：</w:t>
      </w:r>
    </w:p>
    <w:p>
      <w:pPr>
        <w:widowControl/>
      </w:pPr>
      <w:r>
        <w:t>参观时间：约1小时。</w:t>
      </w:r>
    </w:p>
    <w:p>
      <w:pPr>
        <w:widowControl/>
      </w:pPr>
      <w:r>
        <w:t>入场需通过“大昭寺预约”微信在7:00至23:59之间实名预约次日门票。预约名额有限，请提前在导游协助下预订。</w:t>
      </w:r>
    </w:p>
    <w:p>
      <w:pPr>
        <w:widowControl/>
      </w:pPr>
      <w:r>
        <w:t>大昭寺是一个活跃的宗教场所。在重要宗教仪式或特殊活动期间，可能会限制进入——感谢您的理解。</w:t>
      </w:r>
    </w:p>
    <w:p>
      <w:pPr>
        <w:widowControl/>
      </w:pPr>
      <w:r>
        <w:t>参观结束后，走到外面的八廓街，这里曾经是环绕寺庙的传统转经道。如今，它是一个热闹的地方，弥漫着香火的气味和朝圣者诵经的声音。您可以在茶馆里品尝酥油茶，穿上藏族服饰拍照，或购买来自西藏、尼泊尔和印度的独特手工艺品和纪念品。</w:t>
      </w:r>
    </w:p>
    <w:p>
      <w:pPr>
        <w:widowControl/>
      </w:pPr>
      <w:r>
        <w:t>AOT特别安排的餐食：</w:t>
      </w:r>
    </w:p>
    <w:p>
      <w:pPr>
        <w:widowControl/>
      </w:pPr>
      <w:r>
        <w:t>晚上，享用由AOT团队特别安排的团体晚餐，包括美味的藏餐或尼泊尔餐。</w:t>
      </w:r>
    </w:p>
    <w:p>
      <w:pPr>
        <w:widowControl/>
      </w:pPr>
      <w:r>
        <w:t>游览结束后，送您返回拉萨的酒店。</w:t>
      </w:r>
    </w:p>
    <w:p>
      <w:pPr>
        <w:widowControl/>
      </w:pPr>
      <w:r>
        <w:t>概述：海拔：3650米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用餐：早餐、晚餐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拉萨至日喀则：羊卓雍措、卡若拉冰川（370公里，7小时），含羊卓雍措特色餐</w:t>
      </w:r>
    </w:p>
    <w:p>
      <w:pPr>
        <w:widowControl/>
      </w:pPr>
      <w:r>
        <w:t>今天，您将从拉萨出发，驱车前往西藏第二大城市日喀则，沿途风景优美。全程约370公里，行车7小时，途中会停留欣赏西藏最壮观的两大自然景观——羊卓雍措和卡若拉冰川。</w:t>
      </w:r>
    </w:p>
    <w:p>
      <w:pPr>
        <w:widowControl/>
      </w:pPr>
      <w:r>
        <w:t>上午，经过约2-3小时车程（110公里）后，当您接近甘巴拉山口（海拔4797米）时，请准备好相机。在这里，您将饱览羊卓雍措的绝美全景，犹如一条碧绿的丝带在雪山间闪耀。羊卓雍措是西藏四大圣湖之一（与拉姆拉措、玛旁雍措和纳木措齐名），被认为拥有精神力量——帮助藏民寻找达赖喇嘛的转世灵童。您还会看到当地人提供与藏獒、牦牛或装饰着传统饰物的山羊合影的机会。</w:t>
      </w:r>
    </w:p>
    <w:p>
      <w:pPr>
        <w:widowControl/>
      </w:pPr>
      <w:r>
        <w:t>亚洲奥德赛旅游特别安排在羊卓雍措的用餐：</w:t>
      </w:r>
    </w:p>
    <w:p>
      <w:pPr>
        <w:widowControl/>
      </w:pPr>
      <w:r>
        <w:t>在羊卓雍措稍作休息，享用亚洲奥德赛旅游安排的特制火锅。新鲜的菜肴，绝美的湖景，让您彻底放松。用餐前后还有时间拍摄美丽的照片。</w:t>
      </w:r>
    </w:p>
    <w:p>
      <w:pPr>
        <w:widowControl/>
      </w:pPr>
      <w:r>
        <w:t>下午，继续驱车约1.5小时（87公里），抵达令人惊叹的卡若拉冰川（海拔5012米）——西藏三大大陆型冰川之一，也是电影《红河谷》的拍摄地。冰川背靠乃钦康桑峰（海拔7191米），宛如凝固的瀑布在公路旁闪耀。您可以在车内欣赏美景，或轻松步行至冰川脚下。在公路对面，欣赏雄伟的卡鲁雪山——这是这片高山仙境中的另一个亮点。</w:t>
      </w:r>
    </w:p>
    <w:p>
      <w:pPr>
        <w:widowControl/>
      </w:pPr>
      <w:r>
        <w:t>参观卡若拉冰川的提示：</w:t>
      </w:r>
    </w:p>
    <w:p>
      <w:pPr>
        <w:widowControl/>
      </w:pPr>
      <w:r>
        <w:t>这里海拔约5012米，请缓慢行动，避免过度劳累。</w:t>
      </w:r>
    </w:p>
    <w:p>
      <w:pPr>
        <w:widowControl/>
      </w:pPr>
      <w:r>
        <w:t>公共厕所非常简陋——请做好准备。</w:t>
      </w:r>
    </w:p>
    <w:p>
      <w:pPr>
        <w:widowControl/>
      </w:pPr>
      <w:r>
        <w:t>一些当地人可能会对与他们或他们的动物拍照收取少量费用——拍照前请务必确认。</w:t>
      </w:r>
    </w:p>
    <w:p>
      <w:pPr>
        <w:widowControl/>
      </w:pPr>
      <w:r>
        <w:t>之后，从江孜县出发，沿着宽阔的年楚河谷行驶，途经风景如画的藏族村庄、广阔的青稞田和金色的油菜花田（夏季）。抵达日喀则（海拔3845米）后，入住酒店，好好休息。</w:t>
      </w:r>
    </w:p>
    <w:p>
      <w:pPr>
        <w:widowControl/>
      </w:pPr>
      <w:r>
        <w:t>温馨提示：</w:t>
      </w:r>
    </w:p>
    <w:p>
      <w:pPr>
        <w:widowControl/>
      </w:pPr>
      <w:r>
        <w:t>对于外国和台湾旅客，需要在日喀则出入境管理办公室进行登记。您的导游将协助办理，并可能相应调整行程——请遵循他们的指示并予以配合。</w:t>
      </w:r>
    </w:p>
    <w:p>
      <w:pPr>
        <w:widowControl/>
      </w:pPr>
      <w:r>
        <w:t>概述：海拔：3850米 | 距离：380公里，约7小时车程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第5天 日喀则至珠穆朗玛峰：加乌拉山口、绒布寺、珠峰大本营</w:t>
      </w:r>
    </w:p>
    <w:p>
      <w:pPr>
        <w:widowControl/>
      </w:pPr>
      <w:r>
        <w:t>今天，您的整个团队将从日喀则驱车前往珠穆朗玛峰（Qomolangma），即地球最高峰。沿途随着向喜马拉雅山脉攀升，欣赏壮丽的地貌变化。</w:t>
      </w:r>
    </w:p>
    <w:p>
      <w:pPr>
        <w:widowControl/>
      </w:pPr>
      <w:r>
        <w:t>加乌拉山口——珠峰观景台</w:t>
      </w:r>
    </w:p>
    <w:p>
      <w:pPr>
        <w:widowControl/>
      </w:pPr>
      <w:r>
        <w:t>沿着珠峰路上著名的108道拐，抵达加乌拉山口（5210米），也被称为珠峰观景台。在晴朗的日子里，这是地球上为数不多的地方之一，您可以看到五座海拔8000米以上的世界最高峰在您面前一字排开——珠穆朗玛峰、洛子峰、马卡鲁峰、卓奥友峰和希夏邦马峰。全景令人惊叹，雄伟的雪峰在地平线上无尽延伸。</w:t>
      </w:r>
    </w:p>
    <w:p>
      <w:pPr>
        <w:widowControl/>
      </w:pPr>
      <w:r>
        <w:t>绒布寺——世界最高寺庙</w:t>
      </w:r>
    </w:p>
    <w:p>
      <w:pPr>
        <w:widowControl/>
      </w:pPr>
      <w:r>
        <w:t>继续前往绒布寺（5154米），它坐落在绒布冰川脚下。这是世界上海拔最高的寺庙，属于藏传佛教宁玛派，僧尼共住。寺庙分为新旧两部分——旧部分保存着据信为莲花生大师使用过的修行洞，新部分则提供了珠穆朗玛峰北坡的壮观景色。入口处的白色佛塔和玛尼石堆是标志性的拍照构图——宁静、神圣而永恒。</w:t>
      </w:r>
    </w:p>
    <w:p>
      <w:pPr>
        <w:widowControl/>
      </w:pPr>
      <w:r>
        <w:t>珠峰大本营——触摸世界之巅</w:t>
      </w:r>
    </w:p>
    <w:p>
      <w:pPr>
        <w:widowControl/>
      </w:pPr>
      <w:r>
        <w:t>珠穆朗玛峰海拔8848米，横跨中国和尼泊尔边境，位于喜马拉雅山脉中段。无尽的冰川、悬冰崖和白雪覆盖的山脊构成了罕见的美景和壮丽。</w:t>
      </w:r>
    </w:p>
    <w:p>
      <w:pPr>
        <w:widowControl/>
      </w:pPr>
      <w:r>
        <w:t>然后，前往珠峰大本营（EBC，5200米）——普通旅行者能够到达的离世界最高峰最近的地点。大本营周围环绕着帐篷旅舍，与珠穆朗玛峰顶的直线距离仅19公里。在这里，您可以真正感受到这座山的威严——高耸、强大、令人敬畏。许多游客将此次经历描述为一生一次，珠峰的绝对存在留下了难忘的印象。</w:t>
      </w:r>
    </w:p>
    <w:p>
      <w:pPr>
        <w:widowControl/>
      </w:pPr>
      <w:r>
        <w:t>参观珠峰大本营的温馨提示：</w:t>
      </w:r>
    </w:p>
    <w:p>
      <w:pPr>
        <w:widowControl/>
      </w:pPr>
      <w:r>
        <w:t>从珠峰镇（距珠峰大本营50公里）出发，游客必须换乘环保穿梭巴士前往大本营的最后一段路程，并于次日以同样方式返回。您的主要司机和车辆将不会陪同您——请随身携带所有必需品。</w:t>
      </w:r>
    </w:p>
    <w:p>
      <w:pPr>
        <w:widowControl/>
      </w:pPr>
      <w:r>
        <w:t>珠峰大本营的住宿为帐篷营地（2025年重建），设施有所改善，现在提供双人间和简单的用餐帐篷。然而，设施仍然基本，配有共用浴室。由于海拔高，物资有限，请予以理解。</w:t>
      </w:r>
    </w:p>
    <w:p>
      <w:pPr>
        <w:widowControl/>
      </w:pPr>
      <w:r>
        <w:t>冬季，如果帐篷营地因天气关闭，团队将入住珠峰镇（或称扎西宗镇）的客栈（带私人浴室）。</w:t>
      </w:r>
    </w:p>
    <w:p>
      <w:pPr>
        <w:widowControl/>
      </w:pPr>
      <w:r>
        <w:t>海拔和温度可能极端——即使在夏季，夜间温度也可能降至08°C。请穿着保暖，或在需要时在大本营租用羽绒服。</w:t>
      </w:r>
    </w:p>
    <w:p>
      <w:pPr>
        <w:widowControl/>
      </w:pPr>
      <w:r>
        <w:t>概述：海拔：5100米 | 距离：340公里，约7小时车程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住宿：珠峰大本营</w:t>
      </w:r>
    </w:p>
    <w:p>
      <w:pPr>
        <w:keepNext/>
        <w:widowControl/>
        <w:spacing w:before="240"/>
      </w:pPr>
      <w:r>
        <w:t>第6天 珠峰大本营—希夏邦马峰—佩枯错湖 → 萨嘎/仲巴</w:t>
      </w:r>
    </w:p>
    <w:p>
      <w:pPr>
        <w:widowControl/>
      </w:pPr>
      <w:r>
        <w:t>在珠峰大本营清新的晨风中醒来，静静感受珠穆朗玛峰和周围喜马拉雅山脉的壮丽。如果愿意，可以以轻柔的瑜伽或冥想开始新的一天，让身心焕然一新，或者在营地周围悠闲漫步，近距离观赏这片非凡的景色。</w:t>
      </w:r>
    </w:p>
    <w:p>
      <w:pPr>
        <w:widowControl/>
      </w:pPr>
      <w:r>
        <w:t>小贴士：如果天气允许，您可能看到日照金山的日出——地球上最令人叹为观止的景象之一。最佳观赏季节是春季（4月至5月）和秋季（9月至11月），此时天空通常晴朗。您需要早起，短途徒步前往观景点，在那里第一缕阳光将雪峰照亮成金色的光芒。</w:t>
      </w:r>
    </w:p>
    <w:p>
      <w:pPr>
        <w:widowControl/>
      </w:pPr>
      <w:r>
        <w:t>告别珠穆朗玛峰后，您的团队将离开珠峰大本营，继续前往萨嘎（或仲巴）过夜。</w:t>
      </w:r>
    </w:p>
    <w:p>
      <w:pPr>
        <w:widowControl/>
      </w:pPr>
      <w:r>
        <w:t>沿途，您将有机会欣赏雄伟壮观的希夏邦马峰，它位于珠峰约120公里处，靠近尼泊尔与西藏边境。希夏邦马峰海拔8027米，是世界第14高峰，也是唯一一座完全位于西藏境内的8000米级山峰。其高耸的山脊、巨大的冰川以及周围郁郁葱葱的山谷和草原构成了真正壮观的景色。</w:t>
      </w:r>
    </w:p>
    <w:p>
      <w:pPr>
        <w:widowControl/>
      </w:pPr>
      <w:r>
        <w:t>路线继续穿越荒凉的定古塘平原，广阔的沙丘与南面希夏邦马峰和朗唐峰的雪顶形成鲜明对比。当您离开朋曲盆地时，将下坡前往美丽的绿松石色佩枯错湖（海拔4590米），这是日喀则最大的湖泊。佩枯错湖被视为圣湖，在神圣的希夏邦马峰脚下如翡翠般闪烁，彼此映衬，美不胜收。</w:t>
      </w:r>
    </w:p>
    <w:p>
      <w:pPr>
        <w:widowControl/>
      </w:pPr>
      <w:r>
        <w:t>旅行贴士：</w:t>
      </w:r>
    </w:p>
    <w:p>
      <w:pPr>
        <w:widowControl/>
      </w:pPr>
      <w:r>
        <w:t>由于该偏远地区住宿选择有限，今晚的住宿可能安排在萨嘎或仲巴。</w:t>
      </w:r>
    </w:p>
    <w:p>
      <w:pPr>
        <w:widowControl/>
      </w:pPr>
      <w:r>
        <w:t>概述：海拔：4600米 | 距离：320公里，约7小时车程</w:t>
      </w:r>
    </w:p>
    <w:p>
      <w:pPr>
        <w:widowControl/>
      </w:pPr>
      <w:r>
        <w:t>景点：2个景点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萨嘎/仲巴—帕羊—玛旁雍措—冈仁波齐—塔尔钦</w:t>
      </w:r>
    </w:p>
    <w:p>
      <w:pPr>
        <w:widowControl/>
      </w:pPr>
      <w:r>
        <w:t>早餐后，团队继续沿风景秀丽的G219国道前行。沿途风光令人流连。您将经过马泉河湿地，随后抵达仲巴县帕羊镇。帕羊镇充满西部高原风情，是世界上海拔最高的城镇之一，海拔约4600米。</w:t>
      </w:r>
    </w:p>
    <w:p>
      <w:pPr>
        <w:widowControl/>
      </w:pPr>
      <w:r>
        <w:t>再往前，您将见到圣湖玛旁雍措（海拔4588米）。湖水清澈见底，倒映着冈仁波齐和纳木那尼峰的轮廓。玛旁雍措被藏传佛教、苯教和印度教尊奉为“永恒不败的碧玉湖”。</w:t>
      </w:r>
    </w:p>
    <w:p>
      <w:pPr>
        <w:widowControl/>
      </w:pPr>
      <w:r>
        <w:t>继续前行，您将逐渐进入神山冈仁波齐的怀抱。冈仁波齐是冈底斯山脉的主峰，海拔6638米。它被广泛认为是世界上最神圣的山峰之一，印度教、藏传佛教、苯教和古耆那教都将其视为宇宙的精神中心。虽然它不是该地区最高的山峰，但却是唯一一座峰顶终年积雪的山峰，在阳光下闪耀着神秘的光芒。其独特的金字塔形状使其在周围群山中格外醒目，令人肃然起敬。冈仁波齐与纳木那尼峰遥遥相对，相距约100公里，两座圣峰两侧分别是圣湖玛旁雍措和拉昂措。</w:t>
      </w:r>
    </w:p>
    <w:p>
      <w:pPr>
        <w:widowControl/>
      </w:pPr>
      <w:r>
        <w:t>下午抵达塔尔钦（海拔4670米），这里是冈仁波齐转山的起点。入住酒店，好好休息，为明天的精神之旅做准备。</w:t>
      </w:r>
    </w:p>
    <w:p>
      <w:pPr>
        <w:widowControl/>
      </w:pPr>
      <w:r>
        <w:t>概述：海拔：4600米 | 距离：500公里，约8小时车程</w:t>
      </w:r>
    </w:p>
    <w:p>
      <w:pPr>
        <w:widowControl/>
      </w:pPr>
      <w:r>
        <w:t>景点：2个景点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第8天 冈仁波齐转山第一天：达尔钦至塔波切至止热寺（6公里观光车加14公里徒步，7-8小时）</w:t>
      </w:r>
    </w:p>
    <w:p>
      <w:pPr>
        <w:widowControl/>
      </w:pPr>
      <w:r>
        <w:t>起点：达尔钦镇（海拔4,675米）</w:t>
        <w:br/>
        <w:t>终点：止热寺（海拔5,100米）</w:t>
        <w:br/>
        <w:t>总距离：约20公里（12.4英里）</w:t>
        <w:br/>
        <w:t>距离明细：观光车程：约6公里至经幡广场（塔波切）</w:t>
        <w:br/>
        <w:t>徒步距离：约14公里（8.7英里）</w:t>
        <w:br/>
        <w:t>徒步时长：约7-8小时</w:t>
        <w:br/>
        <w:t>难度等级：有挑战性（因海拔较高）</w:t>
      </w:r>
    </w:p>
    <w:p>
      <w:pPr>
        <w:widowControl/>
      </w:pPr>
      <w:r>
        <w:t>冈仁波齐峰海拔6,638米，高耸于西藏西部的景观之中。这座圣山被藏传佛教、印度教、苯教和耆那教四大宗教尊崇，被认为是世界的灵性中心。在藏传佛教中，它被认为是胜乐金刚的居所，象征着至高无上的极乐。每年，无数朝圣者历经艰辛来到这里，围绕圣山进行52公里的转山（绕行），这是一种深具灵性的行为，被认为能净化罪孽并带来觉悟。</w:t>
      </w:r>
    </w:p>
    <w:p>
      <w:pPr>
        <w:widowControl/>
      </w:pPr>
      <w:r>
        <w:t>第一天徒步：达尔钦至塔波切至止热寺</w:t>
      </w:r>
    </w:p>
    <w:p>
      <w:pPr>
        <w:widowControl/>
      </w:pPr>
      <w:r>
        <w:t>今天上午，您的团队将从达尔钦镇乘坐短途观光车前往塔波切（经幡广场，距镇6公里）。这是转山的正式起点，也是西藏最神圣的仪式场所之一。每年萨嘎达瓦节（藏历四月）期间，数百名朝圣者聚集于此，竖起装饰着经幡的高大旗杆，庆祝释迦牟尼佛的诞生、成道和涅槃。</w:t>
      </w:r>
    </w:p>
    <w:p>
      <w:pPr>
        <w:widowControl/>
      </w:pPr>
      <w:r>
        <w:t>现在，开始您第一天的徒步，沿着拉曲河谷向西行进。沿途有蓝天、雪峰和点缀着刻有神圣咒语的玛尼石的山坡。途中，您会看到藏族朝圣者磕着长头缓慢绕山而行，这是信仰与虔诚的动人见证。这段路程对体力要求较高，但精神上收获颇丰，可欣赏到冈仁波齐峰西面和北面的壮丽景色。</w:t>
      </w:r>
    </w:p>
    <w:p>
      <w:pPr>
        <w:widowControl/>
      </w:pPr>
      <w:r>
        <w:t>随着您深入山谷，冈仁波齐峰的北面逐渐展现出全貌，这一令人敬畏的景象在地球上鲜有地方能与之媲美。徒步约14公里后，您将抵达当天的目的地止热寺。这座寺庙属于藏传佛教宁玛派，正对冈仁波齐峰北面，提供无与伦比的圣山景观。</w:t>
      </w:r>
    </w:p>
    <w:p>
      <w:pPr>
        <w:widowControl/>
      </w:pPr>
      <w:r>
        <w:t>您将夜宿止热寺附近的当地客栈。</w:t>
      </w:r>
    </w:p>
    <w:p>
      <w:pPr>
        <w:widowControl/>
      </w:pPr>
      <w:r>
        <w:t>旅行注意事项：</w:t>
      </w:r>
    </w:p>
    <w:p>
      <w:pPr>
        <w:widowControl/>
      </w:pPr>
      <w:r>
        <w:t>冈仁波齐峰周边的当地藏民提供可选服务，如骑马或骑牦牛，以及用牦牛或背夫运送行李（不包含在旅游价格中）。</w:t>
      </w:r>
    </w:p>
    <w:p>
      <w:pPr>
        <w:widowControl/>
      </w:pPr>
      <w:r>
        <w:t>转山期间，住宿非常基本，通常住在止热寺和尊最普寺的共享客栈或帐篷中，设施有限（多人间、公用卫生间，每位旅客一张床）。</w:t>
      </w:r>
    </w:p>
    <w:p>
      <w:pPr>
        <w:widowControl/>
      </w:pPr>
      <w:r>
        <w:t>概述：海拔：4600米 | 徒步距离：22公里，约6小时</w:t>
      </w:r>
    </w:p>
    <w:p>
      <w:pPr>
        <w:widowControl/>
      </w:pPr>
      <w:r>
        <w:t>景点：沿途4-6个景点</w:t>
      </w:r>
    </w:p>
    <w:p>
      <w:pPr>
        <w:widowControl/>
      </w:pPr>
      <w:r>
        <w:t>交通与活动：徒步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第9天 冈仁波齐转山第二天：哲热普寺 - 卓玛拉山口 - 尊最普寺（徒步20公里，10-11小时）</w:t>
      </w:r>
    </w:p>
    <w:p>
      <w:pPr>
        <w:widowControl/>
      </w:pPr>
      <w:r>
        <w:t>起点：哲热普寺 / 冈加（海拔：5,100米）</w:t>
        <w:br/>
        <w:t>最高点：卓玛拉山口（海拔：5,650米）</w:t>
        <w:br/>
        <w:t>终点：尊最普寺（海拔：4,880米）</w:t>
        <w:br/>
        <w:t>徒步距离：约20公里（12.4英里）</w:t>
        <w:br/>
        <w:t>徒步时长：10–11小时</w:t>
        <w:br/>
        <w:t>难度等级：具有挑战性</w:t>
      </w:r>
    </w:p>
    <w:p>
      <w:pPr>
        <w:widowControl/>
      </w:pPr>
      <w:r>
        <w:t>今天清晨尽早开始徒步。今天是冈仁波齐转山中最具挑战性、也是最重要的宗教意义的一天。小径引领您艰苦爬升超过550米，抵达神圣的卓玛拉山口（5,650米）——整个转山路线的最高点。</w:t>
      </w:r>
    </w:p>
    <w:p>
      <w:pPr>
        <w:widowControl/>
      </w:pPr>
      <w:r>
        <w:t>这段艰难的路段考验着身体与精神。根据藏传佛教信仰，成功穿越卓玛拉山口象征着洗涤一生的罪孽。尽管空气稀薄、地形崎岖，朝圣者仍将这一刻视为一次深刻的信仰与重生之举。</w:t>
      </w:r>
    </w:p>
    <w:p>
      <w:pPr>
        <w:widowControl/>
      </w:pPr>
      <w:r>
        <w:t>在山口顶端，您将看到令人叹为观止的景象——成千上万条彩色经幡在风中飘扬，将山口覆盖成一片神圣色彩的海洋。许多朝圣者在此驻足休息、祈祷，并将自己的玛尼石添加到不断增高的虔诚石堆中。</w:t>
      </w:r>
    </w:p>
    <w:p>
      <w:pPr>
        <w:widowControl/>
      </w:pPr>
      <w:r>
        <w:t>随后的下坡陡峭且多石，通往拉楚河谷。沿途有波光粼粼的 Gauri Kund，这座冰川湖在印度教中被尊为湿婆神配偶帕尔瓦蒂的沐浴之地。其玉石般的湖水在巍峨山峰下宁静闪烁。</w:t>
      </w:r>
    </w:p>
    <w:p>
      <w:pPr>
        <w:widowControl/>
      </w:pPr>
      <w:r>
        <w:t>短暂休息后，继续沿河岸徒步约四小时，直至抵达尊最普寺（4,810米），被称为“米拉日巴奇迹洞”。这座神圣的寺庙属于萨迦派，保存有古老的壁画、经文以及伟大的瑜伽士米拉日巴的传说。</w:t>
      </w:r>
    </w:p>
    <w:p>
      <w:pPr>
        <w:widowControl/>
      </w:pPr>
      <w:r>
        <w:t>夜晚在尊最普寺附近的客栈休息。好好休整，为明天转山的最后一段路程做好准备。</w:t>
      </w:r>
    </w:p>
    <w:p>
      <w:pPr>
        <w:widowControl/>
      </w:pPr>
      <w:r>
        <w:t>概述：海拔：4600米 | 徒步距离：20公里，7-8小时徒步</w:t>
      </w:r>
    </w:p>
    <w:p>
      <w:pPr>
        <w:widowControl/>
      </w:pPr>
      <w:r>
        <w:t>景点：3个景点</w:t>
      </w:r>
    </w:p>
    <w:p>
      <w:pPr>
        <w:widowControl/>
      </w:pPr>
      <w:r>
        <w:t>交通与活动：徒步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第10天 祖楚普寺－塔尔钦镇（徒步6.6公里＋观光巴士4公里）－驱车前往札达</w:t>
      </w:r>
    </w:p>
    <w:p>
      <w:pPr>
        <w:widowControl/>
      </w:pPr>
      <w:r>
        <w:t>起点祖楚普寺（海拔：4,880米）徒步终点宗堆（海拔：4,680米）最终目的地塔尔钦镇（海拔：4,675米）总距离10.6公里（约6.6英里）距离明细徒步：约6.6公里（4.1英里）接驳车：约4公里（2.5英里）徒步时长2-3小时难度等级轻松</w:t>
      </w:r>
    </w:p>
    <w:p>
      <w:pPr>
        <w:widowControl/>
      </w:pPr>
      <w:r>
        <w:t>今天是冈仁波齐转山的最后一段，也是完成转山、静心回味的一天。早餐后，您将离开祖楚普寺，随着海拔逐渐降低，开始一段平缓的下坡。高山雪地的苍白色渐渐让位于生机勃勃的绿色草地和灌木，标志着您重返有生命、有活力的地带。</w:t>
      </w:r>
    </w:p>
    <w:p>
      <w:pPr>
        <w:widowControl/>
      </w:pPr>
      <w:r>
        <w:t>沿途，您可能会看到小动物（如旱獭）在灌木丛中穿梭，而无数玛尼石——刻有经文的石头堆成色彩斑斓的石堆——像沉默的守护者排列在路旁，回响着世代朝圣者的虔诚。空气感觉更轻盈，每一步都带来解脱与满足感。</w:t>
      </w:r>
    </w:p>
    <w:p>
      <w:pPr>
        <w:widowControl/>
      </w:pPr>
      <w:r>
        <w:t>走完最后6.6公里后，您将抵达宗堆，冈仁波齐转山之旅在此正式结束。在这里，您可以乘坐环保观光巴士返回塔尔钦镇。</w:t>
      </w:r>
    </w:p>
    <w:p>
      <w:pPr>
        <w:widowControl/>
      </w:pPr>
      <w:r>
        <w:t>中午时分，您将抵达塔尔钦——疲惫却深感满足——完成了世界上最神圣的朝圣之一。是的，你做到了！干得漂亮！</w:t>
      </w:r>
    </w:p>
    <w:p>
      <w:pPr>
        <w:widowControl/>
      </w:pPr>
      <w:r>
        <w:t>下午，您的旅程继续前往札达，位于阿里地区腹地。230公里，约4.5小时。当您离开塔尔钦，崎岖的地貌展开成一幅迷人的全景：侵蚀的峡谷、荒芜的悬崖和河谷——这是西藏偏远西部边疆一幅荒凉却引人入胜的肖像。</w:t>
      </w:r>
    </w:p>
    <w:p>
      <w:pPr>
        <w:widowControl/>
      </w:pPr>
      <w:r>
        <w:t>抵达札达县（海拔：4500米）后，您会发现自己被风和水历经数世纪雕琢出的超凡脱俗的地形所环绕。这个地区不仅是地质奇观，也是文化宝藏，拥有传奇的古格王国遗址和古老的托林寺，两者都让您深入了解西藏被遗忘的文明。</w:t>
      </w:r>
    </w:p>
    <w:p>
      <w:pPr>
        <w:widowControl/>
      </w:pPr>
      <w:r>
        <w:t>夜宿札达。</w:t>
      </w:r>
    </w:p>
    <w:p>
      <w:pPr>
        <w:widowControl/>
      </w:pPr>
      <w:r>
        <w:t>概述：海拔：4600米｜徒步距离：14公里，约3-4小时徒步</w:t>
      </w:r>
    </w:p>
    <w:p>
      <w:pPr>
        <w:widowControl/>
      </w:pPr>
      <w:r>
        <w:t>景点：2个景点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第11天 扎达—古格王国—扎达土林—托林寺—达钦 | 280公里，5小时</w:t>
      </w:r>
    </w:p>
    <w:p>
      <w:pPr>
        <w:widowControl/>
      </w:pPr>
      <w:r>
        <w:t>今天，您的团队将首先游览扎达县，了解其古老历史和壮丽景观。首先参观古格王国遗址，这是西藏最神秘的考古遗址之一。古格王国在10世纪至17世纪之间繁荣，曾是一个强大的王国，在佛教向西藏传播的过程中发挥了重要作用。遗址内有出色的壁画、雕塑和雕刻，生动地描绘了佛教教义、王室生活和历史事件。参观时，您将看到红宫，这里曾是重要的宗教中心，有寺庙和僧侣住所；还有白宫，这是古格国王的王室住所。墙壁上仍有精美的壁画和雕刻，体现了西藏、印度和中国建筑风格的融合。从遗址顶部，可以欣赏整个山谷的全景，让人想起王国昔日的辉煌。</w:t>
      </w:r>
    </w:p>
    <w:p>
      <w:pPr>
        <w:widowControl/>
      </w:pPr>
      <w:r>
        <w:t>之后，继续前行约20公里，前往令人惊叹的扎达土林，这是由几个世纪的风力和流水侵蚀形成的地质杰作。它沿象泉河绵延超过5公里，这片奇特的地貌像战士、奔腾的骏马和打坐的僧人。山脊上的光影交错，非常适合拍照。</w:t>
      </w:r>
    </w:p>
    <w:p>
      <w:pPr>
        <w:widowControl/>
      </w:pPr>
      <w:r>
        <w:t>今天的最后一站是托林寺，其历史可追溯到10世纪。作为西藏最古老的佛教寺院之一，它在古格王国时期佛教传播和艺术繁荣中发挥了重要作用。“托林”意为“永远悬在空中”，该寺以保存完好的古代壁画和文化珍宝而闻名。参观期间，您将参观主殿，那里有一尊大型释迦牟尼佛像；集会殿，用于重要仪式，并有一尊莲花生大师像；以及经堂，僧侣们在那里学习和诵读佛教经典。</w:t>
      </w:r>
    </w:p>
    <w:p>
      <w:pPr>
        <w:widowControl/>
      </w:pPr>
      <w:r>
        <w:t>参观结束后，乘车返回达钦过夜。</w:t>
      </w:r>
    </w:p>
    <w:p>
      <w:pPr>
        <w:widowControl/>
      </w:pPr>
      <w:r>
        <w:t>概述：海拔：4600米 | 距离：340公里，约5小时车程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第12天 塔尔钦至萨嘎或仲巴｜380-500公里，7-8小时</w:t>
      </w:r>
    </w:p>
    <w:p>
      <w:pPr>
        <w:widowControl/>
      </w:pPr>
      <w:r>
        <w:t>早餐后，您将沿着G219国道从塔尔钦返回仲巴或萨嘎镇，继续您的旅程。</w:t>
      </w:r>
    </w:p>
    <w:p>
      <w:pPr>
        <w:widowControl/>
      </w:pPr>
      <w:r>
        <w:t>萨嘎位于日喀则地区的西北部。G219国道贯穿整个区域——向东连接日喀则和拉萨，向西通往阿里和普兰，向南则通往吉隆县和尼泊尔。萨嘎坐落在喜马拉雅山脉北麓与冈底斯山脉南缘之间，位于雅鲁藏布江上游沿线。该地区拥有广阔的高原风光，包括神山、圣湖、辽阔的草原和成群的牦牛。平均海拔超过4600米，属于典型的高原大陆性气候：寒冷、干燥、日照强烈、空气稀薄，冬季漫长，夏季短暂。</w:t>
      </w:r>
    </w:p>
    <w:p>
      <w:pPr>
        <w:widowControl/>
      </w:pPr>
      <w:r>
        <w:t>温馨提示：</w:t>
      </w:r>
    </w:p>
    <w:p>
      <w:pPr>
        <w:widowControl/>
      </w:pPr>
      <w:r>
        <w:t>由于国际游客的住宿选择有限，今晚的住宿可能安排在萨嘎或仲巴。</w:t>
      </w:r>
    </w:p>
    <w:p>
      <w:pPr>
        <w:widowControl/>
      </w:pPr>
      <w:r>
        <w:t>概述：海拔：4600米｜距离：500公里，约8小时车程</w:t>
      </w:r>
    </w:p>
    <w:p>
      <w:pPr>
        <w:widowControl/>
      </w:pPr>
      <w:r>
        <w:t>景点：沿途风光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第13天 萨嘎/仲巴 - 吉隆沟 - 吉隆镇 | 200-250公里，4-5小时</w:t>
      </w:r>
    </w:p>
    <w:p>
      <w:pPr>
        <w:widowControl/>
      </w:pPr>
      <w:r>
        <w:t>早餐后，团队将从萨嘎出发，继续前往中尼边境。</w:t>
      </w:r>
    </w:p>
    <w:p>
      <w:pPr>
        <w:widowControl/>
      </w:pPr>
      <w:r>
        <w:t>沿途将经过吉隆美丽的“后花园”，这一地区受尼泊尔文化影响。在这里，您将看到迷人的当地村庄、令人惊叹的边境风光、雪山、茂密的森林、深邃的峡谷和层叠的瀑布。全团将一起驱车进入吉隆沟，参观峡谷及其吊桥。</w:t>
      </w:r>
    </w:p>
    <w:p>
      <w:pPr>
        <w:widowControl/>
      </w:pPr>
      <w:r>
        <w:t>参观结束后，您将离开中国进入尼泊尔，下午直接前往吉隆边境办理边境手续，结束旅程。</w:t>
      </w:r>
    </w:p>
    <w:p>
      <w:pPr>
        <w:widowControl/>
      </w:pPr>
      <w:r>
        <w:t>感谢您选择亚洲奥德赛旅游的西藏团队游。期待在您的下一次旅程中再相见！</w:t>
      </w:r>
    </w:p>
    <w:p>
      <w:pPr>
        <w:widowControl/>
      </w:pPr>
      <w:r>
        <w:t>概述：海拔：4200米 | 距离：200公里，约4小时车程</w:t>
      </w:r>
    </w:p>
    <w:p>
      <w:pPr>
        <w:widowControl/>
      </w:pPr>
      <w:r>
        <w:t>景点：沿途风景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西藏陆路跟团13日游：珠峰大本营、冈仁波齐转山与古格王朝遗址（吉隆口岸出境）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