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14天西藏经典拼团游：冈仁波齐、古格王国与藏北秘境</w:t>
      </w:r>
    </w:p>
    <w:p>
      <w:pPr>
        <w:widowControl/>
      </w:pPr>
      <w:r>
        <w:t>线路编号：AOT-TGT-F3</w:t>
      </w:r>
    </w:p>
    <w:p>
      <w:pPr>
        <w:keepNext/>
        <w:widowControl/>
        <w:spacing w:before="240"/>
      </w:pPr>
      <w:r>
        <w:t>第1天 抵达拉萨：接机与酒店入住</w:t>
      </w:r>
    </w:p>
    <w:p>
      <w:pPr>
        <w:widowControl/>
      </w:pPr>
      <w:r>
        <w:t>扎西德勒！欢迎来到西藏自治区首府拉萨！抵达拉萨贡嘎国际机场或拉萨火车站后，我们友好的藏族导游将为您献上哈达（传统白色丝巾）并致以温暖的祝福。（提示：请提前告知我们您的交通方式和抵达时间。）</w:t>
      </w:r>
    </w:p>
    <w:p>
      <w:pPr>
        <w:widowControl/>
      </w:pPr>
      <w:r>
        <w:t>之后，我们的导游和司机将送您前往拉萨市中心的酒店。（提示：机场位于市区东南约60公里处，车程约1-1.5小时。）</w:t>
      </w:r>
    </w:p>
    <w:p>
      <w:pPr>
        <w:widowControl/>
      </w:pPr>
      <w:r>
        <w:t>办理入住后，利用当天剩余时间放松休息，适应拉萨的高海拔（3650米）。在开始激动人心的西藏之旅前，让身体适应非常重要。</w:t>
      </w:r>
    </w:p>
    <w:p>
      <w:pPr>
        <w:widowControl/>
      </w:pPr>
      <w:r>
        <w:t>拉萨首日实用提醒</w:t>
      </w:r>
    </w:p>
    <w:p>
      <w:pPr>
        <w:widowControl/>
      </w:pPr>
      <w:r>
        <w:t>好好休息，保持平静。这是预防高原反应的最佳方式。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不要饮酒。相反，多喝水，吃水果，避免油腻大餐。</w:t>
      </w:r>
    </w:p>
    <w:p>
      <w:pPr>
        <w:widowControl/>
      </w:pPr>
      <w:r>
        <w:t>如果您愿意，可以准备草药或氧气补充剂，如红景天、西洋参含片或高原安，以帮助适应。</w:t>
      </w:r>
    </w:p>
    <w:p>
      <w:pPr>
        <w:widowControl/>
      </w:pPr>
      <w:r>
        <w:t>始终遵循当地导游的建议。如果您感到不适，请告知导游并及时就医。</w:t>
      </w:r>
    </w:p>
    <w:p>
      <w:pPr>
        <w:widowControl/>
      </w:pPr>
      <w:r>
        <w:t>概述：海拔：3650米 | 距离：60公里，约1-1.5小时车程</w:t>
      </w:r>
    </w:p>
    <w:p>
      <w:pPr>
        <w:widowControl/>
      </w:pPr>
      <w:r>
        <w:t>景点：好好休息，适应海拔</w:t>
      </w:r>
    </w:p>
    <w:p>
      <w:pPr>
        <w:widowControl/>
      </w:pPr>
      <w:r>
        <w:t>交通与活动：自行抵达拉萨；在拉萨期间提供接机/接站服务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拉萨城市游：布达拉宫、传统手工艺中心、八廓街</w:t>
      </w:r>
    </w:p>
    <w:p>
      <w:pPr>
        <w:widowControl/>
      </w:pPr>
      <w:r>
        <w:t>今天，我们将游览世界闻名的布达拉宫，这是一处世界遗产，也是50元人民币背面的图案。随后，您将继续探索拉萨，参观大昭寺，这处世界文化遗产以其辉煌的建筑、文化、艺术和历史而闻名。最后，您可以与当地人一起漫步在著名的八廓街上，进一步了解藏族人的日常转经生活。</w:t>
      </w:r>
    </w:p>
    <w:p>
      <w:pPr>
        <w:widowControl/>
      </w:pPr>
      <w:r>
        <w:t>今天上午，您将首先参观布达拉宫。这是西藏最具标志性的地标，也是达赖喇嘛的冬宫所在地（1649-1959年）。</w:t>
      </w:r>
    </w:p>
    <w:p>
      <w:pPr>
        <w:widowControl/>
      </w:pPr>
      <w:r>
        <w:t>从宫门攀登365级石阶到达红宫后，您将抵达世界上海拔最高的古代宫殿——傲然屹立于海拔3700米处——并欣赏拉萨市的壮丽全景。</w:t>
      </w:r>
    </w:p>
    <w:p>
      <w:pPr>
        <w:widowControl/>
      </w:pPr>
      <w:r>
        <w:t>当您漫步于殿堂、佛龛和供奉历代达赖喇嘛的神圣祭坛之间时，您会被精美的壁画、精致的雕刻、耀眼的珠宝装饰以及弥漫在空气中的浓厚宗教氛围所吸引。在布达拉宫内，可以看到无数藏族信徒虔诚地叩拜祈祷——对许多人来说，参观这处圣地是一生一次的旅程。</w:t>
      </w:r>
    </w:p>
    <w:p>
      <w:pPr>
        <w:widowControl/>
      </w:pPr>
      <w:r>
        <w:t>您的导游还将分享关于西藏第33代赞普松赞干布的精彩故事，他最初在7世纪建造布达拉宫，以纪念他与唐朝文成公主的联姻。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所有游客必须作为导游团的一部分进入，且最多只能在宫内停留一小时。</w:t>
      </w:r>
    </w:p>
    <w:p>
      <w:pPr>
        <w:widowControl/>
      </w:pPr>
      <w:r>
        <w:t>门票实行实名制预约。需提供有效身份证件或护照，且预约后7天内不得重新预约。</w:t>
      </w:r>
    </w:p>
    <w:p>
      <w:pPr>
        <w:widowControl/>
      </w:pPr>
      <w:r>
        <w:t>入场时间由布达拉宫管理处随机分配，无法自行选择参观时间。</w:t>
      </w:r>
    </w:p>
    <w:p>
      <w:pPr>
        <w:widowControl/>
      </w:pPr>
      <w:r>
        <w:t>旺季期间，您的旅行团可能会被分成更小的子团，有不同的参观时间或导游。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我们将带您完全沉浸在传统藏族手工艺中心的体验中，包括制作藏香、木版印刷以及了解藏语。在了解清新的藏香是如何制作的同时，您还可以亲手参与制作，这与购买藏香有着截然不同的意义。知识渊博的老师将向您介绍藏语的起源，并帮助您书写藏文祝福语或您自己的藏文名字。同时，您还可以体验传统的木版印刷。藏香、印刷文字和藏文书法都可以作为纪念品带回家。</w:t>
      </w:r>
    </w:p>
    <w:p>
      <w:pPr>
        <w:widowControl/>
      </w:pPr>
      <w:r>
        <w:t>参观结束后，走出寺庙，来到八廓街，这里曾是环绕寺庙的传统转经道。如今，这里是一个热闹的地方，弥漫着香火的气息，回荡着朝圣者的诵经声。您可以在茶馆里品尝酥油茶，穿上藏族服饰拍照，或购买来自西藏、尼泊尔和印度的独特手工艺品和纪念品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拉萨至羊卓雍措、卡若拉冰川、日喀则</w:t>
      </w:r>
    </w:p>
    <w:p>
      <w:pPr>
        <w:widowControl/>
      </w:pPr>
      <w:r>
        <w:t>今天，您将从拉萨驱车前往西藏第二大城市日喀则，沿途欣赏风景。全程约370公里，车程约7小时，途中会停留观赏西藏最壮观的两大自然景观——羊卓雍措和卡若拉冰川。</w:t>
      </w:r>
    </w:p>
    <w:p>
      <w:pPr>
        <w:widowControl/>
      </w:pPr>
      <w:r>
        <w:t>上午出发，行驶约2至3小时（110公里）后，准备好相机，因为您即将抵达岗巴拉山口（海拔4,797米）。在这里，您可以欣赏到羊卓雍措令人惊叹的全景，它宛如一条碧绿的丝带在雪山间闪耀。羊卓雍措是西藏四大圣湖之一（另外三座为拉姆拉措、玛旁雍措和纳木措），被认为具有精神力量——能帮助藏人寻找达赖喇嘛的转世灵童。您还会看到当地人与藏獒、牦牛或穿着传统饰品的山羊合影，供游客拍照。</w:t>
      </w:r>
    </w:p>
    <w:p>
      <w:pPr>
        <w:widowControl/>
      </w:pPr>
      <w:r>
        <w:t>下午继续驱车约1.5小时（87公里），抵达令人惊叹的卡若拉冰川（海拔5,012米）——西藏三大大陆型冰川之一，也是电影《红河谷》的拍摄地。冰川背靠乃钦康桑峰（海拔7,191米），像一条冻结的瀑布在公路旁闪耀。您可以在车内欣赏美景，也可以轻松步行一小段到冰川脚下。公路对面是雄伟的卡鲁雪峰，是这片高山仙境中的另一大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这里海拔约5,012米，请放慢行动，避免过度劳累。</w:t>
      </w:r>
    </w:p>
    <w:p>
      <w:pPr>
        <w:widowControl/>
      </w:pPr>
      <w:r>
        <w:t>公共厕所非常简陋，请做好准备。</w:t>
      </w:r>
    </w:p>
    <w:p>
      <w:pPr>
        <w:widowControl/>
      </w:pPr>
      <w:r>
        <w:t>有些当地人可能会对与他们或他们的动物合影收取少量费用，拍照前请务必确认。</w:t>
      </w:r>
    </w:p>
    <w:p>
      <w:pPr>
        <w:widowControl/>
      </w:pPr>
      <w:r>
        <w:t>之后，驱车约3.5小时（170公里），途经江孜，沿着宽阔的年楚河谷行驶，穿过风景如画的藏族村庄、广阔的青稞田和金色的油菜花田（夏季）。抵达日喀则（海拔：3845米）后，入住酒店，好好休息。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外国和台湾游客需要在日喀则出入境管理办公室进行登记。您的导游将协助办理，并可能相应调整行程，请遵循导游的指示并配合。</w:t>
      </w:r>
    </w:p>
    <w:p>
      <w:pPr>
        <w:widowControl/>
      </w:pPr>
      <w:r>
        <w:t>概述：海拔：3650~4797~3845米，距离：370公里，车程约7小时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日喀则至桑桑镇（桑桑草原）至萨嘎镇</w:t>
      </w:r>
    </w:p>
    <w:p>
      <w:pPr>
        <w:widowControl/>
      </w:pPr>
      <w:r>
        <w:t>早餐后，团队将离开日喀则——西藏西部的文化中心——向西前往萨嘎镇，开始一段漫长但风景优美的车程（约450公里，约8小时）。</w:t>
      </w:r>
    </w:p>
    <w:p>
      <w:pPr>
        <w:widowControl/>
      </w:pPr>
      <w:r>
        <w:t>离开繁华的城市后，旅程将沿着年楚河谷向西行进，这里历史上被称为西藏的粮仓。沿途会经过广袤的农田，青稞和油菜花在微风中轻轻摇曳，印证了日喀则作为该地区粮仓的悠久声誉。</w:t>
      </w:r>
    </w:p>
    <w:p>
      <w:pPr>
        <w:widowControl/>
      </w:pPr>
      <w:r>
        <w:t>渐渐地，肥沃的山谷展开为西部高原辽阔而原始的壮美景色。途中会在桑桑镇停留，参观令人惊叹的桑桑草原（海拔4567米）。夏季在这里会看到一片广阔的绿色海洋。田野上盛开着紫色的马先蒿和黄色的格桑花，成群的牦牛和藏羊自由地吃草，犹如散落在绿色地毯上的星星。头顶有鹰优雅地盘旋，风中带着野草的气息。这纯净、未驯服的西藏高原生活将令您惊叹不已。</w:t>
      </w:r>
    </w:p>
    <w:p>
      <w:pPr>
        <w:widowControl/>
      </w:pPr>
      <w:r>
        <w:t>参观结束后，团队将继续驱车向西前往萨嘎镇。车窗外会看到高山草甸和干旱草原的独特景观。还有机会远眺喜马拉雅山脉北部的山峰。</w:t>
      </w:r>
    </w:p>
    <w:p>
      <w:pPr>
        <w:widowControl/>
      </w:pPr>
      <w:r>
        <w:t>傍晚时分抵达萨嘎镇（海拔4640米），并入住酒店。</w:t>
      </w:r>
    </w:p>
    <w:p>
      <w:pPr>
        <w:widowControl/>
      </w:pPr>
      <w:r>
        <w:t>概述：海拔：3845~4567~4640米 | 距离：450公里，约8小时车程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萨嘎镇至塔尔钦镇：仲巴彩色沙漠、公珠错与玛旁雍错</w:t>
      </w:r>
    </w:p>
    <w:p>
      <w:pPr>
        <w:widowControl/>
      </w:pPr>
      <w:r>
        <w:t>早餐后，团队将沿G219国道出发，从萨嘎镇前往塔尔钦。塔尔钦是通往冈仁波齐的门户。一路上风景不断变化，有藏族村落、农田、神山和圣湖，车程不会枯燥。</w:t>
      </w:r>
    </w:p>
    <w:p>
      <w:pPr>
        <w:widowControl/>
      </w:pPr>
      <w:r>
        <w:t>离开萨嘎后，道路沿喜马拉雅山脉北麓逐渐攀升，沿途景色在色彩和质感上层层展开。在仲巴一带，小型藏族村落像点缀在沙漠边缘的色彩，经幡在风中飘动。您将穿过广阔的沙丘带，即仲巴彩色沙漠。这里的沙粒因富含矿物质而呈现红色、黄色和白色。在高原明亮的阳光下，沙丘如丝绸般闪烁，远处是雪山和蜿蜒的河流，构成一场视觉享受。</w:t>
      </w:r>
    </w:p>
    <w:p>
      <w:pPr>
        <w:widowControl/>
      </w:pPr>
      <w:r>
        <w:t>继续向西，您将经过公珠错湖畔。湖水呈深蓝宝石色，映照着远处雄伟的冈底斯山脉。景色宁静而独特。</w:t>
      </w:r>
    </w:p>
    <w:p>
      <w:pPr>
        <w:widowControl/>
      </w:pPr>
      <w:r>
        <w:t>不久之后，您将迎来西藏之旅中最神圣、最令人感叹的时刻之一：玛旁雍错和传奇的冈仁波齐突然出现在眼前。冈仁波齐高耸于周围山峰之上，对称的雪峰与下方波光粼粼的湖水形成神圣画面。玛旁雍错受到佛教、印度教、苯教和耆那教尊崇，被认为是亚洲四大河流——雅鲁藏布江、印度河、萨特莱杰河和卡纳利河——的发源地。在湖畔，您可能看到朝圣者顺时针绕圣湖行走，转动转经筒，低声诵经，沿途在每一块玛尼石上留下虔诚。</w:t>
      </w:r>
    </w:p>
    <w:p>
      <w:pPr>
        <w:widowControl/>
      </w:pPr>
      <w:r>
        <w:t>傍晚时分，抵达塔尔钦镇，海拔4670米。这里是冈仁波齐转山的基地和起点。入住酒店，好好休息，为接下来的转山行程做准备。</w:t>
      </w:r>
    </w:p>
    <w:p>
      <w:pPr>
        <w:widowControl/>
      </w:pPr>
      <w:r>
        <w:t>概述：海拔：4640~4586~4670米 | 距离：550公里，约9小时车程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冈仁波齐转山第一天：塔尔钦 - 经幡广场 - 止热寺</w:t>
      </w:r>
    </w:p>
    <w:p>
      <w:pPr>
        <w:widowControl/>
      </w:pPr>
      <w:r>
        <w:t>起点：塔尔钦镇（海拔 4,675 米）</w:t>
        <w:br/>
        <w:t>终点：止热寺（海拔 5,100 米）</w:t>
        <w:br/>
        <w:t>总距离：约 20 公里（12.4 英里）</w:t>
        <w:br/>
        <w:t>距离明细：乘观光巴士约 6 公里至经幡广场（塔尔钦）；徒步约 14 公里（8.7 英里）</w:t>
        <w:br/>
        <w:t>徒步时长：约 7-8 小时</w:t>
        <w:br/>
        <w:t>难度等级：较难（因海拔较高）</w:t>
      </w:r>
    </w:p>
    <w:p>
      <w:pPr>
        <w:widowControl/>
      </w:pPr>
      <w:r>
        <w:t>冈仁波齐峰高耸入云，海拔 6,638 米，是西藏西部最醒目的地标。这座圣山被藏传佛教、印度教、苯教和耆那教四大宗教共同尊崇，被视为世界的灵性中心。在藏传佛教中，它被认为是胜乐金刚的居所，象征着至高无上的极乐。每年，无数朝圣者不辞艰辛来到这里，围绕圣山完成 52 公里的转山，这一行为被视为可以净化罪孽、带来觉悟。</w:t>
      </w:r>
    </w:p>
    <w:p>
      <w:pPr>
        <w:widowControl/>
      </w:pPr>
      <w:r>
        <w:t>第一天徒步：塔尔钦 - 经幡广场 - 止热寺</w:t>
      </w:r>
    </w:p>
    <w:p>
      <w:pPr>
        <w:widowControl/>
      </w:pPr>
      <w:r>
        <w:t>今天早上，您的团队将从塔尔钦镇乘短途观光巴士前往经幡广场（距镇上 6 公里）。这里是转山的正式起点，也是西藏最神圣的仪式场所之一。每年萨噶达瓦节（藏历四月）期间，数百名朝圣者聚集于此，升起饰有经幡的高大旗杆，纪念释迦牟尼佛的诞生、成道和涅槃。</w:t>
      </w:r>
    </w:p>
    <w:p>
      <w:pPr>
        <w:widowControl/>
      </w:pPr>
      <w:r>
        <w:t>现在开始第一天的徒步，沿着拉曲河谷向西行进。沿途可见蓝天、雪峰，以及刻有神圣真言的玛尼石散布在山坡上。一路上，您会看到藏族朝圣者磕长头，缓缓绕山而行，这是信仰与虔诚的动人见证。这段路程对体力要求较高，但也能带来精神上的满足，沿途可欣赏冈仁波齐峰西面和北面的壮丽景色。</w:t>
      </w:r>
    </w:p>
    <w:p>
      <w:pPr>
        <w:widowControl/>
      </w:pPr>
      <w:r>
        <w:t>随着您深入山谷，冈仁波齐峰的北面逐渐完整展现在眼前，这一景象令人敬畏，地球上少有地方能与之相比。徒步约 14 公里后，您将抵达当天的目的地止热寺。这座寺庙属于藏传佛教宁玛派，正对冈仁波齐峰北面，可欣赏到圣山无与伦比的景观。</w:t>
      </w:r>
    </w:p>
    <w:p>
      <w:pPr>
        <w:widowControl/>
      </w:pPr>
      <w:r>
        <w:t>当晚您将入住止热寺附近的当地招待所。</w:t>
      </w:r>
    </w:p>
    <w:p>
      <w:pPr>
        <w:widowControl/>
      </w:pPr>
      <w:r>
        <w:t>旅行注意事项：</w:t>
      </w:r>
    </w:p>
    <w:p>
      <w:pPr>
        <w:widowControl/>
      </w:pPr>
      <w:r>
        <w:t>冈仁波齐峰周围的当地藏族人提供可选服务，如骑马或骑牦牛，以及由牦牛或背夫运送行李（不包含在旅游价格中）。</w:t>
      </w:r>
    </w:p>
    <w:p>
      <w:pPr>
        <w:widowControl/>
      </w:pPr>
      <w:r>
        <w:t>转山期间，住宿条件非常基本，通常是止热寺和尊最普寺的共用招待所或帐篷，设施有限（多床房间，共用卫生间，每人一张床）。</w:t>
      </w:r>
    </w:p>
    <w:p>
      <w:pPr>
        <w:widowControl/>
      </w:pPr>
      <w:r>
        <w:t>概述：6 公里观光巴士 + 14 公里徒步，7-8 小时</w:t>
      </w:r>
    </w:p>
    <w:p>
      <w:pPr>
        <w:widowControl/>
      </w:pPr>
      <w:r>
        <w:t>景点：2 个景点</w:t>
      </w:r>
    </w:p>
    <w:p>
      <w:pPr>
        <w:widowControl/>
      </w:pPr>
      <w:r>
        <w:t>交通与活动：徒步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冈仁波齐转山第二天：哲热普寺—卓玛拉山口—祖楚寺</w:t>
      </w:r>
    </w:p>
    <w:p>
      <w:pPr>
        <w:widowControl/>
      </w:pPr>
      <w:r>
        <w:t>起点：哲热普寺 / 冈加（海拔：5100米）</w:t>
        <w:br/>
        <w:t>最高点：卓玛拉山口（海拔：5650米）</w:t>
        <w:br/>
        <w:t>终点：祖楚寺（海拔：4880米）</w:t>
        <w:br/>
        <w:t>徒步距离：约20公里（12.4英里）</w:t>
        <w:br/>
        <w:t>徒步时长：10–11小时</w:t>
        <w:br/>
        <w:t>难度等级：挑战性</w:t>
      </w:r>
    </w:p>
    <w:p>
      <w:pPr>
        <w:widowControl/>
      </w:pPr>
      <w:r>
        <w:t>今天早晨尽早开始徒步。今天是冈仁波齐转山中最具挑战性、也最重要的宗教意义的一天。沿途需要艰难爬升超过550米，到达神圣的卓玛拉山口（5650米）——整个转山线路的最高点。</w:t>
      </w:r>
    </w:p>
    <w:p>
      <w:pPr>
        <w:widowControl/>
      </w:pPr>
      <w:r>
        <w:t>这段路对体力和意志都是考验。按照藏传佛教的信仰，成功翻越卓玛拉山口象征着洗净一生的罪孽。尽管空气稀薄、地形崎岖，朝圣者仍把这一刻看作一次深刻的信仰表达与重生。</w:t>
      </w:r>
    </w:p>
    <w:p>
      <w:pPr>
        <w:widowControl/>
      </w:pPr>
      <w:r>
        <w:t>到达山口顶部，您会看到令人震撼的景象——成千上万条彩色经幡在风中飘扬，把山口铺成一片神圣色彩的海洋。许多朝圣者在此停留，休息、祈祷，并把自己的玛尼石放到不断增高的玛尼堆上。</w:t>
      </w:r>
    </w:p>
    <w:p>
      <w:pPr>
        <w:widowControl/>
      </w:pPr>
      <w:r>
        <w:t>随后是陡峭多石的下坡路，通往拉楚河谷。沿途有波光粼粼的高丽湖（Gauri Kund），这座冰川湖在印度教中被尊为帕尔瓦蒂——湿婆神的配偶——的沐浴之地。碧玉般的湖水在巍峨山峰下静静闪光。</w:t>
      </w:r>
    </w:p>
    <w:p>
      <w:pPr>
        <w:widowControl/>
      </w:pPr>
      <w:r>
        <w:t>稍作休息后，继续沿河岸徒步四小时，到达祖楚寺（4810米），也称“米拉日巴奇迹洞”。这座属于萨迦派的寺院，保存着古老壁画、经文，以及关于伟大瑜伽士米拉日巴的传说。</w:t>
      </w:r>
    </w:p>
    <w:p>
      <w:pPr>
        <w:widowControl/>
      </w:pPr>
      <w:r>
        <w:t>当晚在祖楚寺附近的客栈休息。好好休整，为明天转山的最后一段路程做好准备。</w:t>
      </w:r>
    </w:p>
    <w:p>
      <w:pPr>
        <w:widowControl/>
      </w:pPr>
      <w:r>
        <w:t>概述：20公里徒步，10-11小时</w:t>
      </w:r>
    </w:p>
    <w:p>
      <w:pPr>
        <w:widowControl/>
      </w:pPr>
      <w:r>
        <w:t>景点：3个景点</w:t>
      </w:r>
    </w:p>
    <w:p>
      <w:pPr>
        <w:widowControl/>
      </w:pPr>
      <w:r>
        <w:t>交通与活动：徒步</w:t>
      </w:r>
    </w:p>
    <w:p>
      <w:pPr>
        <w:widowControl/>
      </w:pPr>
      <w:r>
        <w:t>住宿：祖楚寺</w:t>
      </w:r>
    </w:p>
    <w:p>
      <w:pPr>
        <w:keepNext/>
        <w:widowControl/>
        <w:spacing w:before="240"/>
      </w:pPr>
      <w:r>
        <w:t>第8天 止热寺至塔尔钦镇（徒步6.6公里+观光车4公里），随后乘车前往札达</w:t>
      </w:r>
    </w:p>
    <w:p>
      <w:pPr>
        <w:widowControl/>
      </w:pPr>
      <w:r>
        <w:t>起点：止热寺（海拔4,880米）</w:t>
      </w:r>
    </w:p>
    <w:p>
      <w:pPr>
        <w:widowControl/>
      </w:pPr>
      <w:r>
        <w:t>徒步终点：宗堆（海拔4,680米）</w:t>
      </w:r>
    </w:p>
    <w:p>
      <w:pPr>
        <w:widowControl/>
      </w:pPr>
      <w:r>
        <w:t>最终目的地：塔尔钦镇（海拔4,675米）</w:t>
      </w:r>
    </w:p>
    <w:p>
      <w:pPr>
        <w:widowControl/>
      </w:pPr>
      <w:r>
        <w:t>总距离：10.6公里（约6.6英里）</w:t>
      </w:r>
    </w:p>
    <w:p>
      <w:pPr>
        <w:widowControl/>
      </w:pPr>
      <w:r>
        <w:t>距离明细：徒步约6.6公里（4.1英里），乘车约4公里（2.5英里）</w:t>
      </w:r>
    </w:p>
    <w:p>
      <w:pPr>
        <w:widowControl/>
      </w:pPr>
      <w:r>
        <w:t>徒步时长：2-3小时</w:t>
      </w:r>
    </w:p>
    <w:p>
      <w:pPr>
        <w:widowControl/>
      </w:pPr>
      <w:r>
        <w:t>难度等级：轻松</w:t>
      </w:r>
    </w:p>
    <w:p>
      <w:pPr>
        <w:widowControl/>
      </w:pPr>
      <w:r>
        <w:t>今天是冈仁波齐转山的最后一段，也是完成转山、静心回味的一天。早餐后，您将离开止热寺，随着海拔逐渐降低，开始一段平缓的下坡路。高山刺眼的白雪慢慢让位于生机勃勃的绿草和灌木，标志着您正回到有生命和活力的地带。</w:t>
      </w:r>
    </w:p>
    <w:p>
      <w:pPr>
        <w:widowControl/>
      </w:pPr>
      <w:r>
        <w:t>沿途，您可能会看到小动物（如旱獭）在灌木丛中穿梭，而无数玛尼石——堆成彩色石堆的刻经石——像沉默的守护者一样排列在路旁，呼应着历代朝圣者的虔诚。空气感觉更轻盈，每一步都带来释然与满足。</w:t>
      </w:r>
    </w:p>
    <w:p>
      <w:pPr>
        <w:widowControl/>
      </w:pPr>
      <w:r>
        <w:t>走完最后6.6公里后，您将抵达宗堆，冈仁波齐转山之旅在此正式结束。在这里，您可以搭乘环保观光车返回塔尔钦镇。</w:t>
      </w:r>
    </w:p>
    <w:p>
      <w:pPr>
        <w:widowControl/>
      </w:pPr>
      <w:r>
        <w:t>中午时分，您将抵达塔尔钦，虽然疲惫，但内心深感满足——您完成了世界上最神圣的朝圣之一。是的，您做到了！</w:t>
      </w:r>
    </w:p>
    <w:p>
      <w:pPr>
        <w:widowControl/>
      </w:pPr>
      <w:r>
        <w:t>下午，行程继续前往位于阿里地区腹地的札达，230公里，约4.5小时。当您离开塔尔钦，崎岖的地貌展开成一幅迷人的全景画卷：侵蚀的峡谷、荒芜的悬崖和河谷——这是西藏偏远西部边疆一幅鲜明而迷人的写照。</w:t>
      </w:r>
    </w:p>
    <w:p>
      <w:pPr>
        <w:widowControl/>
      </w:pPr>
      <w:r>
        <w:t>抵达札达县（海拔4,500米）后，您会发现自己置身于风与水历经数百年雕琢而成的独特地形之中。这里不仅是地质奇观，也是文化瑰宝，拥有传奇的古格王国遗址和古老的托林寺，两者都能让您深入了解西藏被遗忘的文明。</w:t>
      </w:r>
    </w:p>
    <w:p>
      <w:pPr>
        <w:widowControl/>
      </w:pPr>
      <w:r>
        <w:t>夜宿札达。</w:t>
      </w:r>
    </w:p>
    <w:p>
      <w:pPr>
        <w:widowControl/>
      </w:pPr>
      <w:r>
        <w:t>概述：海拔：4,675米 | 距离：230公里，约4.5小时车程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交通与活动：徒步、旅游车</w:t>
      </w:r>
    </w:p>
    <w:p>
      <w:pPr>
        <w:widowControl/>
      </w:pPr>
      <w:r>
        <w:t>用餐：早餐</w:t>
      </w:r>
    </w:p>
    <w:p>
      <w:pPr>
        <w:widowControl/>
      </w:pPr>
      <w:r>
        <w:t>住宿：札达</w:t>
      </w:r>
    </w:p>
    <w:p>
      <w:pPr>
        <w:keepNext/>
        <w:widowControl/>
        <w:spacing w:before="240"/>
      </w:pPr>
      <w:r>
        <w:t>第9天 札达—古格王国—札达土林—夏益沟土林—狮泉河镇</w:t>
      </w:r>
    </w:p>
    <w:p>
      <w:pPr>
        <w:widowControl/>
      </w:pPr>
      <w:r>
        <w:t>今天，您的团队将首先游览札达县，了解这里悠久的历史和壮丽的自然景观。第一站是古格王国遗址，这是西藏最神秘的考古遗址之一。古格王国在10世纪至17世纪间繁荣兴盛，曾是强大的王国，在佛教向西藏西部传播的过程中发挥了重要作用。遗址留存有精美的壁画、雕塑和雕刻，生动描绘了佛教教义、王室生活和历史事件。参观时，您将游览红宫和白宫：红宫曾是重要的宗教中心，有寺庙和僧舍；白宫是古格国王的居所。墙上至今仍保留着精美的壁画和雕刻，体现出西藏、印度和中国建筑风格的交融。从遗址顶部，可以俯瞰整个山谷，景象十分壮观，令人想起王国昔日的辉煌。</w:t>
      </w:r>
    </w:p>
    <w:p>
      <w:pPr>
        <w:widowControl/>
      </w:pPr>
      <w:r>
        <w:t>之后，继续前行约20公里，前往令人惊叹的札达土林。这是历经数百年风雨侵蚀形成的地质杰作。土林沿着象泉河绵延超过5公里，这片自然雕塑景观十分奇特，形状酷似武士、奔马和打坐的僧人。山脊上的光影不断变化，为拍照提供了很多机会。</w:t>
      </w:r>
    </w:p>
    <w:p>
      <w:pPr>
        <w:widowControl/>
      </w:pPr>
      <w:r>
        <w:t>随后，再驱车77公里前往夏益沟土林。层层柔和的红色和赭色岩石在深蓝色的天空下格外醒目。您将短暂徒步下行至山谷，近距离观看独特的地貌，并拍摄精彩照片。</w:t>
      </w:r>
    </w:p>
    <w:p>
      <w:pPr>
        <w:widowControl/>
      </w:pPr>
      <w:r>
        <w:t>游览结束后，将您送往下一个目的地——狮泉河镇（海拔4255米）。这里是阿里地区的首府，您将在此入住并休息过夜。</w:t>
      </w:r>
    </w:p>
    <w:p>
      <w:pPr>
        <w:widowControl/>
      </w:pPr>
      <w:r>
        <w:t>概述：海拔：4500~4255米 | 距离：280公里，约5小时车程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住宿：狮泉河镇</w:t>
      </w:r>
    </w:p>
    <w:p>
      <w:pPr>
        <w:keepNext/>
        <w:widowControl/>
        <w:spacing w:before="240"/>
      </w:pPr>
      <w:r>
        <w:t>第10天 狮泉河镇至改则镇：革吉、聂尔错、盐湖、佩罗措观景台与物玛错</w:t>
      </w:r>
    </w:p>
    <w:p>
      <w:pPr>
        <w:widowControl/>
      </w:pPr>
      <w:r>
        <w:t>早餐后，告别狮泉河镇，继续向东前往革吉镇，沿途穿越藏北最美丽的风景线之一。今天的旅程不仅仅是赶路，更是一路变换的地貌与恒久宁静交织而成的视觉盛宴。</w:t>
      </w:r>
    </w:p>
    <w:p>
      <w:pPr>
        <w:widowControl/>
      </w:pPr>
      <w:r>
        <w:t>驶离狮泉河盆地，道路蜿蜒穿过茂密的红柳湿地和零星的绿洲，片片绿色为高原带来生机。渐渐地，景色转变为辽阔的藏北高原的壮丽荒原，天与地似乎融为一体，寂静无边。</w:t>
      </w:r>
    </w:p>
    <w:p>
      <w:pPr>
        <w:widowControl/>
      </w:pPr>
      <w:r>
        <w:t>途中，在波光粼粼的聂尔错湖畔停留。这是一个咸水湖，湖边闪烁着洁白的盐晶，在阳光下如雪般闪耀。在这里，您将感受到藏地荒野的静谧与壮美——空气如此纯净，四周如此空旷，几乎令人感到神圣。</w:t>
      </w:r>
    </w:p>
    <w:p>
      <w:pPr>
        <w:widowControl/>
      </w:pPr>
      <w:r>
        <w:t>继续前行，抵达盐湖镇，这里传统藏族生活的节奏依然强劲。留意地平线上点缀的游牧帐篷，牦牛和绵羊在开阔的草原上自由放牧。盐湖镇曾是古代盐业贸易的繁荣中心，其历史可追溯至一千多年前。商人们曾沿着著名的“盐羊古道”，用绵羊和牦牛驮运盐巴，穿越喜马拉雅山脉，前往日喀则、尼泊尔和印度进行以物易物。</w:t>
      </w:r>
    </w:p>
    <w:p>
      <w:pPr>
        <w:widowControl/>
      </w:pPr>
      <w:r>
        <w:t>再往前行，在佩罗措观景台停留，下方的湖泊随光线变化，从碧绿变为翠绿。从这个观景台，您经常可以看到藏野驴和藏羚羊在湖畔吃草——这是观赏野生动物和摄影的绝佳机会。</w:t>
      </w:r>
    </w:p>
    <w:p>
      <w:pPr>
        <w:widowControl/>
      </w:pPr>
      <w:r>
        <w:t>在抵达目的地之前，您将经过宁静的物玛错湖，平静的水面上，优雅的水鸟在滑行。</w:t>
      </w:r>
    </w:p>
    <w:p>
      <w:pPr>
        <w:widowControl/>
      </w:pPr>
      <w:r>
        <w:t>傍晚时分，抵达改则镇（海拔：4425米）。今晚好好休息。</w:t>
      </w:r>
    </w:p>
    <w:p>
      <w:pPr>
        <w:widowControl/>
      </w:pPr>
      <w:r>
        <w:t>概述：海拔：4255~4500~4425米 | 距离：500公里，约6-7小时车程</w:t>
      </w:r>
    </w:p>
    <w:p>
      <w:pPr>
        <w:widowControl/>
      </w:pPr>
      <w:r>
        <w:t>景点：5个景点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住宿：改则镇</w:t>
      </w:r>
    </w:p>
    <w:p>
      <w:pPr>
        <w:keepNext/>
        <w:widowControl/>
        <w:spacing w:before="240"/>
      </w:pPr>
      <w:r>
        <w:t>第11天 改则镇至文布南村：洞错与当惹雍错</w:t>
      </w:r>
    </w:p>
    <w:p>
      <w:pPr>
        <w:widowControl/>
      </w:pPr>
      <w:r>
        <w:t>早餐后，您将继续穿越广袤的藏北大地，这里保留着大自然最纯粹、最壮观的样貌。随着行程深入这片偏远地区，景色会明显变化：辽阔的羌塘草原在眼前一直延伸，与崎岖的戈壁地貌相接。成群的牦牛和绵羊在开阔的天地间吃草，远处的雪山在地平线上泛着银光。</w:t>
      </w:r>
    </w:p>
    <w:p>
      <w:pPr>
        <w:widowControl/>
      </w:pPr>
      <w:r>
        <w:t>今天第一站是洞错，藏语意为“荒凉湖”。虽然名字如此，湖水的宁静却别具魅力，平静的湖面映出高原的孤寂与安详。</w:t>
      </w:r>
    </w:p>
    <w:p>
      <w:pPr>
        <w:widowControl/>
      </w:pPr>
      <w:r>
        <w:t>继续前行，山脉越来越高大雄伟，雪峰与天空构成壮阔的全景。通往当惹雍错的路是藏北最壮观的路线之一。在这片偏远地区，常能遇到成群的藏羚羊和野驴在路边奔跑，这样的景象让人真切感受到荒野的生机。</w:t>
      </w:r>
    </w:p>
    <w:p>
      <w:pPr>
        <w:widowControl/>
      </w:pPr>
      <w:r>
        <w:t>当惹雍错渐渐出现在眼前。它是苯教最重要的圣湖，常被称为“这条线路的灵魂”。湖泊南北绵延70多公里，像一条蓝色丝带铺在阿里腹地。随着阳光变化，湖水在深蓝与浅蓝之间转换，静静倒映着达果雪山的峰顶。您可以放慢脚步，感受这里的宁静之美，也适合拍照。</w:t>
      </w:r>
    </w:p>
    <w:p>
      <w:pPr>
        <w:widowControl/>
      </w:pPr>
      <w:r>
        <w:t>游览结束后，乘车前往附近的文布南村（海拔4700米）过夜。村庄坐落在群山与湖畔之间，土色房屋与蔚蓝湖水、红色悬崖相互映衬。在湖边度过安静的夜晚，好好休息。</w:t>
      </w:r>
    </w:p>
    <w:p>
      <w:pPr>
        <w:widowControl/>
      </w:pPr>
      <w:r>
        <w:t>概述：海拔：4425~4396~4530~4700米 | 距离：450公里，约6-7小时车程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p>
      <w:pPr>
        <w:widowControl/>
      </w:pPr>
      <w:r>
        <w:t>住宿：文布南村</w:t>
      </w:r>
    </w:p>
    <w:p>
      <w:pPr>
        <w:keepNext/>
        <w:widowControl/>
        <w:spacing w:before="240"/>
      </w:pPr>
      <w:r>
        <w:t>第12天 文布南村、当穹错、大地之树、色林错、班戈错、班戈县</w:t>
      </w:r>
    </w:p>
    <w:p>
      <w:pPr>
        <w:widowControl/>
      </w:pPr>
      <w:r>
        <w:t>早餐后，从文布南村出发，开始新一天的旅程，高原的静谧之美再次展现在您眼前。村庄正北方便是当穹错，被称为当惹雍错的“姐妹湖”。在这里，您将看到罕见的自然奇观——双色湖现象——随着阳光照射角度的变化，湖水在翠绿与宝蓝之间神奇变换。湖畔，成群的牦牛悠然吃草，藏式民居与飘扬的经幡构成一幅人与自然和谐共处的画卷。</w:t>
      </w:r>
    </w:p>
    <w:p>
      <w:pPr>
        <w:widowControl/>
      </w:pPr>
      <w:r>
        <w:t>继续驱车前往藏北地质奇观之一——“大地之树”。乍看之下，地面似乎平平无奇，但从空中俯瞰，古老的侵蚀纹理构成了一棵巨树的震撼图像，树根、树干和分枝一应俱全。这一非凡景象是时间、风与流水雕琢的杰作，完美展现了阿里高原原始而荒凉的美。</w:t>
      </w:r>
    </w:p>
    <w:p>
      <w:pPr>
        <w:widowControl/>
      </w:pPr>
      <w:r>
        <w:t>沿路线向东行驶，您将抵达色林错——西藏第二大湖，也是最神秘的湖泊之一。它常被称为“魔鬼湖”，当地传说曾有一位凶猛的精灵居住于此，后被伟大的莲花生大师降伏。如今，该湖位于羌塘国家级自然保护区内，是一片广袤的野生动物庇护所。其辽阔的水面如内陆海般延展，在高原阳光下波光粼粼，湖畔常可见到黑颈鹤、藏羚羊和瞪羚。</w:t>
      </w:r>
    </w:p>
    <w:p>
      <w:pPr>
        <w:widowControl/>
      </w:pPr>
      <w:r>
        <w:t>旅程继续前往班戈错，它与色林错属于同一湖系。这座咸水湖海拔约4693米，湖面倒映着天空，呈现出淡蓝与浅绿的柔和色调，与周围草原交融，营造出空灵的景观。</w:t>
      </w:r>
    </w:p>
    <w:p>
      <w:pPr>
        <w:widowControl/>
      </w:pPr>
      <w:r>
        <w:t>傍晚时分，您将抵达班戈镇（海拔：4700米）。在此享受温暖舒适的住宿。</w:t>
      </w:r>
    </w:p>
    <w:p>
      <w:pPr>
        <w:widowControl/>
      </w:pPr>
      <w:r>
        <w:t>概述：海拔：4700~4530~4700米 | 距离：680公里，约10-11小时车程</w:t>
      </w:r>
    </w:p>
    <w:p>
      <w:pPr>
        <w:widowControl/>
      </w:pPr>
      <w:r>
        <w:t>景点：4个景点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p>
      <w:pPr>
        <w:widowControl/>
      </w:pPr>
      <w:r>
        <w:t>住宿：班戈县</w:t>
      </w:r>
    </w:p>
    <w:p>
      <w:pPr>
        <w:keepNext/>
        <w:widowControl/>
        <w:spacing w:before="240"/>
      </w:pPr>
      <w:r>
        <w:t>第13天 班戈县至拉萨：纳木措湖（扎西半岛）与那根拉山口</w:t>
      </w:r>
    </w:p>
    <w:p>
      <w:pPr>
        <w:widowControl/>
      </w:pPr>
      <w:r>
        <w:t>早餐后，全团将继续穿越藏北广袤多风的草原。道路海拔保持在4700米左右。沿途风景展现了西藏游牧生活的精髓：无尽的草甸延伸至地平线，黑白相间的牦牛群自由放牧，偶尔有雄鹰划过明亮的天空，远处是白雪皑皑的山峰。</w:t>
      </w:r>
    </w:p>
    <w:p>
      <w:pPr>
        <w:widowControl/>
      </w:pPr>
      <w:r>
        <w:t>从班戈县到纳木措湖的车程约200公里（3至3.5小时）。进入纳木措国家风景区后，这片圣湖的深蓝色湖水展现在眼前，倒映着雄伟的念青唐古拉山脉。五彩经幡在清冽的风中飘扬，传统的藏式房屋点缀在湖畔，令人印象深刻。</w:t>
      </w:r>
    </w:p>
    <w:p>
      <w:pPr>
        <w:widowControl/>
      </w:pPr>
      <w:r>
        <w:t>纳木措湖海拔4718米，藏语意为“天湖”，是西藏三大圣湖之一，也是中国最高的咸水湖。在藏传佛教中，它被尊为女神的精神居所。朝圣者常来此祈祷、冥想，并沿湖转经。湖水在阳光下从碧绿变为深蓝，色彩变幻无穷，是摄影和静思的好去处。</w:t>
      </w:r>
    </w:p>
    <w:p>
      <w:pPr>
        <w:widowControl/>
      </w:pPr>
      <w:r>
        <w:t>您将探索风景如画的扎西半岛，这是纳木措地区的核心。这座石灰岩半岛拥有独特的喀斯特地貌，石柱和天然拱门矗立在水面之上。著名的“迎宾石”（或称夫妻石）张开“双臂”，仿佛在迎接旅行者，而莲花洞及其天然佛塔增添了神秘色彩。半岛上矗立着扎西寺，香烟缭绕，五彩经幡在风中飞舞，构成了一幅生动的信仰与自然的唐卡。</w:t>
      </w:r>
    </w:p>
    <w:p>
      <w:pPr>
        <w:widowControl/>
      </w:pPr>
      <w:r>
        <w:t>参观结束后，开始驱车前往拉萨。翻越海拔5190米的那根拉山口时，您将欣赏到纳木措湖在下方闪烁的全景——湖天相接，浑然一体。</w:t>
      </w:r>
    </w:p>
    <w:p>
      <w:pPr>
        <w:widowControl/>
      </w:pPr>
      <w:r>
        <w:t>傍晚时分，您将抵达拉萨。这标志着您的环线之旅结束。</w:t>
      </w:r>
    </w:p>
    <w:p>
      <w:pPr>
        <w:widowControl/>
      </w:pPr>
      <w:r>
        <w:t>概述：海拔：4700~4530~4700米 | 距离：400公里，约6-7小时车程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p>
      <w:pPr>
        <w:widowControl/>
      </w:pPr>
      <w:r>
        <w:t>住宿：拉萨</w:t>
      </w:r>
    </w:p>
    <w:p>
      <w:pPr>
        <w:keepNext/>
        <w:widowControl/>
        <w:spacing w:before="240"/>
      </w:pPr>
      <w:r>
        <w:t>第14天 拉萨出发：酒店退房及送机送站服务</w:t>
      </w:r>
    </w:p>
    <w:p>
      <w:pPr>
        <w:widowControl/>
      </w:pPr>
      <w:r>
        <w:t>早餐后，就要告别拉萨这座圣城了。导游和司机将送您前往拉萨贡嘎机场或拉萨火车站，搭乘航班或火车前往下一个目的地，或返回家中。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从拉萨市区到机场的车程约1小时，建议预订上午10:00以后起飞的航班。</w:t>
      </w:r>
    </w:p>
    <w:p>
      <w:pPr>
        <w:widowControl/>
      </w:pPr>
      <w:r>
        <w:t>请提前将您的航班或火车时刻告知我们，以确保接送顺利。</w:t>
      </w:r>
    </w:p>
    <w:p>
      <w:pPr>
        <w:widowControl/>
      </w:pPr>
      <w:r>
        <w:t>请提供准确的航班或火车预订信息，以便我们高效安排团体免费共享接送服务。</w:t>
      </w:r>
    </w:p>
    <w:p>
      <w:pPr>
        <w:widowControl/>
      </w:pPr>
      <w:r>
        <w:t>感谢您选择亚洲奥德赛旅游的西藏团体游。期待在您下一次旅程中与您相见！</w:t>
      </w:r>
    </w:p>
    <w:p>
      <w:pPr>
        <w:widowControl/>
      </w:pPr>
      <w:r>
        <w:t>概述：海拔：3650米 | 距离：60公里，车程约1-1.5小时</w:t>
      </w:r>
    </w:p>
    <w:p>
      <w:pPr>
        <w:widowControl/>
      </w:pPr>
      <w:r>
        <w:t>景点：送往机场或火车站出发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14天西藏经典拼团游：冈仁波齐、古格王国与藏北秘境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