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拉萨至加德满都7日陆路团体游，含珠穆朗玛峰（吉隆出境）</w:t>
      </w:r>
    </w:p>
    <w:p>
      <w:pPr>
        <w:widowControl/>
      </w:pPr>
      <w:r>
        <w:t>线路编号：AOT-TGT-G</w:t>
      </w:r>
    </w:p>
    <w:p>
      <w:pPr>
        <w:keepNext/>
        <w:widowControl/>
        <w:spacing w:before="240"/>
      </w:pPr>
      <w:r>
        <w:t>第1天 抵达拉萨（3650米），接送服务与高原适应</w:t>
      </w:r>
    </w:p>
    <w:p>
      <w:pPr>
        <w:widowControl/>
      </w:pPr>
      <w:r>
        <w:t>扎西德勒！欢迎来到西藏自治区首府拉萨！抵达拉萨贡嘎国际机场或拉萨火车站后，我们热情的藏族导游将为您献上哈达（传统白色丝巾），并送上温暖的祝福。（提示：请提前告知我们您的交通方式和抵达时间。）</w:t>
      </w:r>
    </w:p>
    <w:p>
      <w:pPr>
        <w:widowControl/>
      </w:pPr>
      <w:r>
        <w:t>随后，导游和司机将送您前往拉萨市中心的酒店。（提示：机场位于城市东南约60公里处，车程1-1.5小时。）</w:t>
      </w:r>
    </w:p>
    <w:p>
      <w:pPr>
        <w:widowControl/>
      </w:pPr>
      <w:r>
        <w:t>办理入住后，利用当天剩余时间放松休息，适应拉萨的高海拔（3650米）。在开始精彩的西藏之旅前，让身体适应非常重要。</w:t>
      </w:r>
    </w:p>
    <w:p>
      <w:pPr>
        <w:widowControl/>
      </w:pPr>
      <w:r>
        <w:t>拉萨首日实用提醒</w:t>
      </w:r>
    </w:p>
    <w:p>
      <w:pPr>
        <w:widowControl/>
      </w:pPr>
      <w:r>
        <w:t>好好休息，保持平静。这是预防高原反应的最佳方法。</w:t>
      </w:r>
    </w:p>
    <w:p>
      <w:pPr>
        <w:widowControl/>
      </w:pPr>
      <w:r>
        <w:t>避免剧烈活动，第一晚最好不要洗澡，以防感冒。</w:t>
      </w:r>
    </w:p>
    <w:p>
      <w:pPr>
        <w:widowControl/>
      </w:pPr>
      <w:r>
        <w:t>**请勿饮酒。**要多喝水，吃水果，避免油腻大餐。</w:t>
      </w:r>
    </w:p>
    <w:p>
      <w:pPr>
        <w:widowControl/>
      </w:pPr>
      <w:r>
        <w:t>如果您愿意，可以准备草药或氧气补充剂，如红景天、西洋参含片或高原安，以帮助适应。</w:t>
      </w:r>
    </w:p>
    <w:p>
      <w:pPr>
        <w:widowControl/>
      </w:pPr>
      <w:r>
        <w:t>始终遵循当地导游的建议。如果您感到不适，请告知导游并及时就医。</w:t>
      </w:r>
    </w:p>
    <w:p>
      <w:pPr>
        <w:widowControl/>
      </w:pPr>
      <w:r>
        <w:t>概述：海拔：3650米。距离：60公里，约1.5小时车程</w:t>
      </w:r>
    </w:p>
    <w:p>
      <w:pPr>
        <w:widowControl/>
      </w:pPr>
      <w:r>
        <w:t>景点：好好休息以适应海拔</w:t>
      </w:r>
    </w:p>
    <w:p>
      <w:pPr>
        <w:widowControl/>
      </w:pPr>
      <w:r>
        <w:t>交通与活动：自行抵达拉萨；在拉萨期间提供接机服务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拉萨城市游：拉萨传统手工艺艺术中心与色拉寺</w:t>
      </w:r>
    </w:p>
    <w:p>
      <w:pPr>
        <w:widowControl/>
      </w:pPr>
      <w:r>
        <w:t>今天，您将在拉萨传统手工艺艺术中心亲身体验文化活动，并通过在色拉寺观看僧侣辩经，更深入地了解藏传佛教。</w:t>
      </w:r>
    </w:p>
    <w:p>
      <w:pPr>
        <w:widowControl/>
      </w:pPr>
      <w:r>
        <w:t>上午，在拉萨传统手工艺艺术中心感受传统藏族艺术。您可以参与制作藏香、练习藏文书法，并了解传统木版印刷的工艺。</w:t>
      </w:r>
    </w:p>
    <w:p>
      <w:pPr>
        <w:widowControl/>
      </w:pPr>
      <w:r>
        <w:t>藏香通常在佛教仪式和典礼中作为供品焚烧，成分通常包括杜松、檀香、雪松、肉桂、丁香以及多种草药。</w:t>
      </w:r>
    </w:p>
    <w:p>
      <w:pPr>
        <w:widowControl/>
      </w:pPr>
      <w:r>
        <w:t>除了制作藏香，您还可以观看当地工匠演示全过程。工匠会教您藏文书法，并帮助您用藏文写下自己的名字或祝福语。这份作品可以带回家作为纪念。</w:t>
      </w:r>
    </w:p>
    <w:p>
      <w:pPr>
        <w:widowControl/>
      </w:pPr>
      <w:r>
        <w:t>下午，乘车约7公里（20分钟）前往色拉寺参观。色拉寺是西藏格鲁派三大寺之一，在这里您将近距离感受藏传佛教。</w:t>
      </w:r>
    </w:p>
    <w:p>
      <w:pPr>
        <w:widowControl/>
      </w:pPr>
      <w:r>
        <w:t>亮点是僧侣辩经，每天大约15:00至17:00举行（周日除外）。辩经是一种活跃的交流方式，由一名僧侣站立提问，其他僧侣坐着回答。站立僧侣的手势，如拍掌和跺脚，象征着激发智慧，并非攻击行为。您还有机会观看祈祷仪式、参观冥想堂，并了解寺院生活。</w:t>
      </w:r>
    </w:p>
    <w:p>
      <w:pPr>
        <w:widowControl/>
      </w:pPr>
      <w:r>
        <w:t>游览结束后，送您返回拉萨的酒店。</w:t>
      </w:r>
    </w:p>
    <w:p>
      <w:pPr>
        <w:widowControl/>
      </w:pPr>
      <w:r>
        <w:t>概述：海拔：3650米 | 距离：30公里，约50分钟车程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拉萨文化之旅：布达拉宫、大昭寺、八廓街与特色晚餐</w:t>
      </w:r>
    </w:p>
    <w:p>
      <w:pPr>
        <w:widowControl/>
      </w:pPr>
      <w:r>
        <w:t>今天，我们将游览拉萨，参观世界闻名的布达拉宫，这是一处世界遗产，也是50元人民币背面的图案。之后，前往大昭寺，这是一处世界文化遗产，以其辉煌的建筑、文化、艺术和历史而闻名。最后，您将与当地人一起漫步在著名的八廓街，了解藏族人的日常转经生活。</w:t>
      </w:r>
    </w:p>
    <w:p>
      <w:pPr>
        <w:widowControl/>
      </w:pPr>
      <w:r>
        <w:t>上午，首先参观布达拉宫。这是西藏最具标志性的地标，也是历代达赖喇嘛的冬宫（1649-1959年）。</w:t>
      </w:r>
    </w:p>
    <w:p>
      <w:pPr>
        <w:widowControl/>
      </w:pPr>
      <w:r>
        <w:t>从宫门攀登365级石阶到达红宫后，您将抵达世界上海拔最高的古代宫殿，它矗立在海拔3700米处，在此可以欣赏拉萨市的壮丽全景。</w:t>
      </w:r>
    </w:p>
    <w:p>
      <w:pPr>
        <w:widowControl/>
      </w:pPr>
      <w:r>
        <w:t>当您漫步于纪念历代达赖喇嘛的殿堂、佛堂和神圣的圣所时，会被错综复杂的壁画、精美的雕刻、耀眼的珠宝装饰以及空气中弥漫的浓厚宗教氛围所吸引。在布达拉宫内部，可以看到无数藏族朝圣者虔诚地叩拜和祈祷——对许多人来说，参观这座圣地是一生一次的旅程。</w:t>
      </w:r>
    </w:p>
    <w:p>
      <w:pPr>
        <w:widowControl/>
      </w:pPr>
      <w:r>
        <w:t>您的导游还将分享关于吐蕃第33代赞普松赞干布的故事，他最初在7世纪建造布达拉宫，以纪念他与唐朝文成公主的联姻。</w:t>
      </w:r>
    </w:p>
    <w:p>
      <w:pPr>
        <w:widowControl/>
      </w:pPr>
      <w:r>
        <w:t>布达拉宫参观提示：</w:t>
      </w:r>
    </w:p>
    <w:p>
      <w:pPr>
        <w:widowControl/>
      </w:pPr>
      <w:r>
        <w:t>所有游客必须作为导游团队的一部分进入，且宫内停留时间最多为1小时。</w:t>
      </w:r>
    </w:p>
    <w:p>
      <w:pPr>
        <w:widowControl/>
      </w:pPr>
      <w:r>
        <w:t>门票采用实名预约制。需要有效身份证或护照，且预约后7天内不允许重新预订。</w:t>
      </w:r>
    </w:p>
    <w:p>
      <w:pPr>
        <w:widowControl/>
      </w:pPr>
      <w:r>
        <w:t>入场时间由布达拉宫管理处随机分配，无法选择参观时间。</w:t>
      </w:r>
    </w:p>
    <w:p>
      <w:pPr>
        <w:widowControl/>
      </w:pPr>
      <w:r>
        <w:t>旺季期间，您的旅行团可能会被分成更小的子团，有不同的参观时间或导游。</w:t>
      </w:r>
    </w:p>
    <w:p>
      <w:pPr>
        <w:widowControl/>
      </w:pPr>
      <w:r>
        <w:t>宫内严禁拍照。</w:t>
      </w:r>
    </w:p>
    <w:p>
      <w:pPr>
        <w:widowControl/>
      </w:pPr>
      <w:r>
        <w:t>接下来，您的团队将参观大昭寺，这是拉萨的精神中心，拥有1300多年的历史。从远处，您将看到无数虔诚的朝圣者在寺庙前叩拜。停下来片刻，见证这感人的景象和藏传佛教徒坚定不移的信仰。这将是一个触动您灵魂的时刻。</w:t>
      </w:r>
    </w:p>
    <w:p>
      <w:pPr>
        <w:widowControl/>
      </w:pPr>
      <w:r>
        <w:t>据传说，大昭寺由松赞干布为他的两位新娘——中国的文成公主和尼泊尔的尺尊公主而建。大昭寺的名字意为“佛之屋”，寺内供奉着一尊12岁释迦牟尼等身像，这是佛教世界中最神圣的宝物之一。这使得大昭寺成为西藏最神圣的朝圣地。</w:t>
      </w:r>
    </w:p>
    <w:p>
      <w:pPr>
        <w:widowControl/>
      </w:pPr>
      <w:r>
        <w:t>花时间探索寺庙错综复杂的建筑——欣赏色彩斑斓的壁画、华丽的装饰和精美的雕刻，这些展示了藏族工艺的精髓。从二楼，您可以欣赏下方熙熙攘攘的八廓街全景。</w:t>
      </w:r>
    </w:p>
    <w:p>
      <w:pPr>
        <w:widowControl/>
      </w:pPr>
      <w:r>
        <w:t>大昭寺参观提示：</w:t>
      </w:r>
    </w:p>
    <w:p>
      <w:pPr>
        <w:widowControl/>
      </w:pPr>
      <w:r>
        <w:t>参观时间：约1小时。</w:t>
      </w:r>
    </w:p>
    <w:p>
      <w:pPr>
        <w:widowControl/>
      </w:pPr>
      <w:r>
        <w:t>入场需通过“大昭寺预约”微信在7:00至23:59之间实名预约次日门票。预约名额有限，请提前在导游协助下预订。</w:t>
      </w:r>
    </w:p>
    <w:p>
      <w:pPr>
        <w:widowControl/>
      </w:pPr>
      <w:r>
        <w:t>大昭寺是一个活跃的宗教场所。在重要宗教仪式或特殊活动期间，可能会限制进入——感谢您的理解。</w:t>
      </w:r>
    </w:p>
    <w:p>
      <w:pPr>
        <w:widowControl/>
      </w:pPr>
      <w:r>
        <w:t>参观结束后，走到外面的八廓街，这里曾经是环绕寺庙的传统转经道。如今，它是一个热闹的地方，弥漫着香火的气味和朝圣者诵经的声音。您可以在茶馆里品尝酥油茶，穿上藏族服饰拍照，或购买来自西藏、尼泊尔和印度的独特手工艺品和纪念品。</w:t>
      </w:r>
    </w:p>
    <w:p>
      <w:pPr>
        <w:widowControl/>
      </w:pPr>
      <w:r>
        <w:t>AOT特别安排的餐食：</w:t>
      </w:r>
    </w:p>
    <w:p>
      <w:pPr>
        <w:widowControl/>
      </w:pPr>
      <w:r>
        <w:t>晚上，享用由AOT团队特别安排的团体晚餐，包括美味的藏餐或尼泊尔餐。</w:t>
      </w:r>
    </w:p>
    <w:p>
      <w:pPr>
        <w:widowControl/>
      </w:pPr>
      <w:r>
        <w:t>游览结束后，送您返回拉萨的酒店。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拉萨 - 羊卓雍措 - 卡若拉冰川 - 日喀则（370公里，7小时）| 羊卓雍措特色餐</w:t>
      </w:r>
    </w:p>
    <w:p>
      <w:pPr>
        <w:widowControl/>
      </w:pPr>
      <w:r>
        <w:t>今天，您将从拉萨出发，前往西藏第二大城市日喀则，沿途欣赏风景。全程约370公里，车程7小时，途中会停留观赏西藏最壮观的两大自然景观——羊卓雍措和卡若拉冰川。</w:t>
      </w:r>
    </w:p>
    <w:p>
      <w:pPr>
        <w:widowControl/>
      </w:pPr>
      <w:r>
        <w:t>上午驱车约2-3小时（110公里）后，接近岗巴拉山口（海拔4797米）时，请准备好相机。在这里，您可以欣赏到羊卓雍措的壮丽全景，湖水如碧绿丝带在雪山间闪烁。羊卓雍措是西藏四大圣湖之一（与拉姆拉措、玛旁雍措和纳木措齐名），被认为具有精神力量——帮助藏人寻找达赖喇嘛的转世灵童。您还会看到当地人与藏獒、牦牛或穿着传统饰品的山羊合影。</w:t>
      </w:r>
    </w:p>
    <w:p>
      <w:pPr>
        <w:widowControl/>
      </w:pPr>
      <w:r>
        <w:t>亚洲奥德赛旅游特别安排在羊卓雍措的用餐：</w:t>
      </w:r>
    </w:p>
    <w:p>
      <w:pPr>
        <w:widowControl/>
      </w:pPr>
      <w:r>
        <w:t>在羊卓雍措稍作休息，享用亚洲奥德赛旅游特别安排的火锅。新鲜的菜肴，迷人的湖景，让您彻底放松。用餐前后还有时间拍摄美丽的照片。</w:t>
      </w:r>
    </w:p>
    <w:p>
      <w:pPr>
        <w:widowControl/>
      </w:pPr>
      <w:r>
        <w:t>下午，继续驱车约1.5小时（87公里），抵达令人惊叹的卡若拉冰川（海拔5012米）——西藏三大大陆冰川之一，也是电影《红河谷》的拍摄地。冰川背靠乃钦康桑峰（海拔7191米），像一条冰冻的瀑布在公路旁闪耀。您可以在车内欣赏景色，或轻松步行至冰川脚下。在马路对面，欣赏雄伟的雪山卡鲁峰——这个高山仙境中的另一亮点。</w:t>
      </w:r>
    </w:p>
    <w:p>
      <w:pPr>
        <w:widowControl/>
      </w:pPr>
      <w:r>
        <w:t>参观卡若拉冰川的提示：</w:t>
      </w:r>
    </w:p>
    <w:p>
      <w:pPr>
        <w:widowControl/>
      </w:pPr>
      <w:r>
        <w:t>此处海拔约5012米，请缓慢行动，避免过度劳累。</w:t>
      </w:r>
    </w:p>
    <w:p>
      <w:pPr>
        <w:widowControl/>
      </w:pPr>
      <w:r>
        <w:t>公共厕所非常简陋——请做好准备。</w:t>
      </w:r>
    </w:p>
    <w:p>
      <w:pPr>
        <w:widowControl/>
      </w:pPr>
      <w:r>
        <w:t>有些当地人可能会收取小额费用与您或他们的动物合影——拍照前务必确认。</w:t>
      </w:r>
    </w:p>
    <w:p>
      <w:pPr>
        <w:widowControl/>
      </w:pPr>
      <w:r>
        <w:t>之后，驱车约3.5小时（170公里），穿过江孜，沿着宽阔的年楚河谷，经过风景如画的藏族村庄、广阔的青稞田和金色的油菜花田（夏季）。抵达日喀则（海拔3845米）后，入住酒店，好好休息。</w:t>
      </w:r>
    </w:p>
    <w:p>
      <w:pPr>
        <w:widowControl/>
      </w:pPr>
      <w:r>
        <w:t>温馨提示：</w:t>
      </w:r>
    </w:p>
    <w:p>
      <w:pPr>
        <w:widowControl/>
      </w:pPr>
      <w:r>
        <w:t>对于外国和台湾游客，需要在日喀则出入境管理办公室进行登记。您的导游将协助办理，并可能相应调整行程——请遵循他们的指示并配合。</w:t>
      </w:r>
    </w:p>
    <w:p>
      <w:pPr>
        <w:widowControl/>
      </w:pPr>
      <w:r>
        <w:t>概述：海拔：3850米 | 距离：380公里，约7小时车程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用餐：早餐，午餐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日喀则至珠穆朗玛峰：扎什伦布寺、加乌拉山口、绒布寺、珠峰大本营</w:t>
      </w:r>
    </w:p>
    <w:p>
      <w:pPr>
        <w:widowControl/>
      </w:pPr>
      <w:r>
        <w:t>今天上午，团队将首先游览扎什伦布寺，这里是日喀则重要的佛教中心。</w:t>
      </w:r>
    </w:p>
    <w:p>
      <w:pPr>
        <w:widowControl/>
      </w:pPr>
      <w:r>
        <w:t>扎什伦布寺由第一世达赖喇嘛根敦珠巴于1447年创建，他是宗喀巴的弟子。该寺是西藏后藏地区最大的寺院，与哲蚌寺、色拉寺、甘丹寺、拉卜楞寺和塔尔寺并称为格鲁派六大寺。它长期以来是班禅喇嘛的传统驻锡地，班禅喇嘛是藏传佛教中仅次于达赖喇嘛的第二高转世传承。</w:t>
      </w:r>
    </w:p>
    <w:p>
      <w:pPr>
        <w:widowControl/>
      </w:pPr>
      <w:r>
        <w:t>鼎盛时期，寺内有超过5000名僧人，包括3000多个房间、50座附属寺庙以及30个庄园和牧场。如今，当您参观其庞大的殿堂、庭院和阳光下闪耀的金顶建筑群时，仍能感受到它当年的宏伟。</w:t>
      </w:r>
    </w:p>
    <w:p>
      <w:pPr>
        <w:widowControl/>
      </w:pPr>
      <w:r>
        <w:t>扎什伦布寺亮点：</w:t>
      </w:r>
    </w:p>
    <w:p>
      <w:pPr>
        <w:widowControl/>
      </w:pPr>
      <w:r>
        <w:t>参观弥勒（未来佛）殿，其中供奉着一尊宏伟的弥勒佛铜像，由超过115吨铜、250公斤黄金制成，并饰有包括钻石和珍珠在内的1400多颗珍贵宝石。</w:t>
      </w:r>
    </w:p>
    <w:p>
      <w:pPr>
        <w:widowControl/>
      </w:pPr>
      <w:r>
        <w:t>朝拜历代班禅喇嘛的灵塔，这些灵塔用金、银、珊瑚、珍珠、绿松石和丝绸精美制作。</w:t>
      </w:r>
    </w:p>
    <w:p>
      <w:pPr>
        <w:widowControl/>
      </w:pPr>
      <w:r>
        <w:t>欣赏日喀则市的全景和宁静的寺院生活，身着深红色袈裟的僧侣诵经声在殿堂中回荡。</w:t>
      </w:r>
    </w:p>
    <w:p>
      <w:pPr>
        <w:widowControl/>
      </w:pPr>
      <w:r>
        <w:t>参观结束后，团队将从日喀则驱车前往珠穆朗玛峰（珠峰），地球最高峰。沿途，随着您向喜马拉雅山脉攀升，可以欣赏景观的壮丽变化。</w:t>
      </w:r>
    </w:p>
    <w:p>
      <w:pPr>
        <w:widowControl/>
      </w:pPr>
      <w:r>
        <w:t>加乌拉山口——珠峰观景台</w:t>
      </w:r>
    </w:p>
    <w:p>
      <w:pPr>
        <w:widowControl/>
      </w:pPr>
      <w:r>
        <w:t>沿着珠峰路上著名的108道拐，到达加乌拉山口（5210米），也被称为珠峰观景台。在晴朗的日子里，这是地球上少数几个可以看到五座海拔8000米以上的世界最高峰一字排开的地方——珠穆朗玛峰、洛子峰、马卡鲁峰、卓奥友峰和希夏邦马峰。全景令人惊叹，雄伟的雪峰在地平线上绵延不绝。</w:t>
      </w:r>
    </w:p>
    <w:p>
      <w:pPr>
        <w:widowControl/>
      </w:pPr>
      <w:r>
        <w:t>绒布寺——世界最高寺院</w:t>
      </w:r>
    </w:p>
    <w:p>
      <w:pPr>
        <w:widowControl/>
      </w:pPr>
      <w:r>
        <w:t>继续前往绒布寺（5154米），坐落在绒布冰川脚下。它是世界最高寺院，属于藏传佛教宁玛派，僧尼同住。该寺分为新旧两部分——旧部分保存着据信为莲花生大师使用过的冥想洞穴，而新部分则可以看到珠穆朗玛峰北坡的壮丽景色。入口处的白色佛塔和玛尼石是标志性的摄影构图——宁静、神圣、永恒。</w:t>
      </w:r>
    </w:p>
    <w:p>
      <w:pPr>
        <w:widowControl/>
      </w:pPr>
      <w:r>
        <w:t>珠峰大本营——触摸世界之巅</w:t>
      </w:r>
    </w:p>
    <w:p>
      <w:pPr>
        <w:widowControl/>
      </w:pPr>
      <w:r>
        <w:t>珠穆朗玛峰海拔8848米，横跨中国和尼泊尔边境，位于喜马拉雅山脉中段。无尽的冰川、悬冰崖和白雪覆盖的山脊创造出罕见的美感和壮丽景色。</w:t>
      </w:r>
    </w:p>
    <w:p>
      <w:pPr>
        <w:widowControl/>
      </w:pPr>
      <w:r>
        <w:t>然后，前往珠峰大本营（EBC，5200米）——普通旅行者能到达的离世界最高峰最近的点。大本营周围环绕着帐篷旅馆，与珠穆朗玛峰顶的直线距离仅19公里。在这里，您可以真正感受到这座山的威严——高耸、强大、令人谦卑。许多游客称这是一生一次的体验，珠峰的纯粹存在留下难忘的印象。</w:t>
      </w:r>
    </w:p>
    <w:p>
      <w:pPr>
        <w:widowControl/>
      </w:pPr>
      <w:r>
        <w:t>参观珠峰大本营的温馨提示：</w:t>
      </w:r>
    </w:p>
    <w:p>
      <w:pPr>
        <w:widowControl/>
      </w:pPr>
      <w:r>
        <w:t>从珠峰镇（距大本营50公里）出发，旅行者必须换乘环保穿梭巴士前往大本营的最后一段，并于次日以同样方式返回。您的主要司机和车辆不会陪同您——请随身携带所有必需品。</w:t>
      </w:r>
    </w:p>
    <w:p>
      <w:pPr>
        <w:widowControl/>
      </w:pPr>
      <w:r>
        <w:t>珠峰大本营的住宿是帐篷营地（2025年重建），设施有所改善，现在提供双人间和简单的餐厅帐篷。然而，设施仍然基本，有共用卫生间。由于海拔高，物资有限，请予以理解。</w:t>
      </w:r>
    </w:p>
    <w:p>
      <w:pPr>
        <w:widowControl/>
      </w:pPr>
      <w:r>
        <w:t>冬季，如果帐篷营地因天气关闭，团队将住在珠峰镇（或称扎西宗镇）的客栈（带私人卫生间）。</w:t>
      </w:r>
    </w:p>
    <w:p>
      <w:pPr>
        <w:widowControl/>
      </w:pPr>
      <w:r>
        <w:t>海拔和温度可能极端——即使在夏季，夜间温度也可能降至8°C。请穿暖，或在需要时在大本营租用羽绒服。</w:t>
      </w:r>
    </w:p>
    <w:p>
      <w:pPr>
        <w:widowControl/>
      </w:pPr>
      <w:r>
        <w:t>概述：海拔：5100米 | 距离：340公里，约7小时车程</w:t>
      </w:r>
    </w:p>
    <w:p>
      <w:pPr>
        <w:widowControl/>
      </w:pPr>
      <w:r>
        <w:t>景点：4个标志性景点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住宿：珠峰大本营的基础酒店</w:t>
      </w:r>
    </w:p>
    <w:p>
      <w:pPr>
        <w:keepNext/>
        <w:widowControl/>
        <w:spacing w:before="240"/>
      </w:pPr>
      <w:r>
        <w:t>第6天 珠峰大本营、希夏邦马峰、佩枯错湖、吉隆沟、吉隆镇</w:t>
      </w:r>
    </w:p>
    <w:p>
      <w:pPr>
        <w:widowControl/>
      </w:pPr>
      <w:r>
        <w:t>在珠峰大本营清新的晨光中醒来。静静感受珠穆朗玛峰的雄伟与周围喜马拉雅山脉的壮丽。如果愿意，可以清晨进行轻柔的瑜伽或冥想，让身心焕然一新，或在营地周围悠闲漫步，更近距离地欣赏这片非凡景致。</w:t>
      </w:r>
    </w:p>
    <w:p>
      <w:pPr>
        <w:widowControl/>
      </w:pPr>
      <w:r>
        <w:t>提示：若天气允许，可欣赏金顶奇观——地球上最令人屏息的景象之一。最佳观赏季节为春季（4月至5月）和秋季（9月至11月），此时天空通常晴朗。需要早起，短途徒步至观景点，观看白雪覆盖的山峰在晨光中闪耀金光。</w:t>
      </w:r>
    </w:p>
    <w:p>
      <w:pPr>
        <w:widowControl/>
      </w:pPr>
      <w:r>
        <w:t>告别珠穆朗玛峰后，团队将从珠峰大本营出发，沿著名的友谊公路（也称中尼公路）部分路段前往吉隆镇——吉隆口岸所在地。</w:t>
      </w:r>
    </w:p>
    <w:p>
      <w:pPr>
        <w:widowControl/>
      </w:pPr>
      <w:r>
        <w:t>沿途将有机会欣赏雄伟庄严的希夏邦马峰，它位于珠峰附近约120公里处，靠近尼泊尔与西藏边境。希夏邦马峰海拔8027米，是世界第14高峰，也是唯一一座完全位于西藏境内的8000米级山峰。其高耸的山顶、巨大的冰川以及周围郁郁葱葱的山谷和草原，构成真正壮观的景色。</w:t>
      </w:r>
    </w:p>
    <w:p>
      <w:pPr>
        <w:widowControl/>
      </w:pPr>
      <w:r>
        <w:t>路线继续穿越荒凉的迪古塘平原，广袤的沙丘与南面希夏邦马峰和朗塘峰的雪顶形成鲜明对比。离开朋曲盆地后，将下行前往美丽的绿松石色佩枯错湖（海拔4590米），这是日喀则地区最大的湖泊。希夏邦马峰被视为圣山，而山脚下如翡翠般闪耀的佩枯错湖则被视为圣湖，两者相得益彰。</w:t>
      </w:r>
    </w:p>
    <w:p>
      <w:pPr>
        <w:widowControl/>
      </w:pPr>
      <w:r>
        <w:t>在吉隆沟停留，这里的景色从荒凉的高原骤变为葱郁的绿意，让人感受到气候与植被的显著变化。</w:t>
      </w:r>
    </w:p>
    <w:p>
      <w:pPr>
        <w:widowControl/>
      </w:pPr>
      <w:r>
        <w:t>夜宿吉隆镇。</w:t>
      </w:r>
    </w:p>
    <w:p>
      <w:pPr>
        <w:widowControl/>
      </w:pPr>
      <w:r>
        <w:t>概述：海拔：3850米 | 距离：380公里，约8小时车程</w:t>
      </w:r>
    </w:p>
    <w:p>
      <w:pPr>
        <w:widowControl/>
      </w:pPr>
      <w:r>
        <w:t>景点：1处景点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吉隆镇至吉隆口岸出境｜酒店退房与送关</w:t>
      </w:r>
    </w:p>
    <w:p>
      <w:pPr>
        <w:widowControl/>
      </w:pPr>
      <w:r>
        <w:t>今天早餐后，您的拉萨—日喀则—珠峰大本营—加德满都7日陆路拼团游就此结束。</w:t>
      </w:r>
    </w:p>
    <w:p>
      <w:pPr>
        <w:widowControl/>
      </w:pPr>
      <w:r>
        <w:t>您和您的团队将从吉隆镇前往吉隆口岸，导游将协助您办理出境手续，随后您将离开中国。</w:t>
      </w:r>
    </w:p>
    <w:p>
      <w:pPr>
        <w:widowControl/>
      </w:pPr>
      <w:r>
        <w:t>旅行提示：</w:t>
      </w:r>
    </w:p>
    <w:p>
      <w:pPr>
        <w:widowControl/>
      </w:pPr>
      <w:r>
        <w:t>樟木口岸目前主要承担货运功能，吉隆口岸则是主要的旅游口岸。中尼友谊公路全长800公里，是一条风景路线，连接西藏首府拉萨与中尼边境的中尼友谊桥，该桥位于樟木和科达里之间。</w:t>
      </w:r>
    </w:p>
    <w:p>
      <w:pPr>
        <w:widowControl/>
      </w:pPr>
      <w:r>
        <w:t>感谢您选择亚洲奥德赛旅游的西藏拼团游。我们期待在您的下一次旅程中再次欢迎您！</w:t>
      </w:r>
    </w:p>
    <w:p>
      <w:pPr>
        <w:widowControl/>
      </w:pPr>
      <w:r>
        <w:t>概述：海拔：4200米</w:t>
      </w:r>
    </w:p>
    <w:p>
      <w:pPr>
        <w:widowControl/>
      </w:pPr>
      <w:r>
        <w:t>景点：酒店退房与送关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拉萨至加德满都7日陆路团体游，含珠穆朗玛峰（吉隆出境）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