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Amazing G318: 10 Days Sichuan Tibet Epic Overland Tour in Small Group</w:t>
      </w:r>
    </w:p>
    <w:p>
      <w:pPr>
        <w:widowControl/>
      </w:pPr>
      <w:r>
        <w:t>Product code: AOT-TGT-H1</w:t>
      </w:r>
    </w:p>
    <w:p>
      <w:pPr>
        <w:keepNext/>
        <w:widowControl/>
        <w:spacing w:before="240"/>
      </w:pPr>
      <w:r>
        <w:t>Day 1 Chengdu Arrival | Head to the Hotel for Accommodation</w:t>
      </w:r>
    </w:p>
    <w:p>
      <w:pPr>
        <w:widowControl/>
      </w:pPr>
      <w:r>
        <w:t>Welcome to Chengdu, the Hometown of Giant Pandas! The rest of today is yours to relax in panda city on your own.</w:t>
      </w:r>
    </w:p>
    <w:p>
      <w:pPr>
        <w:widowControl/>
      </w:pPr>
      <w:r>
        <w:t>Arrival Ideas:</w:t>
      </w:r>
    </w:p>
    <w:p>
      <w:pPr>
        <w:widowControl/>
      </w:pPr>
      <w:r>
        <w:t>Chengdu is well connected by air and high-speed rail. There are two airports - Chengdu Shuangliu International Airport and Chengdu Tianfu International Airport operating many international and domestic airlines. Travelers can go to Chengdu by air from most cities in China, like Hong Kong, Beijing, Shanghai, Guangzhou, Xian, Guilin, Hangzhou, Kunming, Lhasa, Lanzhou, Wuhan, Xiamen, Guiyang, Chongqing… In addition, travelers can take high speed train to Chengdu from Xian (3-4 hours), Chongqing (1.5-2 hours), Guiyang (3.5-4.5 hours), Kunming (6-6.5 hours), etc.</w:t>
      </w:r>
    </w:p>
    <w:p>
      <w:pPr>
        <w:widowControl/>
      </w:pPr>
      <w:r>
        <w:t>Free Time Ideas:</w:t>
      </w:r>
    </w:p>
    <w:p>
      <w:pPr>
        <w:widowControl/>
      </w:pPr>
      <w:r>
        <w:t>On this day, you have the flexibility to arrange your schedule and make your way to Chengdu.</w:t>
      </w:r>
    </w:p>
    <w:p>
      <w:pPr>
        <w:widowControl/>
      </w:pPr>
      <w:r>
        <w:t>For those who arrive in Chengdu in the morning, you can visit the center of Chengdu, Chunxi Road, and the thousand-year-old ancient temple, Daci Temple. You can also check out the Chinese and Western architecture of Taikoo Li and the IFS Panda Climbing Wall.</w:t>
      </w:r>
    </w:p>
    <w:p>
      <w:pPr>
        <w:widowControl/>
      </w:pPr>
      <w:r>
        <w:t>For those who arrive in Chengdu in the afternoon, you can head to Jinli Old Street and Kuanzhai Alley to experience the most leisurely and comfortable slow life in Chengdu. Alternatively, you can visit Xiaojiuguan (小酒馆), the tavern mentioned in Zhao Lei's song "Chengdu", and have a memorable experience.</w:t>
      </w:r>
    </w:p>
    <w:p>
      <w:pPr>
        <w:widowControl/>
      </w:pPr>
      <w:r>
        <w:t>Important Notes:</w:t>
      </w:r>
    </w:p>
    <w:p>
      <w:pPr>
        <w:widowControl/>
      </w:pPr>
      <w:r>
        <w:t>The gathering day is for independent exploration and is not part of the formal itinerary. Please pay attention to your personal and property safety during this time. Insurance is not included for the gathering day.</w:t>
      </w:r>
    </w:p>
    <w:p>
      <w:pPr>
        <w:widowControl/>
      </w:pPr>
      <w:r>
        <w:t>Go to the gathering hotel and report your "name" to get the room. The room rate has been paid, and the deposit is paid by yourself. The check-in time is generally after 14:00 on the day of the gathering. If you arrive early and the hotel room is not cleaned up and cannot be checked in, you can temporarily store your luggage at the front desk and go for a free tour around the city center;</w:t>
      </w:r>
    </w:p>
    <w:p>
      <w:pPr>
        <w:widowControl/>
      </w:pPr>
      <w:r>
        <w:t>The team leader or driver will notify the team members of the departure time the next day before 21:00 on the gathering day. If you have not received the notification from the team leader or driver by 21:00, please contact the customer service to confirm;</w:t>
      </w:r>
    </w:p>
    <w:p>
      <w:pPr>
        <w:widowControl/>
      </w:pPr>
      <w:r>
        <w:t>We recommend that team members purchase travel supplies such as snacks, side dishes, and medicines in the city center after arriving in Chengdu on the gathering day.</w:t>
      </w:r>
    </w:p>
    <w:p>
      <w:pPr>
        <w:widowControl/>
      </w:pPr>
      <w:r>
        <w:t>Overview: Altitude: 500m</w:t>
      </w:r>
    </w:p>
    <w:p>
      <w:pPr>
        <w:widowControl/>
      </w:pPr>
      <w:r>
        <w:t>Attractions: Have a good rest and explore on your own</w:t>
      </w:r>
    </w:p>
    <w:p>
      <w:pPr>
        <w:widowControl/>
      </w:pPr>
      <w:r>
        <w:t>Transport and activities: please head to the designated hotel in Chengdu by yourself</w:t>
      </w:r>
    </w:p>
    <w:p>
      <w:pPr>
        <w:widowControl/>
      </w:pPr>
      <w:r>
        <w:t>Accommodation: Comfortable</w:t>
      </w:r>
    </w:p>
    <w:p>
      <w:pPr>
        <w:keepNext/>
        <w:widowControl/>
        <w:spacing w:before="240"/>
      </w:pPr>
      <w:r>
        <w:t>Day 2 Chengdu - Kangding - Zheduo Mountain Pass - Xinduqiao - Yajiang</w:t>
      </w:r>
    </w:p>
    <w:p>
      <w:pPr>
        <w:widowControl/>
      </w:pPr>
      <w:r>
        <w:t>After breakfast, drive west from Chengdu towards Western Sichuan, passing through the world-famous "Rainy City," Ya'an. Take the Yakang Expressway, cross the Erlang Mountain Tunnel, and arrive in Kangding, the capital of the Garze Tibetan Autonomous Prefecture, which is famously mentioned in the "Kangding Love Song".</w:t>
      </w:r>
    </w:p>
    <w:p>
      <w:pPr>
        <w:widowControl/>
      </w:pPr>
      <w:r>
        <w:t>After that, you will pass through Zheduo Mountain Pass, which sits at an altitude of 4,298 meters. The name Zheduo Mountain derives from its steep terrain and the unique winding road that features "nine bends and eighteen turns." Known as the "first pass of Kham," crossing Zheduo Mountain marks the official entry into the Kham Tibetan region. Furthermore, the Zheduo Mountain Pass serves as the initial pass on the Sichuan-Tibet Highway to reach an altitude exceeding 4,000 meters, signifying the transition from the Sichuan Basin and the Dadu River Valley to the western plateau of Sichuan. On clear days, you can catch a glimpse of the magnificent Gongga Mountain, also referred to as the "King of Shu Mountains", towering at an elevation of 7,508 meters, from this vantage point.</w:t>
      </w:r>
    </w:p>
    <w:p>
      <w:pPr>
        <w:widowControl/>
      </w:pPr>
      <w:r>
        <w:t>Continuing your journey, you will drive to Xinduqiao, situated in the western part of Kangding City, Garze Tibetan Autonomous Prefecture, at an altitude of approximately 3,460 meters. Although not officially designated as a scenic area, Xinduqiao is often called the "Photographer's Corridor." It is renowned for its enchanting lighting, vast grasslands, numerous streams, undulating mountain ranges, scattered Tibetan villages, and tranquil scenes of grazing cattle and sheep.</w:t>
      </w:r>
    </w:p>
    <w:p>
      <w:pPr>
        <w:widowControl/>
      </w:pPr>
      <w:r>
        <w:t>After enjoying the captivating views in Xinduqiao, you will proceed to Yajiang County for your accommodation.</w:t>
      </w:r>
    </w:p>
    <w:p>
      <w:pPr>
        <w:widowControl/>
      </w:pPr>
      <w:r>
        <w:t>Important Notes:</w:t>
      </w:r>
    </w:p>
    <w:p>
      <w:pPr>
        <w:widowControl/>
      </w:pPr>
      <w:r>
        <w:t>We will choose one of the two roads, S434 Airport Road (Honghai Lake) or G318 (Zhedoshan), depending on the time available for sightseeing and the road conditions;</w:t>
      </w:r>
    </w:p>
    <w:p>
      <w:pPr>
        <w:widowControl/>
      </w:pPr>
      <w:r>
        <w:t>It is recommended not to take a bath for 3 days before going to the plateau to avoid catching a cold and causing altitude sickness, which will affect the whole trip.</w:t>
      </w:r>
    </w:p>
    <w:p>
      <w:pPr>
        <w:widowControl/>
      </w:pPr>
      <w:r>
        <w:t>The water and electricity supply in the Tibetan area is insufficient, and there may be occasional water and power outages. Please bring your own wet wipes and flashlights. The water temperature for bathing may be unstable, or there may be water outages during the bathing process. Therefore, you should bathe quickly. It is best to bathe after you have fully adapted to the Tibetan area.</w:t>
      </w:r>
    </w:p>
    <w:p>
      <w:pPr>
        <w:widowControl/>
      </w:pPr>
      <w:r>
        <w:t>Overview: Altitude: 500m-4298m-2600m | Distance: 400km, about 7 hours’ drive</w:t>
      </w:r>
    </w:p>
    <w:p>
      <w:pPr>
        <w:widowControl/>
      </w:pPr>
      <w:r>
        <w:t>Attractions: 4 Places</w:t>
      </w:r>
    </w:p>
    <w:p>
      <w:pPr>
        <w:widowControl/>
      </w:pPr>
      <w:r>
        <w:t>Transport and activities: Coach</w:t>
      </w:r>
    </w:p>
    <w:p>
      <w:pPr>
        <w:widowControl/>
      </w:pPr>
      <w:r>
        <w:t>Meals: Breakfast</w:t>
      </w:r>
    </w:p>
    <w:p>
      <w:pPr>
        <w:widowControl/>
      </w:pPr>
      <w:r>
        <w:t>Accommodation: Comfortable</w:t>
      </w:r>
    </w:p>
    <w:p>
      <w:pPr>
        <w:keepNext/>
        <w:widowControl/>
        <w:spacing w:before="240"/>
      </w:pPr>
      <w:r>
        <w:t>Day 3 Yajiang - 18 Bends - Litang Letong Ancient Town - Maoya Grassland - Sister Lake - Cuopu Valley</w:t>
      </w:r>
    </w:p>
    <w:p>
      <w:pPr>
        <w:widowControl/>
      </w:pPr>
      <w:r>
        <w:t>After breakfast, we leave Yajiang by car, experiencing the thrilling climb of the "Heaven Road's Eighteen Bends". We'll navigate the "Scissors Bend Tunnel" and then cross the "Kazi La Mountain" (4,718 meters) to reach Litaung, the hometown of Dingzhen. This place boasts magnificent scenery, and the 6th Dalai Lama, Tsangyang Gyatso, once expressed his longing for Litaung in a poem: "Oh, white crane, please lend me your wings. I won't fly far, just to visit Litaung..."</w:t>
      </w:r>
    </w:p>
    <w:p>
      <w:pPr>
        <w:widowControl/>
      </w:pPr>
      <w:r>
        <w:t>Our next stop is the "Letong Ancient Town and Qianhu Tibetan Village", featured in the promotional video of "Dingzhen's World." This world's largest traditional Tibetan village community boasts over 4,000 traditional houses, making it a perfect place to explore Tibetan culture and the Kangba style. Following our tour guide's explanations, we'll visit the "318 Memory Weibo Museum," "Kangba People Weibo Museum," "Rengang Ancient House (the birthplace of thirteen respected living Buddhas)," and the "Tsangyang Gyatso Weibo Museum." You might even have a chance to meet Dingzhen!</w:t>
      </w:r>
    </w:p>
    <w:p>
      <w:pPr>
        <w:widowControl/>
      </w:pPr>
      <w:r>
        <w:t>Next, we head to the Changqingchun Ke'er Temple, the oldest and largest Gelug Yellow Sect Tibetan Buddhist temple in the Kangba region, where we'll learn about its legendary stories.</w:t>
      </w:r>
    </w:p>
    <w:p>
      <w:pPr>
        <w:widowControl/>
      </w:pPr>
      <w:r>
        <w:t>After the tour, our journey continues. We'll pass by the Wuliang River and cross the "Rabbit Ear Mountain" (4,696 meters), resembling the shape of a rabbit. We'll also pass by the Haizi Mountain Nature Reserve (altitude: 4,500 meters), home to the Daocheng ancient glacier site, the largest on the Qinghai-Tibet Plateau. As we enjoy music inside the car, we can admire the magnificent scenery of the Maoyan Prairie. From June to August, the vast grassland bursts into life with wildflowers like Bangjinmeiduo, Gesanghua, and countless others, creating a splendid world of color.</w:t>
      </w:r>
    </w:p>
    <w:p>
      <w:pPr>
        <w:widowControl/>
      </w:pPr>
      <w:r>
        <w:t>On Haizi Mountain lie the Sister Lakes, two pools of azure serenity nestled close together. Each breath seems to carry their captivating tranquility. Like precious gems nestled in the desolate mountains, they appear as if the compassion of the gods has crystallized into tears. Pure and flawless, they are inviting and delightful.</w:t>
      </w:r>
    </w:p>
    <w:p>
      <w:pPr>
        <w:widowControl/>
      </w:pPr>
      <w:r>
        <w:t>Continuing our journey and enjoying the roadside attractions, we'll soon reach the Sichuan border in Batang.</w:t>
      </w:r>
    </w:p>
    <w:p>
      <w:pPr>
        <w:widowControl/>
      </w:pPr>
      <w:r>
        <w:t>Special Reminders:</w:t>
      </w:r>
    </w:p>
    <w:p>
      <w:pPr>
        <w:widowControl/>
      </w:pPr>
      <w:r>
        <w:t>Altitude Acclimatization: Having acclimated to the higher altitudes over the past few days, today's journey will take us further into the high-altitude region. To prevent altitude sickness, our company has portable oxygen tanks available on board for emergency use.</w:t>
      </w:r>
    </w:p>
    <w:p>
      <w:pPr>
        <w:widowControl/>
      </w:pPr>
      <w:r>
        <w:t>Accommodation: Depending on factors such as season, road conditions, and room availability, we will arrange accommodation at either the Zopugou Valley entrance or within the Zopugou Scenic Area. If rooms are fully booked during peak season, we will arrange alternative accommodations in Batang County.</w:t>
      </w:r>
    </w:p>
    <w:p>
      <w:pPr>
        <w:widowControl/>
      </w:pPr>
      <w:r>
        <w:t>Overview: Altitude: 2,600m - 4,014m - 3,300m | Distance: 250km, about 6 hours’ drive</w:t>
      </w:r>
    </w:p>
    <w:p>
      <w:pPr>
        <w:widowControl/>
      </w:pPr>
      <w:r>
        <w:t>Attractions: 4 Sites</w:t>
      </w:r>
    </w:p>
    <w:p>
      <w:pPr>
        <w:widowControl/>
      </w:pPr>
      <w:r>
        <w:t>Transport and activities: Coach</w:t>
      </w:r>
    </w:p>
    <w:p>
      <w:pPr>
        <w:widowControl/>
      </w:pPr>
      <w:r>
        <w:t>Meals: Breakfast</w:t>
      </w:r>
    </w:p>
    <w:p>
      <w:pPr>
        <w:widowControl/>
      </w:pPr>
      <w:r>
        <w:t>Accommodation: Comfortable</w:t>
      </w:r>
    </w:p>
    <w:p>
      <w:pPr>
        <w:keepNext/>
        <w:widowControl/>
        <w:spacing w:before="240"/>
      </w:pPr>
      <w:r>
        <w:t>Day 4 Cuopu Valley - Markam County</w:t>
      </w:r>
    </w:p>
    <w:p>
      <w:pPr>
        <w:widowControl/>
      </w:pPr>
      <w:r>
        <w:t>After breakfast, we set off for Cuopu Valley, a paradise nestled along the G318 Sichuan-Tibet Highway. This enchanting valley encapsulates the very essence of the Tibetan Plateau's beauty, boasting snow-capped mountains, vast grasslands, lush forests, serene lakes, and sacred temples.</w:t>
      </w:r>
    </w:p>
    <w:p>
      <w:pPr>
        <w:widowControl/>
      </w:pPr>
      <w:r>
        <w:t>Upon reaching the visitor center, we'll transfer to scenic area shuttle buses. Our first stop is Yaso Monastery, a Nyingma sect Tibetan Buddhist monastery that stands out amidst the verdant landscape with its vibrant red architecture.</w:t>
      </w:r>
    </w:p>
    <w:p>
      <w:pPr>
        <w:widowControl/>
      </w:pPr>
      <w:r>
        <w:t>Next, we'll venture to the Zopugou Hot Spring Group, renowned as the "Crown Jewel of Sichuan's Geothermal Resources." Within a 1.5-kilometer-long and 300-meter-wide area, over 150 hot springs and geysers bubble forth, reaching temperatures exceeding 85°C. Here, you'll have the opportunity to savor a unique culinary experience: delicious hot spring-boiled eggs.</w:t>
      </w:r>
    </w:p>
    <w:p>
      <w:pPr>
        <w:widowControl/>
      </w:pPr>
      <w:r>
        <w:t>Our journey continues to Zhangde Grassland, once hailed as the "Most Beautiful High-Altitude Cold Grassland in Western Sichuan" by China National Geographic magazine. As far as the eye can see, the majestic Zajin Jiapo Sacred Mountain looms in the distance.</w:t>
      </w:r>
    </w:p>
    <w:p>
      <w:pPr>
        <w:widowControl/>
      </w:pPr>
      <w:r>
        <w:t>We then arrive at the first sacred lake of the Kangba region - Cuopu Lake. Its shimmering surface reflects the vibrant hues of wildflowers that bloom along the lake's edge during the summer months, creating a breathtaking spectacle.</w:t>
      </w:r>
    </w:p>
    <w:p>
      <w:pPr>
        <w:widowControl/>
      </w:pPr>
      <w:r>
        <w:t>Finally, we'll check off Cuopu Monastery, Kangzhula Tso Lake, and Zhima Yong Tso Lake, a pair of emerald sister lakes that resemble exquisite jade stones. These captivating lakes are not to be missed, as they embody the very essence of Zopugou's beauty.</w:t>
      </w:r>
    </w:p>
    <w:p>
      <w:pPr>
        <w:widowControl/>
      </w:pPr>
      <w:r>
        <w:t>If fortune smiles upon you during your exploration of the scenic area, you might encounter the adorable marmots, engaging in a delightful interaction with these charming creatures, a testament to the harmony between humans and nature.</w:t>
      </w:r>
    </w:p>
    <w:p>
      <w:pPr>
        <w:widowControl/>
      </w:pPr>
      <w:r>
        <w:t>Exiting the scenic area, we'll pass through Zhubalong and cross the Jinsha River Bridge, entering the Tibet region before arriving at our final destination for the evening: Mangkam.</w:t>
      </w:r>
    </w:p>
    <w:p>
      <w:pPr>
        <w:widowControl/>
      </w:pPr>
      <w:r>
        <w:t>Overview: Altitude: 3,300m - 4,100m - 3,800m | Distance: 155km, about 4.5 hours’ drive</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5 Mangkam County - Dongda Mountain - Zuogong - Nujiang - Basu County</w:t>
      </w:r>
    </w:p>
    <w:p>
      <w:pPr>
        <w:widowControl/>
      </w:pPr>
      <w:r>
        <w:t>On this day, you will enjoy a scenic drive from Mangkam County to Basu, with the opportunity to explore some remarkable attractions along the way.</w:t>
      </w:r>
    </w:p>
    <w:p>
      <w:pPr>
        <w:widowControl/>
      </w:pPr>
      <w:r>
        <w:t>First, you will pass through the main gate of Mangkang County and ascend along the road to cross the Lawa Mountain Pass, which stands at an elevation of 4,376 meters.</w:t>
      </w:r>
    </w:p>
    <w:p>
      <w:pPr>
        <w:widowControl/>
      </w:pPr>
      <w:r>
        <w:t>Continuing on your journey, you will come across Dongda Mountain, located within the Zogang Line in Tibet. Recent measurements indicate that the actual elevation of Dongda Mountain Pass is 5,130 meters, making it the highest pass on the South Sichuan-Tibet Highway. During the summer months, you'll be treated to the sight of lush green grassy meadows and herds of yaks, creating a truly picturesque landscape.</w:t>
      </w:r>
    </w:p>
    <w:p>
      <w:pPr>
        <w:widowControl/>
      </w:pPr>
      <w:r>
        <w:t>As you venture further, you'll encounter the expansive Bangda Grassland, which stretches over 80 kilometers in length and spans approximately 20 kilometers in width. Known for its flat terrain and fertile pastures, this grassland is highly suitable for animal husbandry and is considered one of the finest natural grasslands in Tibet. Don't miss the chance to visit the observation deck at an elevation of 4,444 meters, offering breathtaking views of winding rivers and vast grasslands.</w:t>
      </w:r>
    </w:p>
    <w:p>
      <w:pPr>
        <w:widowControl/>
      </w:pPr>
      <w:r>
        <w:t>Lastly, you'll experience the famous Nujiang 72 Turns, a winding mountain road situated at an elevation of 4,618 meters on the Sichuan-Tibet Highway. This road crosses the Nujiang River and features steep slopes and challenging paths. The altitude drops from 3,100 meters at its lowest point to 4,651 meters at the highest point of Yela Mountain Pass, resulting in a total altitude difference of 1,551 meters over a distance of approximately 12 kilometers.</w:t>
      </w:r>
    </w:p>
    <w:p>
      <w:pPr>
        <w:widowControl/>
      </w:pPr>
      <w:r>
        <w:t>Finally, you'll arrive in Basu County, where you will find accommodations for the night.</w:t>
      </w:r>
    </w:p>
    <w:p>
      <w:pPr>
        <w:widowControl/>
      </w:pPr>
      <w:r>
        <w:t>Overview: Altitude: 3,260m | Distance: 360km, about 8 hours’ drive</w:t>
      </w:r>
    </w:p>
    <w:p>
      <w:pPr>
        <w:widowControl/>
      </w:pPr>
      <w:r>
        <w:t>Attractions: 3 Places</w:t>
      </w:r>
    </w:p>
    <w:p>
      <w:pPr>
        <w:widowControl/>
      </w:pPr>
      <w:r>
        <w:t>Transport and activities: Coach</w:t>
      </w:r>
    </w:p>
    <w:p>
      <w:pPr>
        <w:widowControl/>
      </w:pPr>
      <w:r>
        <w:t>Meals: Breakfast</w:t>
      </w:r>
    </w:p>
    <w:p>
      <w:pPr>
        <w:widowControl/>
      </w:pPr>
      <w:r>
        <w:t>Accommodation: Comfortable</w:t>
      </w:r>
    </w:p>
    <w:p>
      <w:pPr>
        <w:keepNext/>
        <w:widowControl/>
        <w:spacing w:before="240"/>
      </w:pPr>
      <w:r>
        <w:t>Day 6 Basu County - Ranwu Lake - Midui Gracier - Bomi County</w:t>
      </w:r>
    </w:p>
    <w:p>
      <w:pPr>
        <w:widowControl/>
      </w:pPr>
      <w:r>
        <w:t>After breakfast, drive along the G318 National Highway and spend your time visiting Ranwu Lake, also known as Rakwa Tso. This stunning glacial lake is located in the eastern part of the Tibet Autonomous Region, China. It sits at an altitude of 3,850 meters (12,630 feet) and is surrounded by snow-capped mountains, lush meadows, and dense forests.</w:t>
      </w:r>
    </w:p>
    <w:p>
      <w:pPr>
        <w:widowControl/>
      </w:pPr>
      <w:r>
        <w:t>The lake is fed by glaciers and meltwater from the surrounding mountains, and its crystal-clear waters reflect the beauty of the landscape. Ranwu Lake is a popular destination for travelers who come to enjoy the scenery, hike in the mountains, and experience the unique culture of Tibet. In Tibetan, it is known as Rannu Co, with "Co" meaning "lake" in the Tibetan language. The lake is adorned with green grass and crops along its shores, while the mountainsides are covered in dense forests, creating breathtakingly beautiful scenery.</w:t>
      </w:r>
    </w:p>
    <w:p>
      <w:pPr>
        <w:widowControl/>
      </w:pPr>
      <w:r>
        <w:t>Later, continue driving another 47 kilometers to visit Midui Glacier. It is located approximately 100 kilometers east of Bomi County in Nyingchi Prefecture. This glacier is notable for being one of the lowest-lying glaciers in the world, with its snowline at around 4,600 meters. It has been recognized as one of the six most beautiful glaciers in China by China National Geography Magazine. The glacier boasts stunning icefalls, a giant ice basin, and a harmonious coexistence with surrounding mountains, forests, lakes, and villages. Take the eco-bus to explore the glacier's beauty up close, observing the unique formations, ice structures, and surrounding landscapes.</w:t>
      </w:r>
    </w:p>
    <w:p>
      <w:pPr>
        <w:widowControl/>
      </w:pPr>
      <w:r>
        <w:t>After the tour, drive to Bomi County for your accommodation.</w:t>
      </w:r>
    </w:p>
    <w:p>
      <w:pPr>
        <w:widowControl/>
      </w:pPr>
      <w:r>
        <w:t>Overview: Altitude: 2,750m | Distance: 360km, about 6 hours’ drive</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7 Bomi County - Lulang Town (Featured Tibetan Cultural Activities) - Segrila Pass - Nyingchi</w:t>
      </w:r>
    </w:p>
    <w:p>
      <w:pPr>
        <w:widowControl/>
      </w:pPr>
      <w:r>
        <w:t>On this day, you will drive from Bomi County to Nyingchi. On the way, your first stop will be Guxiang Lake in Bomi. Located along the G318 National Highway, the lake features a small island at its center. The surroundings are serene, with smooth and tranquil stones lining the beach. The lake's water is crystal-clear, reflecting the sky, snow-capped mountains, and other natural scenery, creating a breathtakingly beautiful picture.</w:t>
      </w:r>
    </w:p>
    <w:p>
      <w:pPr>
        <w:widowControl/>
      </w:pPr>
      <w:r>
        <w:t>As you continue the drive, you will pass through Tongmai Bridge before arriving in Lulang Town. This town, situated at an elevation of 3,700 meters, is renowned for its stunning natural scenery, lush forests, and vibrant Tibetan culture. Often referred to as the "Little Switzerland of Tibet," Lulang is famous for its alpine landscapes and idyllic charm.</w:t>
      </w:r>
    </w:p>
    <w:p>
      <w:pPr>
        <w:widowControl/>
      </w:pPr>
      <w:r>
        <w:t>For lunch, your group will savor the delicious Lulang Stone Pot Chicken. The unique stone pot, crafted from rare materials, is the pride of the dish. Each pot is prepared with Tibetan free-range chicken and enhanced with ingredients like finger ginseng and gastrodia (a type of medicinal herb).</w:t>
      </w:r>
    </w:p>
    <w:p>
      <w:pPr>
        <w:widowControl/>
      </w:pPr>
      <w:r>
        <w:t>Afterward, you will visit a small Tibetan village, passing through picturesque pastoral landscapes along the way. The lush greenery, grazing cattle and sheep, roaming chickens and dogs, crisscrossing fences, and patchwork fields perfectly showcase the idyllic beauty of Nyingchi. In the village, the Tibetan hosts will warmly welcome your group with a ceremonial Hada. You will then have the opportunity to immerse yourself in authentic Tibetan experiences, such as drinking butter tea, making Tsampa (roasted barley flour), horseback riding, and archery. For those who appreciate Tibetan culture, this is an experience not to be missed. Additionally, we have prepared beautiful Tibetan costumes for you to wear and take memorable photos.</w:t>
      </w:r>
    </w:p>
    <w:p>
      <w:pPr>
        <w:widowControl/>
      </w:pPr>
      <w:r>
        <w:t>Later, drive to Segrila Pass, located 48 kilometers away. Segrila Pass is renowned as one of the highest road passes in Nyingchi, standing at an impressive elevation of 4,768 meters. Situated on the southeastern edge of the Nyainqentanglha Range, it offers awe-inspiring panoramic views of the surrounding snow-capped peaks. Among these majestic peaks, you will witness the remarkable sight of Mount Namche Barwa, the highest mountain in the eastern Himalayas. Mount Namche Barwa, towering at an incredible elevation of 7,782 meters, is celebrated for its breathtaking beauty and is widely regarded as one of the most awe-inspiring peaks in the region. Its surroundings are adorned with deep gorges and dense forests, which only add to its majestic allure. At Segrila Pass, you will have ample time to take in the stunning panoramic views.</w:t>
      </w:r>
    </w:p>
    <w:p>
      <w:pPr>
        <w:widowControl/>
      </w:pPr>
      <w:r>
        <w:t>And then, cross Segrila Pass, descend all the way to the Niyang River (Nyang Chu), where you can enjoy the stunning river valley scenery. Then, you will arrive in Nyingchi.</w:t>
      </w:r>
    </w:p>
    <w:p>
      <w:pPr>
        <w:widowControl/>
      </w:pPr>
      <w:r>
        <w:t>Stay overnight in Nyingchi for accommodation.</w:t>
      </w:r>
    </w:p>
    <w:p>
      <w:pPr>
        <w:widowControl/>
      </w:pPr>
      <w:r>
        <w:t>Overview: Altitude: 3,000m | Distance: 240km, about 5-6 hours’ drive</w:t>
      </w:r>
    </w:p>
    <w:p>
      <w:pPr>
        <w:widowControl/>
      </w:pPr>
      <w:r>
        <w:t>Attractions: 2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8 Nyingchi - Basumtso Lake - Lhasa</w:t>
      </w:r>
    </w:p>
    <w:p>
      <w:pPr>
        <w:widowControl/>
      </w:pPr>
      <w:r>
        <w:t>After breakfast, you and your group will embark on a scenic journey from Nyingchi to Basumtso Lake (altitude: 3538 meters), a mesmerizing alpine oasis also known as Basong Tso Lake or Dragsum Tso Lake. Nestled in the heart of Gongbo'gyamda County, Nyingchi Prefecture, this ethereal gem beckons with its celestial allure. Basumtso Lake, aptly named "Green Water Lake" in Tibetan, unveils its splendor through pristine turquoise waters that mirror the majestic snow-capped peaks encircling its shores. As a national forest park and a distinguished 5A scenic area, it unveils a kaleidoscope of ever-changing landscapes throughout the day, each more enchanting than the last. Basumtso Lake holds profound spiritual significance for followers of Tibetan Buddhism, particularly those who embrace the Nyingma sect. It is revered as the dwelling place of the sacred spirits of Guru Rinpoche and Gesar King, revered figures woven into the tapestry of Tibetan mythology. The path leading to the lake winds through idyllic valleys and alongside majestic mountains, an awe-inspiring passage that prepares the soul for the breathtaking beauty that awaits.</w:t>
      </w:r>
    </w:p>
    <w:p>
      <w:pPr>
        <w:widowControl/>
      </w:pPr>
      <w:r>
        <w:t>Upon arrival, surrender to the captivating serenity that envelops the lake, immersing yourself in its tranquil ambiance and celestial charm. A visit to Tashi Island, a small islet nestled within Basumtso Lake, is an absolute must. This sacred haven holds deep significance for Tibetan Buddhists and is home to Tsozong Monastery, a humble yet profoundly meaningful Buddhist sanctuary. With origins dating back to the 17th century, this spiritual haven preserves invaluable relics of the faith. Take a leisurely hike around the island, a path that meanders through spellbinding vistas of the lake and its majestic mountain guardians. As you traverse the island in harmonious synchrony, you will encounter the legendary Peach Embracing Pine, remnants of the ancient water burial platform, and the awe-inspiring "Letter Tree" adorned with naturally formed Tibetan letters on its delicate leaves. Don't forget to pay reverence to the sacred well, an oasis where timeless traditions and spiritual connection intertwine. After this captivating experience, venture towards the enchanting embrace of Jieba Village - a realm straight out of a fairytale. This idyllic hamlet offers an unparalleled vantage point to behold the magnificence of Basumtso Lake and the regal snow-crowned peaks affectionately known as the "King's Throne" and "Burning Flame." The village, gracefully inhabited by a close-knit community of traditional Tibetan families, provides a gateway to immerse yourself in the rich tapestry of Tibetan culture.</w:t>
      </w:r>
    </w:p>
    <w:p>
      <w:pPr>
        <w:widowControl/>
      </w:pPr>
      <w:r>
        <w:t>After visiting Basumtso Lake, it is time to drive to Lhasa. The journey back will take approximately 5-6 hours.</w:t>
      </w:r>
    </w:p>
    <w:p>
      <w:pPr>
        <w:widowControl/>
      </w:pPr>
      <w:r>
        <w:t>Overview: Altitude: 3,650m | Distance: 480km, about 7 hours’ drive</w:t>
      </w:r>
    </w:p>
    <w:p>
      <w:pPr>
        <w:widowControl/>
      </w:pPr>
      <w:r>
        <w:t>Attractions: 1 Place</w:t>
      </w:r>
    </w:p>
    <w:p>
      <w:pPr>
        <w:widowControl/>
      </w:pPr>
      <w:r>
        <w:t>Transport and activities: Coach</w:t>
      </w:r>
    </w:p>
    <w:p>
      <w:pPr>
        <w:widowControl/>
      </w:pPr>
      <w:r>
        <w:t>Meals: Breakfast</w:t>
      </w:r>
    </w:p>
    <w:p>
      <w:pPr>
        <w:widowControl/>
      </w:pPr>
      <w:r>
        <w:t>Accommodation: Comfortable</w:t>
      </w:r>
    </w:p>
    <w:p>
      <w:pPr>
        <w:keepNext/>
        <w:widowControl/>
        <w:spacing w:before="240"/>
      </w:pPr>
      <w:r>
        <w:t>Day 9 Lhasa City Tour | Potala Palace, Jokhang Temple, Barkhor Street</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In the morning, you can walk up to the Potala Palace to explore. Not only is it the landmark of Tibet, but it is also the traditional residence and winter palace of the Dalai Lama (1649-1959). After climbing 365 steps from the gate of the Potala Palace to reach the Red Palace, you will arrive at the highest palace in the world at an altitude of 3,700m, where you can enjoy an excellent panoramic view of Lhasa city. As you explore the principal halls, chapels, and shrines of past Dalai Lamas in the Red Palace, you will be amazed and moved by its remarkable paintings, gorgeous jeweled works, skilled carving, colorful ornamentation, and the mystery stories behind the treasures. Inside the Potala Palace, you will meet many Tibetan pilgrims who come from afar to pray at this sacred site, making it a lifetime destination for them. You can also ask your guide to provide more stories about Songtsen Gampo, the 33rd king of Tibet, who first built the Potala Palace in the 7th century for his marriage to Princess Wencheng of the Tang Dynasty. (Please note that the visit order may be adjusted based on the visiting time specified on your Potala Palace ticket. All visitors are required to visit the palace with a tour group and remain inside for one hour. Please be advised that photography is prohibited inside the palace.)</w:t>
      </w:r>
    </w:p>
    <w:p>
      <w:pPr>
        <w:widowControl/>
      </w:pPr>
      <w:r>
        <w:t>Located in the heart of Lhasa for over 1300 years, the Jokhang Temple is an important pilgrimage site for Buddhists from all over the world. Famed as the spiritual center of Tibet, it is said that the Jokhang Monastery was built for King Songtsen Gampo's two brides: Chinese Princess Wencheng and Nepalese Princess Bhrikuti. "Jokhang" means "House of Buddha", and it houses a life-size statue of the 12-year-old Sakyamuni, which is considered a treasure of the Buddhist world. This is why Buddhist pilgrims consider it the holiest destination. The Jakhong temple is also renowned for its beautiful architecture. You can admire the intricate carvings, colorful murals, ornate decorations, and details of the building, which is a masterpiece of Tibetan architecture. Time seems to stand still as you watch people pray in front of the temple during the day and night. (Please note that the visit order may be adjusted based on the reservation of your Jokhang Temple Ticket Reservation.)</w:t>
      </w:r>
    </w:p>
    <w:p>
      <w:pPr>
        <w:widowControl/>
      </w:pPr>
      <w:r>
        <w:t>Afterward, take a walk on busy Barkhor Street near the Jokhang Monastery, which was a place for Buddhists to do a kora (pilgrim circuit) in ancient times. Nowadays, it has become a thriving local market where you can drink a pot of yak butter tea, dress in Tibetan clothes for photos, and pick up some local Tibetan, Nepalese, and Indian handicrafts and souvenirs.</w:t>
      </w:r>
    </w:p>
    <w:p>
      <w:pPr>
        <w:widowControl/>
      </w:pPr>
      <w:r>
        <w:t>Potala Palace Ticket Booking:</w:t>
      </w:r>
    </w:p>
    <w:p>
      <w:pPr>
        <w:widowControl/>
      </w:pPr>
      <w:r>
        <w:t>When visiting Potala Palace, it is important to know that they have a real-name reservation system for tickets. To make a reservation, you must provide valid identification documents such as an ID card, household registration, or passport. Once your reservation is successful, you cannot make another reservation within 7 days of your visit. If you provide incorrect information and are unable to enter Potala Palace, the travel agency is not responsible for any consequences. Remember to bring your original valid identification documents with you. If the name or ID number on your documents does not match the information provided, you will not be allowed entry. Please note that the ticket purchase fee is non-refundable.</w:t>
      </w:r>
    </w:p>
    <w:p>
      <w:pPr>
        <w:widowControl/>
      </w:pPr>
      <w:r>
        <w:t>The visit time for Potala Palace is assigned randomly by the management office using a computer system. You cannot specify a specific visit time, and there may be differences between the actual tour route and the itinerary provided as a reference.</w:t>
      </w:r>
    </w:p>
    <w:p>
      <w:pPr>
        <w:widowControl/>
      </w:pPr>
      <w:r>
        <w:t>During the peak season, Potala Palace has restrictions on the number of visitors allowed. Each travel agency in Tibet has a limited number of reservation spots for tour groups on a daily basis. To ensure a smooth visit for tourists, travel agencies use different methods to address this issue. Due to special requirements when purchasing tickets through different channels, please follow the arrangements made by your guide. The following situations are considered normal arrangements:</w:t>
      </w:r>
    </w:p>
    <w:p>
      <w:pPr>
        <w:widowControl/>
      </w:pPr>
      <w:r>
        <w:t>Each tour group may be divided into smaller groups, which means that you may be separated from your team or individuals you booked with and grouped with other tourists you may not know for entry.</w:t>
      </w:r>
    </w:p>
    <w:p>
      <w:pPr>
        <w:widowControl/>
      </w:pPr>
      <w:r>
        <w:t>Each smaller group is assigned a different time or date for the visit.</w:t>
      </w:r>
    </w:p>
    <w:p>
      <w:pPr>
        <w:widowControl/>
      </w:pPr>
      <w:r>
        <w:t>Jokhang Temple Ticket Booking:</w:t>
      </w:r>
    </w:p>
    <w:p>
      <w:pPr>
        <w:widowControl/>
      </w:pPr>
      <w:r>
        <w:t>Jokhang Temple tickets require real-name reservation. From 7:00 to 23:59 daily, you can reserve the next day's tickets on the "Jokhang Temple Reservation" WeChat mini-program until the reservation quota is full. Therefore, it is necessary to make ticket reservations one day in advance. Please make the reservation under the guidance of your guide.</w:t>
      </w:r>
    </w:p>
    <w:p>
      <w:pPr>
        <w:widowControl/>
      </w:pPr>
      <w:r>
        <w:t>Jokhang Temple is a religious temple, not just a tourist attraction. In case of special circumstances such as important religious activities that may cause temporary closure for visitors, your understanding is appreciated.</w:t>
      </w:r>
    </w:p>
    <w:p>
      <w:pPr>
        <w:widowControl/>
      </w:pPr>
      <w:r>
        <w:t>Overview: Altitude: 3,650m | Distance: 20km, about 0.5 hour</w:t>
      </w:r>
    </w:p>
    <w:p>
      <w:pPr>
        <w:widowControl/>
      </w:pPr>
      <w:r>
        <w:t>Attractions: 3 Sites</w:t>
      </w:r>
    </w:p>
    <w:p>
      <w:pPr>
        <w:widowControl/>
      </w:pPr>
      <w:r>
        <w:t>Transport and activities: Coach</w:t>
      </w:r>
    </w:p>
    <w:p>
      <w:pPr>
        <w:widowControl/>
      </w:pPr>
      <w:r>
        <w:t>Meals: Breakfast</w:t>
      </w:r>
    </w:p>
    <w:p>
      <w:pPr>
        <w:widowControl/>
      </w:pPr>
      <w:r>
        <w:t>Accommodation: Comfortable</w:t>
      </w:r>
    </w:p>
    <w:p>
      <w:pPr>
        <w:keepNext/>
        <w:widowControl/>
        <w:spacing w:before="240"/>
      </w:pPr>
      <w:r>
        <w:t>Day 10 Lhasa Departure | Hotel Check-out and Airport Transfers</w:t>
      </w:r>
    </w:p>
    <w:p>
      <w:pPr>
        <w:widowControl/>
      </w:pPr>
      <w:r>
        <w:t>It is time to end your 10-day Sichuan Tibet Tour, and your guide will escort you to the airport/train station for your flight or train to your next destination.</w:t>
      </w:r>
    </w:p>
    <w:p>
      <w:pPr>
        <w:widowControl/>
      </w:pPr>
      <w:r>
        <w:t>Thank you for choosing Asia Odyssey Travel for your Tibet group tour, and we are always here, working for you, and hope to see you again for your next trip to China/Asia. Have a safe journey!</w:t>
      </w:r>
    </w:p>
    <w:p>
      <w:pPr>
        <w:widowControl/>
      </w:pPr>
      <w:r>
        <w:t>Overview: Altitude: 3650m | Distance: 60km, about 1.5 hours’ drive</w:t>
      </w:r>
    </w:p>
    <w:p>
      <w:pPr>
        <w:widowControl/>
      </w:pPr>
      <w:r>
        <w:t>Transport and activities: Coach</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Amazing G318: 10 Days Sichuan Tibet Epic Overland Tour in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