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壮丽陆路探险：15天川藏跟团游，含亚丁与日喀则</w:t>
      </w:r>
    </w:p>
    <w:p>
      <w:pPr>
        <w:widowControl/>
      </w:pPr>
      <w:r>
        <w:t>线路编号：AOT-TGT-H2</w:t>
      </w:r>
    </w:p>
    <w:p>
      <w:pPr>
        <w:keepNext/>
        <w:widowControl/>
        <w:spacing w:before="240"/>
      </w:pPr>
      <w:r>
        <w:t>第1天 (AOT-TGT-H2) 抵达成都｜机场/火车站接送、自行办理酒店入住及自由探索</w:t>
      </w:r>
    </w:p>
    <w:p>
      <w:pPr>
        <w:widowControl/>
      </w:pPr>
      <w:r>
        <w:t>欢迎来到成都，大熊猫的故乡！今天剩余时间您可以自由放松，在这座熊猫之城自行安排。今晚我们将为您安排欢迎晚餐。</w:t>
      </w:r>
    </w:p>
    <w:p>
      <w:pPr>
        <w:widowControl/>
      </w:pPr>
      <w:r>
        <w:t>抵达建议：</w:t>
      </w:r>
    </w:p>
    <w:p>
      <w:pPr>
        <w:widowControl/>
      </w:pPr>
      <w:r>
        <w:t>成都交通便利，可乘飞机和高铁抵达。成都有两个机场——成都双流国际机场和成都天府国际机场，运营众多国际和国内航线。游客可从中国大多数城市乘飞机前往成都，如香港、北京、上海、广州、西安、桂林、杭州、昆明、拉萨、兰州、武汉、厦门、贵阳、重庆……此外，游客可从西安（3-4小时）、重庆（1.5-2小时）、贵阳（3.5-4.5小时）、昆明（6-6.5小时）等地乘高铁前往成都。</w:t>
      </w:r>
    </w:p>
    <w:p>
      <w:pPr>
        <w:widowControl/>
      </w:pPr>
      <w:r>
        <w:t>自由活动建议：</w:t>
      </w:r>
    </w:p>
    <w:p>
      <w:pPr>
        <w:widowControl/>
      </w:pPr>
      <w:r>
        <w:t>今日您可灵活安排行程，自行前往成都。</w:t>
      </w:r>
    </w:p>
    <w:p>
      <w:pPr>
        <w:widowControl/>
      </w:pPr>
      <w:r>
        <w:t>上午抵达成都的游客，可游览成都市中心春熙路和千年古刹大慈寺。您还可以参观太古里的中西合璧建筑和IFS熊猫爬墙。</w:t>
      </w:r>
    </w:p>
    <w:p>
      <w:pPr>
        <w:widowControl/>
      </w:pPr>
      <w:r>
        <w:t>下午抵达成都的游客，可前往锦里老街和宽窄巷子，体验成都最悠闲舒适的慢生活。或者，您可以去赵雷歌曲《成都》中提到的酒馆小酒馆（小酒馆），享受难忘的体验。</w:t>
      </w:r>
    </w:p>
    <w:p>
      <w:pPr>
        <w:widowControl/>
      </w:pPr>
      <w:r>
        <w:t>重要提示：</w:t>
      </w:r>
    </w:p>
    <w:p>
      <w:pPr>
        <w:widowControl/>
      </w:pPr>
      <w:r>
        <w:t>集合日用于独立探索，不属于正式行程。在此期间请注意人身和财产安全。集合日不包含保险。</w:t>
      </w:r>
    </w:p>
    <w:p>
      <w:pPr>
        <w:widowControl/>
      </w:pPr>
      <w:r>
        <w:t>前往集合酒店，报上您的“姓名”即可领取房间。房费已支付，押金需自行支付。入住时间通常为集合日14:00之后。如果您提前抵达且酒店房间尚未清理完毕无法入住，您可以将行李临时寄存在前台，然后前往市中心自由游览；</w:t>
      </w:r>
    </w:p>
    <w:p>
      <w:pPr>
        <w:widowControl/>
      </w:pPr>
      <w:r>
        <w:t>领队或司机将在集合日21:00前通知团队成员次日的出发时间。如果您在21:00前未收到领队或司机的通知，请联系客服确认；</w:t>
      </w:r>
    </w:p>
    <w:p>
      <w:pPr>
        <w:widowControl/>
      </w:pPr>
      <w:r>
        <w:t>我们建议团队成员在集合日抵达成都后，在市中心购买零食、配菜和药品等旅行用品。</w:t>
      </w:r>
    </w:p>
    <w:p>
      <w:pPr>
        <w:widowControl/>
      </w:pPr>
      <w:r>
        <w:t>概述：海拔：500米</w:t>
      </w:r>
    </w:p>
    <w:p>
      <w:pPr>
        <w:widowControl/>
      </w:pPr>
      <w:r>
        <w:t>景点：好好休息并自行探索</w:t>
      </w:r>
    </w:p>
    <w:p>
      <w:pPr>
        <w:widowControl/>
      </w:pPr>
      <w:r>
        <w:t>交通与活动：请自行前往成都指定酒店</w:t>
      </w:r>
    </w:p>
    <w:p>
      <w:pPr>
        <w:widowControl/>
      </w:pPr>
      <w:r>
        <w:t>用餐：晚餐</w:t>
      </w:r>
    </w:p>
    <w:p>
      <w:pPr>
        <w:widowControl/>
      </w:pPr>
      <w:r>
        <w:t>住宿：成都</w:t>
      </w:r>
    </w:p>
    <w:p>
      <w:pPr>
        <w:keepNext/>
        <w:widowControl/>
        <w:spacing w:before="240"/>
      </w:pPr>
      <w:r>
        <w:t>第2天 (AOT-TGT-H2) 成都 - 木格措风景区 - 康定</w:t>
      </w:r>
    </w:p>
    <w:p>
      <w:pPr>
        <w:widowControl/>
      </w:pPr>
      <w:r>
        <w:t>特色体验：二郎山隧道、木格措风景区</w:t>
      </w:r>
    </w:p>
    <w:p>
      <w:pPr>
        <w:widowControl/>
      </w:pPr>
      <w:r>
        <w:t>早餐后，我们经由成雅高速（G5）出发，途经“雨城”雅安。穿越二郎山隧道时，您会看到云雾缭绕的四川盆地瞬间变为青藏高原的壮丽景观。</w:t>
      </w:r>
    </w:p>
    <w:p>
      <w:pPr>
        <w:widowControl/>
      </w:pPr>
      <w:r>
        <w:t>抵达以《康定情歌》和跑马山闻名的浪漫之城康定。</w:t>
      </w:r>
    </w:p>
    <w:p>
      <w:pPr>
        <w:widowControl/>
      </w:pPr>
      <w:r>
        <w:t>今天下午，游览木格措风景区（位于康定以北26公里处）。景区占地500平方公里，拥有七色海、杜鹃峡和原始的木格措湖。您可以乘坐观光车，感受高海拔湖泊、古老森林、温泉和雪峰的世界。</w:t>
      </w:r>
    </w:p>
    <w:p>
      <w:pPr>
        <w:widowControl/>
      </w:pPr>
      <w:r>
        <w:t>游览结束后，我们在康定过夜，结束这一天的行程。</w:t>
      </w:r>
    </w:p>
    <w:p>
      <w:pPr>
        <w:widowControl/>
      </w:pPr>
      <w:r>
        <w:t>重要旅行提示（健康与舒适）</w:t>
      </w:r>
    </w:p>
    <w:p>
      <w:pPr>
        <w:widowControl/>
      </w:pPr>
      <w:r>
        <w:t>放慢节奏：今天的行程安排较为轻松，以帮助您的身体逐渐适应不断升高的海拔。</w:t>
      </w:r>
    </w:p>
    <w:p>
      <w:pPr>
        <w:widowControl/>
      </w:pPr>
      <w:r>
        <w:t>卫生与高原安全：我们强烈建议在高原的前3天避免洗澡。感冒会显著增加患高原反应（AMS）的风险，并影响您的整个旅程。如有可能，请等到完全适应后再洗澡。</w:t>
      </w:r>
    </w:p>
    <w:p>
      <w:pPr>
        <w:widowControl/>
      </w:pPr>
      <w:r>
        <w:t>基础设施与准备：请注意，藏区的资源供应可能不稳定，偶尔会发生停水或停电。</w:t>
      </w:r>
    </w:p>
    <w:p>
      <w:pPr>
        <w:widowControl/>
      </w:pPr>
      <w:r>
        <w:t>概述：海拔：500米-3,780米-2,560米 | 距离：300公里，约5.5小时车程</w:t>
      </w:r>
    </w:p>
    <w:p>
      <w:pPr>
        <w:widowControl/>
      </w:pPr>
      <w:r>
        <w:t>景点：2个景点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住宿：康定县</w:t>
      </w:r>
    </w:p>
    <w:p>
      <w:pPr>
        <w:keepNext/>
        <w:widowControl/>
        <w:spacing w:before="240"/>
      </w:pPr>
      <w:r>
        <w:t>第3天 (AOT-TGT-H2) 康定－折多山垭口－新都桥－雅江</w:t>
      </w:r>
    </w:p>
    <w:p>
      <w:pPr>
        <w:widowControl/>
      </w:pPr>
      <w:r>
        <w:t>特色体验：折多山观景台、新都桥田园风光</w:t>
      </w:r>
    </w:p>
    <w:p>
      <w:pPr>
        <w:widowControl/>
      </w:pPr>
      <w:r>
        <w:t>早餐后，告别康定，沿G318国道前行。途中将经过海拔4298米的折多山垭口。折多山因山势陡峭、盘山公路蜿蜒曲折，有“九弯十八拐”之称。折多山被称为“康巴第一关”，翻越折多山意味着正式进入康巴藏区。折多山垭口也是川藏公路上第一个海拔超过4000米的垭口，标志着从四川盆地和大渡河谷进入川西高原。</w:t>
      </w:r>
    </w:p>
    <w:p>
      <w:pPr>
        <w:widowControl/>
      </w:pPr>
      <w:r>
        <w:t>天气晴朗时，可在此远眺海拔7508米、被誉为“蜀山之王”的贡嘎山。</w:t>
      </w:r>
    </w:p>
    <w:p>
      <w:pPr>
        <w:widowControl/>
      </w:pPr>
      <w:r>
        <w:t>继续前行，乘车前往新都桥。新都桥位于甘孜藏族自治州康定市西部，海拔约3460米。新都桥虽未正式设为景区，却常被称为“摄影家的天堂”。这里以迷人的光影、广阔的草原、众多溪流、起伏的山峦、散落的藏族村落以及悠闲吃草的牛羊而闻名。</w:t>
      </w:r>
    </w:p>
    <w:p>
      <w:pPr>
        <w:widowControl/>
      </w:pPr>
      <w:r>
        <w:t>在新都桥欣赏完迷人景色后，继续前往雅江县住宿。</w:t>
      </w:r>
    </w:p>
    <w:p>
      <w:pPr>
        <w:widowControl/>
      </w:pPr>
      <w:r>
        <w:t>重要提示：</w:t>
      </w:r>
    </w:p>
    <w:p>
      <w:pPr>
        <w:widowControl/>
      </w:pPr>
      <w:r>
        <w:t>如因交通或天气原因导致经折多山的G318国道无法通行，路线将调整为经红海子的S434机场路。</w:t>
      </w:r>
    </w:p>
    <w:p>
      <w:pPr>
        <w:widowControl/>
      </w:pPr>
      <w:r>
        <w:t>概述：海拔：2560米－4298米－2600米｜距离：400公里，约7小时车程</w:t>
      </w:r>
    </w:p>
    <w:p>
      <w:pPr>
        <w:widowControl/>
      </w:pPr>
      <w:r>
        <w:t>景点：4个景点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住宿：雅江县</w:t>
      </w:r>
    </w:p>
    <w:p>
      <w:pPr>
        <w:keepNext/>
        <w:widowControl/>
        <w:spacing w:before="240"/>
      </w:pPr>
      <w:r>
        <w:t>第4天 （AOT-TGT-H2）雅江 - 理塘（勒通古镇） - 稻城 - 香格里拉镇</w:t>
      </w:r>
    </w:p>
    <w:p>
      <w:pPr>
        <w:widowControl/>
      </w:pPr>
      <w:r>
        <w:t>特色体验：理塘（勒通古镇）、海子山、兔儿山、稻城白塔。</w:t>
      </w:r>
    </w:p>
    <w:p>
      <w:pPr>
        <w:widowControl/>
      </w:pPr>
      <w:r>
        <w:t>早餐后，我们从雅江出发，驶过惊险的“天路十八弯”。穿过剪子湾隧道，翻越卡子拉山垭口（4718米），抵达传奇人物丁真的故乡——理塘。</w:t>
      </w:r>
    </w:p>
    <w:p>
      <w:pPr>
        <w:widowControl/>
      </w:pPr>
      <w:r>
        <w:t>理塘一直是人们心中向往的地方。六世达赖喇嘛仓央嘉措曾写道：“白鹤啊，请借我一双翅膀。我不会飞得太远，只到理塘就回。”在这里，我们将探访勒通古镇（千户藏寨）。它是世界上最大的传统藏族民居群，有4000多户房屋，也是了解康巴文化的重要窗口。</w:t>
      </w:r>
    </w:p>
    <w:p>
      <w:pPr>
        <w:widowControl/>
      </w:pPr>
      <w:r>
        <w:t>继续前行，我们翻越兔儿山（4696米）和海子山自然保护区（4500米）——青藏高原上最大的古冰川遗迹。</w:t>
      </w:r>
    </w:p>
    <w:p>
      <w:pPr>
        <w:widowControl/>
      </w:pPr>
      <w:r>
        <w:t>沿着风景秀丽的赤土河谷蜿蜒前行，经过隐蔽的藏族村落，最终抵达“最后的香格里拉”——香格里拉镇（日瓦），也就是我们今晚住宿的地方。</w:t>
      </w:r>
    </w:p>
    <w:p>
      <w:pPr>
        <w:widowControl/>
      </w:pPr>
      <w:r>
        <w:t>特别提示：</w:t>
      </w:r>
    </w:p>
    <w:p>
      <w:pPr>
        <w:widowControl/>
      </w:pPr>
      <w:r>
        <w:t>海拔提醒：今天将翻越四个海拔4000米以上的山口。为了确保您的舒适并预防高原反应，我们提供免费的便携式氧气罐。如有不适，请根据需要随时使用。</w:t>
      </w:r>
    </w:p>
    <w:p>
      <w:pPr>
        <w:widowControl/>
      </w:pPr>
      <w:r>
        <w:t>概述：海拔：2600米 – 4014米 – 2900米 | 距离：360公里（约8小时）</w:t>
      </w:r>
    </w:p>
    <w:p>
      <w:pPr>
        <w:widowControl/>
      </w:pPr>
      <w:r>
        <w:t>景点：4个景点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住宿：香格里拉镇</w:t>
      </w:r>
    </w:p>
    <w:p>
      <w:pPr>
        <w:keepNext/>
        <w:widowControl/>
        <w:spacing w:before="240"/>
      </w:pPr>
      <w:r>
        <w:t>第5天 （AOT-TGT-H2）香格里拉镇－稻城亚丁自然保护区－稻城县城</w:t>
      </w:r>
    </w:p>
    <w:p>
      <w:pPr>
        <w:widowControl/>
      </w:pPr>
      <w:r>
        <w:t>特色体验：冲古寺与草甸、洛绒牛场、牛奶海、五色海。</w:t>
      </w:r>
    </w:p>
    <w:p>
      <w:pPr>
        <w:widowControl/>
      </w:pPr>
      <w:r>
        <w:t>早餐后，我们前往重要的佛教圣地亚丁自然保护区。抵达游客中心后，乘坐摆渡车约20分钟前往扎灌崩，再步行800米到达冲古服务区。</w:t>
      </w:r>
    </w:p>
    <w:p>
      <w:pPr>
        <w:widowControl/>
      </w:pPr>
      <w:r>
        <w:t>从这里，您可以根据自身身体状况选择不同的路线：</w:t>
      </w:r>
    </w:p>
    <w:p>
      <w:pPr>
        <w:widowControl/>
      </w:pPr>
      <w:r>
        <w:t>长线（挑战性）：徒步前往牛奶海和五色海，感受高海拔冰川湖泊的壮美风光。</w:t>
      </w:r>
    </w:p>
    <w:p>
      <w:pPr>
        <w:widowControl/>
      </w:pPr>
      <w:r>
        <w:t>短线（轻松型）：徒步至珍珠海（卓玛拉措），拍摄仙乃日雪山的壮丽倒影。沿途可感受当地文化与自然风光，观赏野生动物、高山植物、雪峰和古老冰川。游览结束后，我们离开景区，驱车前往稻城住宿。</w:t>
      </w:r>
    </w:p>
    <w:p>
      <w:pPr>
        <w:widowControl/>
      </w:pPr>
      <w:r>
        <w:t>特别提示与安全免责声明：</w:t>
      </w:r>
    </w:p>
    <w:p>
      <w:pPr>
        <w:widowControl/>
      </w:pPr>
      <w:r>
        <w:t>野生动物安全：前往珍珠海的步道上栖息着许多小型野生动物。请勿喂食或挑逗它们，以免被咬伤或抓伤。请注意，保护区内不提供医疗设施和疫苗。</w:t>
      </w:r>
    </w:p>
    <w:p>
      <w:pPr>
        <w:widowControl/>
      </w:pPr>
      <w:r>
        <w:t>责任豁免：牛奶海和五色海为可选延伸项目，不属于旅行社标准管理的行程范围。前往这些区域的游客需自行承担风险，并对自身安全及任何相关费用负责。</w:t>
      </w:r>
    </w:p>
    <w:p>
      <w:pPr>
        <w:widowControl/>
      </w:pPr>
      <w:r>
        <w:t>徒步前往牛奶海／五色海：</w:t>
      </w:r>
    </w:p>
    <w:p>
      <w:pPr>
        <w:widowControl/>
      </w:pPr>
      <w:r>
        <w:t>步行：从洛绒牛场出发，往返10公里（约5至6小时）。</w:t>
      </w:r>
    </w:p>
    <w:p>
      <w:pPr>
        <w:widowControl/>
      </w:pPr>
      <w:r>
        <w:t>骑马：上行3.5公里（约3小时，自费300元／人）。马匹必须始终由专业马夫牵引。</w:t>
      </w:r>
    </w:p>
    <w:p>
      <w:pPr>
        <w:widowControl/>
      </w:pPr>
      <w:r>
        <w:t>最后攀登：前往牛奶海（4600米）和五色海（4700米）的最后1.8公里路段崎岖不平，只能步行完成。需要较高的体能。预计气温低、风力强，请穿戴保暖衣物。</w:t>
      </w:r>
    </w:p>
    <w:p>
      <w:pPr>
        <w:widowControl/>
      </w:pPr>
      <w:r>
        <w:t>容量限制：亚丁每日限流16850人（其中牛奶海区域仅允许3900人）。我们将为您预先订票，但若因旺季限制导致牛奶海区域关闭，我们将相应调整行程。</w:t>
      </w:r>
    </w:p>
    <w:p>
      <w:pPr>
        <w:widowControl/>
      </w:pPr>
      <w:r>
        <w:t>概述：海拔：2900米 – 4100米 – 3700米 ｜ 距离：80公里（约1.5小时车程）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住宿：稻城县</w:t>
      </w:r>
    </w:p>
    <w:p>
      <w:pPr>
        <w:keepNext/>
        <w:widowControl/>
        <w:spacing w:before="240"/>
      </w:pPr>
      <w:r>
        <w:t>第6天 （AOT-TGT-H2）稻城（桑堆红草地）—理塘—巴塘（毛垭草原）</w:t>
      </w:r>
    </w:p>
    <w:p>
      <w:pPr>
        <w:widowControl/>
      </w:pPr>
      <w:r>
        <w:t>特色体验：桑堆红草地（季节性）、重游理塘、毛垭草原、G318 风景自驾</w:t>
      </w:r>
    </w:p>
    <w:p>
      <w:pPr>
        <w:widowControl/>
      </w:pPr>
      <w:r>
        <w:t>早餐后，我们从稻城出发，途经迷人的桑堆镇。在金秋时节，我们将在色彩鲜艳的桑堆红草地稍作停留，快速拍照留念。</w:t>
      </w:r>
    </w:p>
    <w:p>
      <w:pPr>
        <w:widowControl/>
      </w:pPr>
      <w:r>
        <w:t>继续前行，我们再次抵达理塘。重要的安全提醒：即使您感觉已适应海拔，也请避免在此进行跳跃、奔跑等剧烈活动。</w:t>
      </w:r>
    </w:p>
    <w:p>
      <w:pPr>
        <w:widowControl/>
      </w:pPr>
      <w:r>
        <w:t>沿着著名的 G318 公路前行时，请留意路边出没的可爱土拨鼠。我们将穿越广袤的毛垭草原，这片翠绿的草原一直延伸到地平线。散落的藏式帐篷升起袅袅炊烟，牦牛群悠闲地吃草，构成一幅宁静的画面。感受高原的勃勃生机，随后下行至巴塘过夜。</w:t>
      </w:r>
    </w:p>
    <w:p>
      <w:pPr>
        <w:widowControl/>
      </w:pPr>
      <w:r>
        <w:t>特别提示：</w:t>
      </w:r>
    </w:p>
    <w:p>
      <w:pPr>
        <w:widowControl/>
      </w:pPr>
      <w:r>
        <w:t>季节性景观：桑堆红草地是季节性现象，通常在 9 月下旬至 10 月下旬可见。最鲜艳的红色阶段通常仅持续约两周。</w:t>
      </w:r>
    </w:p>
    <w:p>
      <w:pPr>
        <w:widowControl/>
      </w:pPr>
      <w:r>
        <w:t>概述：海拔：3,700 米 – 4,014 米 – 2,580 米 | 距离：320 公里（约 6.5 小时）</w:t>
      </w:r>
    </w:p>
    <w:p>
      <w:pPr>
        <w:widowControl/>
      </w:pPr>
      <w:r>
        <w:t>景点：2 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住宿：巴塘县</w:t>
      </w:r>
    </w:p>
    <w:p>
      <w:pPr>
        <w:keepNext/>
        <w:widowControl/>
        <w:spacing w:before="240"/>
      </w:pPr>
      <w:r>
        <w:t>第7天 巴塘 - 金沙江大桥 - 芒康 - 东达山 - 左贡</w:t>
      </w:r>
    </w:p>
    <w:p>
      <w:pPr>
        <w:widowControl/>
      </w:pPr>
      <w:r>
        <w:t>特色体验：金沙江大桥（西藏界）、拉乌山、东达山（海拔5008米）</w:t>
      </w:r>
    </w:p>
    <w:p>
      <w:pPr>
        <w:widowControl/>
      </w:pPr>
      <w:r>
        <w:t>早餐后，我们穿过金沙江大桥进入西藏自治区。今天的旅程将带我们穿越传奇的“三江并流”地区，金沙江、澜沧江和怒江在唐古拉山脉中切割出深邃而壮观的峡谷。这段路被誉为川藏公路上最崎岖、最令人惊叹的路段之一。</w:t>
      </w:r>
    </w:p>
    <w:p>
      <w:pPr>
        <w:widowControl/>
      </w:pPr>
      <w:r>
        <w:t>继续向西，我们翻越拉乌山（海拔4358米）和险峻的东达山，其海拔高达5008米以上。从这些直插云霄的山顶望去，公路和澜沧江就像两条闪烁的丝带，在无尽的峡谷中蜿蜒穿行。您将目睹干热河谷的荒凉之美——红褐色土地、贫瘠悬崖和如液态火焰般奔腾的河流构成的壮丽景观。这确实是G318国道上最宏伟的自然奇观之一。我们在左贡结束今天的行程。</w:t>
      </w:r>
    </w:p>
    <w:p>
      <w:pPr>
        <w:widowControl/>
      </w:pPr>
      <w:r>
        <w:t>重要提示：</w:t>
      </w:r>
    </w:p>
    <w:p>
      <w:pPr>
        <w:widowControl/>
      </w:pPr>
      <w:r>
        <w:t>严格交通管制：进入西藏后，将实行严格的人工限速。请配合司机，确保我们遵守规定的通行时间。</w:t>
      </w:r>
    </w:p>
    <w:p>
      <w:pPr>
        <w:widowControl/>
      </w:pPr>
      <w:r>
        <w:t>为漫长的一天做好准备：由于高海拔和蜿蜒的道路，今天的旅程对体力要求较高。请做好心理准备，并提前备好零食和饮用水。</w:t>
      </w:r>
    </w:p>
    <w:p>
      <w:pPr>
        <w:widowControl/>
      </w:pPr>
      <w:r>
        <w:t>概述：海拔：2580米 – 5008米 – 3750米 | 距离：240公里（约6.5小时）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用餐：早餐、晚餐</w:t>
      </w:r>
    </w:p>
    <w:p>
      <w:pPr>
        <w:widowControl/>
      </w:pPr>
      <w:r>
        <w:t>住宿：左贡县</w:t>
      </w:r>
    </w:p>
    <w:p>
      <w:pPr>
        <w:keepNext/>
        <w:widowControl/>
        <w:spacing w:before="240"/>
      </w:pPr>
      <w:r>
        <w:t>第8天 左贡至然乌：邦达草原、怒江72拐与八宿</w:t>
      </w:r>
    </w:p>
    <w:p>
      <w:pPr>
        <w:widowControl/>
      </w:pPr>
      <w:r>
        <w:t>特色体验：邦达草原、业拉山、怒江72拐（99道弯）</w:t>
      </w:r>
    </w:p>
    <w:p>
      <w:pPr>
        <w:widowControl/>
      </w:pPr>
      <w:r>
        <w:t>早餐后，我们从左贡出发，向西穿越辽阔的邦达草原，这是藏东最重要的天然牧场。这片高海拔湿地水草丰美，季节性野花盛开，牦牛和羊群漫步其间。平缓的河流蜿蜒穿过平原，形成波光粼粼的湖泊和肥沃沼泽的宁静景观。</w:t>
      </w:r>
    </w:p>
    <w:p>
      <w:pPr>
        <w:widowControl/>
      </w:pPr>
      <w:r>
        <w:t>离开宁静之后，我们挑战业拉山（海拔4,839米），这是横断山脉最险峻的自然屏障。翻越垭口后，准备迎接怒江72拐（又称“99道弯”）的刺激。沿着蜿蜒的“天路”下行，您将看到如画的同尼村和嘎玛村坐落在山脚下，周围是高原梯田，背靠无尽的雪峰。</w:t>
      </w:r>
    </w:p>
    <w:p>
      <w:pPr>
        <w:widowControl/>
      </w:pPr>
      <w:r>
        <w:t>继续向西经过八宿，景色再次变换为雪峰、原始森林和田园诗般的藏族村落交织的画卷。我们将抵达湖畔小镇然乌过夜。</w:t>
      </w:r>
    </w:p>
    <w:p>
      <w:pPr>
        <w:widowControl/>
      </w:pPr>
      <w:r>
        <w:t>概述：海拔：3,750米 – 4,600米 – 3,850米 | 距离：290公里（约7小时）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住宿：然乌镇</w:t>
      </w:r>
    </w:p>
    <w:p>
      <w:pPr>
        <w:keepNext/>
        <w:widowControl/>
        <w:spacing w:before="240"/>
      </w:pPr>
      <w:r>
        <w:t>第9天 然乌—然乌湖—米堆冰川—波密县</w:t>
      </w:r>
    </w:p>
    <w:p>
      <w:pPr>
        <w:widowControl/>
      </w:pPr>
      <w:r>
        <w:t>特色体验：然乌湖、米堆冰川</w:t>
      </w:r>
    </w:p>
    <w:p>
      <w:pPr>
        <w:widowControl/>
      </w:pPr>
      <w:r>
        <w:t>早餐后，从迷人的然乌湖开始这一天的行程。然乌湖是著名的高原冰川湖，也是318国道上的明珠。如果运气好，可以在湖中段平静的水面上看到周围雪峰清晰的倒影。</w:t>
      </w:r>
    </w:p>
    <w:p>
      <w:pPr>
        <w:widowControl/>
      </w:pPr>
      <w:r>
        <w:t>接下来前往位于玉普乡的米堆冰川。米堆冰川是世界级的季风海洋性冰川，由两条壮观的冰瀑汇合而成，形成终年积雪和冰川的景观。这里的景色十分奇特：鲜艳的高山花卉在冰川的映衬下绽放，茂密的森林在冰峰下如“绿色丝带”般延伸。米堆村静谧的田园风光让人忘记自己身处青藏高原。雪山、冰川、森林和湖泊构成的壮丽景色，令人心潮澎湃。</w:t>
      </w:r>
    </w:p>
    <w:p>
      <w:pPr>
        <w:widowControl/>
      </w:pPr>
      <w:r>
        <w:t>游览结束后，驱车前往森林环绕的波密县住宿。</w:t>
      </w:r>
    </w:p>
    <w:p>
      <w:pPr>
        <w:widowControl/>
      </w:pPr>
      <w:r>
        <w:t>概述：海拔：3850米 – 4600米 – 2750米 | 距离：130公里（约3.5小时）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住宿：波密县</w:t>
      </w:r>
    </w:p>
    <w:p>
      <w:pPr>
        <w:keepNext/>
        <w:widowControl/>
        <w:spacing w:before="240"/>
      </w:pPr>
      <w:r>
        <w:t>第10天 (AOT-TGT-H2) 波密县 - 古乡湖 - 鲁朗镇 - 色季拉山口 - 林芝</w:t>
      </w:r>
    </w:p>
    <w:p>
      <w:pPr>
        <w:widowControl/>
      </w:pPr>
      <w:r>
        <w:t>特色体验：古乡湖、鲁朗林海、南迦巴瓦峰</w:t>
      </w:r>
    </w:p>
    <w:p>
      <w:pPr>
        <w:widowControl/>
      </w:pPr>
      <w:r>
        <w:t>早餐后，我们从波密出发，一路穿行于如中国传统水墨画般的风景中。第一站是湛蓝的古乡湖，宁静的湖水映衬着雪峰和柔软的沙岸。我们邀请您沿湖轻松徒步——用脚步丈量这片高原之美，同时感受微风与鸟鸣。</w:t>
      </w:r>
    </w:p>
    <w:p>
      <w:pPr>
        <w:widowControl/>
      </w:pPr>
      <w:r>
        <w:t>继续前行，我们穿过通麦大桥。这里曾被称为G318上最危险的“天险”，如今已变成安全、现代化的通道。随后我们抵达鲁朗，一座依水而建的童话小镇。这里有高山草甸、茂密森林、悠闲吃草的牛羊和白色佛塔，完美赢得了“西藏小瑞士”的美誉。在这里，藏族民居升起的炊烟为仙境般的景色增添了一丝温暖。不要错过品尝当地著名美食：鲁朗石锅鸡。</w:t>
      </w:r>
    </w:p>
    <w:p>
      <w:pPr>
        <w:widowControl/>
      </w:pPr>
      <w:r>
        <w:t>之后，我们登上云雾缭绕的色季拉山（山口海拔：4702米）。这里是观赏南迦巴瓦峰的最佳观景点之一，南迦巴瓦峰常被评为中国最美山峰。站在此处，凝视云层之上的雄伟峰顶，是一次真正震撼心灵的体验。</w:t>
      </w:r>
    </w:p>
    <w:p>
      <w:pPr>
        <w:widowControl/>
      </w:pPr>
      <w:r>
        <w:t>最后，我们沿风景如画的尼洋河谷下行，抵达“西藏江南”林芝，入住过夜。</w:t>
      </w:r>
    </w:p>
    <w:p>
      <w:pPr>
        <w:widowControl/>
      </w:pPr>
      <w:r>
        <w:t>概述：海拔：2750米 – 3700米 – 2900米 | 距离：235公里（约6小时）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住宿：林芝市</w:t>
      </w:r>
    </w:p>
    <w:p>
      <w:pPr>
        <w:keepNext/>
        <w:widowControl/>
        <w:spacing w:before="240"/>
      </w:pPr>
      <w:r>
        <w:t>第11天 （AOT-TGT-H2）林芝 - 巴松措 - 拉萨</w:t>
      </w:r>
    </w:p>
    <w:p>
      <w:pPr>
        <w:widowControl/>
      </w:pPr>
      <w:r>
        <w:t>特色体验：巴松措、尼洋河、拉林高等级公路</w:t>
      </w:r>
    </w:p>
    <w:p>
      <w:pPr>
        <w:widowControl/>
      </w:pPr>
      <w:r>
        <w:t>早餐后，我们从林芝出发，再次沿着风景优美的尼洋河前行。我们将行驶在被誉为“西藏最美高等级公路”的拉林高速公路上，一路穿越峡谷，平坦顺畅，景色令人叹为观止。</w:t>
      </w:r>
    </w:p>
    <w:p>
      <w:pPr>
        <w:widowControl/>
      </w:pPr>
      <w:r>
        <w:t>在巴河镇驶离高速公路后，我们驱车50公里，抵达令人沉醉的巴松措（又名措高湖）。这座月牙形的高山湖泊深藏于高高的山谷之中，四周环绕着翠绿的森林和终年积雪的雪峰。无论是春日的温柔、夏日的热情、秋日的优雅，还是冬日的纯净，巴松措始终是大自然永恒的杰作，令每一位旅行者心醉神迷。</w:t>
      </w:r>
    </w:p>
    <w:p>
      <w:pPr>
        <w:widowControl/>
      </w:pPr>
      <w:r>
        <w:t>我们将探索湖心岛，并参观措宗贡巴寺。该寺建于晚唐时期（距今1500多年），是藏传佛教宁玛派（红教）的重要圣地。</w:t>
      </w:r>
    </w:p>
    <w:p>
      <w:pPr>
        <w:widowControl/>
      </w:pPr>
      <w:r>
        <w:t>参观结束后，我们继续前往“圣城”拉萨，并在那里过夜。</w:t>
      </w:r>
    </w:p>
    <w:p>
      <w:pPr>
        <w:widowControl/>
      </w:pPr>
      <w:r>
        <w:t>概述：海拔：2900米 – 3400米 – 3650米 | 距离：465公里（约7小时）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住宿：拉萨舒适住宿</w:t>
      </w:r>
    </w:p>
    <w:p>
      <w:pPr>
        <w:keepNext/>
        <w:widowControl/>
        <w:spacing w:before="240"/>
      </w:pPr>
      <w:r>
        <w:t>第12天 (AOT-TGT-H2) 拉萨之旅：布达拉宫、大昭寺、八廓街</w:t>
      </w:r>
    </w:p>
    <w:p>
      <w:pPr>
        <w:widowControl/>
      </w:pPr>
      <w:r>
        <w:t>特色体验：布达拉宫、大昭寺、八廓街</w:t>
      </w:r>
    </w:p>
    <w:p>
      <w:pPr>
        <w:widowControl/>
      </w:pPr>
      <w:r>
        <w:t>今天专门用来探索拉萨的宗教与历史景观。我们先前往雄伟的布达拉宫，它坐落在红山（玛布日）之巅。作为世界上海拔最高的古代宫殿建筑群，它集城堡、宫殿与寺院于一体。这座13层的建筑绵延400多米，分为白宫（世俗用途）和红宫（宗教学习与金塔）。参观大约需要2小时。</w:t>
      </w:r>
    </w:p>
    <w:p>
      <w:pPr>
        <w:widowControl/>
      </w:pPr>
      <w:r>
        <w:t>之后，我们沿着宇拓路漫步，感受当地街头生活，前往大昭寺。大昭寺位于老城中心，建于公元647年，是吐蕃时期保存至今最辉煌的建筑。它有5座金顶和108个佛殿，在西藏拥有至高无上的宗教地位——正如当地谚语所说：“先有大昭寺，后有拉萨城。”</w:t>
      </w:r>
    </w:p>
    <w:p>
      <w:pPr>
        <w:widowControl/>
      </w:pPr>
      <w:r>
        <w:t>我们还会去著名的八廓街，这是环绕大昭寺、充满活力的转经道。在这里，您可以看到三条神圣的“廓”（转经）路线：</w:t>
      </w:r>
    </w:p>
    <w:p>
      <w:pPr>
        <w:widowControl/>
      </w:pPr>
      <w:r>
        <w:t>囊廓：寺内最内圈转经道。</w:t>
      </w:r>
    </w:p>
    <w:p>
      <w:pPr>
        <w:widowControl/>
      </w:pPr>
      <w:r>
        <w:t>八廓：环绕寺庙围墙的中圈转经道。</w:t>
      </w:r>
    </w:p>
    <w:p>
      <w:pPr>
        <w:widowControl/>
      </w:pPr>
      <w:r>
        <w:t>林廓：涵盖布达拉宫和老城区的外圈转经道。</w:t>
      </w:r>
    </w:p>
    <w:p>
      <w:pPr>
        <w:widowControl/>
      </w:pPr>
      <w:r>
        <w:t>傍晚，感受八廓街热闹的氛围。不要错过玛吉阿米、阿刁酸奶或传统仓姑寺茶馆等标志性店铺的当地风味。</w:t>
      </w:r>
    </w:p>
    <w:p>
      <w:pPr>
        <w:widowControl/>
      </w:pPr>
      <w:r>
        <w:t>概述：海拔：3650米 | 距离：20公里（约0.5小时）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住宿：拉萨舒适住宿</w:t>
      </w:r>
    </w:p>
    <w:p>
      <w:pPr>
        <w:keepNext/>
        <w:widowControl/>
        <w:spacing w:before="240"/>
      </w:pPr>
      <w:r>
        <w:t>第13天 拉萨—羊卓雍措—卡若拉冰川—白居寺—日喀则</w:t>
      </w:r>
    </w:p>
    <w:p>
      <w:pPr>
        <w:widowControl/>
      </w:pPr>
      <w:r>
        <w:t>特色体验：羊卓雍措、卡若拉冰川、白居寺</w:t>
      </w:r>
    </w:p>
    <w:p>
      <w:pPr>
        <w:widowControl/>
      </w:pPr>
      <w:r>
        <w:t>从拉萨出发，我们沿拉萨至日喀则高速公路行驶，随后转入风景优美的S307省道，这条路被誉为“观光公路”。我们将翻越海拔4,990米的甘巴拉山口，抵达西藏三大圣湖之一的羊卓雍措。湖水纯净碧蓝，常被比作光滑的羊脂玉。从山口俯瞰，您将欣赏到最佳全景，深蓝色的湖水与远处的雪峰和传统藏式村落交相辉映。</w:t>
      </w:r>
    </w:p>
    <w:p>
      <w:pPr>
        <w:widowControl/>
      </w:pPr>
      <w:r>
        <w:t>下到湖岸，我们可以近距离欣赏清澈的湖水。天气晴朗时，雄伟的宁金抗沙峰——登山者喜爱的训练场——会出现在地平线上。接着，我们经过卡若拉冰川，这里因作为电影《红河谷》的拍摄地而闻名。这座巨大的冰川紧邻公路，景象令人叹为观止。</w:t>
      </w:r>
    </w:p>
    <w:p>
      <w:pPr>
        <w:widowControl/>
      </w:pPr>
      <w:r>
        <w:t>继续前往“英雄城”江孜，这座拥有600多年历史的历史门户，我们将远观宗山抗英遗址。随后参观白居寺，它以汇集藏传佛教三大教派于一处而独特，并以“十万佛塔”（白居塔）闻名，塔内保存着精美的壁画和雕塑。最后，我们驱车前往西藏第二大城市日喀则，入住休息。</w:t>
      </w:r>
    </w:p>
    <w:p>
      <w:pPr>
        <w:widowControl/>
      </w:pPr>
      <w:r>
        <w:t>特别提示：</w:t>
      </w:r>
    </w:p>
    <w:p>
      <w:pPr>
        <w:widowControl/>
      </w:pPr>
      <w:r>
        <w:t>天气提醒：今天我们将翻越海拔近5,000米的甘巴拉山口。山口风很大；请准备好厚外套，以防感冒，感冒可能引发高原反应。</w:t>
      </w:r>
    </w:p>
    <w:p>
      <w:pPr>
        <w:widowControl/>
      </w:pPr>
      <w:r>
        <w:t>概述：海拔：3,650米 – 4,441米 – 3,800米 | 距离：350公里（约7.5小时）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住宿：日喀则舒适住宿</w:t>
      </w:r>
    </w:p>
    <w:p>
      <w:pPr>
        <w:keepNext/>
        <w:widowControl/>
        <w:spacing w:before="240"/>
      </w:pPr>
      <w:r>
        <w:t>第14天 (AOT-TGT-H2) 日喀则 - 扎什伦布寺 - 拉萨</w:t>
      </w:r>
    </w:p>
    <w:p>
      <w:pPr>
        <w:widowControl/>
      </w:pPr>
      <w:r>
        <w:t>特色体验：扎什伦布寺</w:t>
      </w:r>
    </w:p>
    <w:p>
      <w:pPr>
        <w:widowControl/>
      </w:pPr>
      <w:r>
        <w:t>早餐后，我们参观宏伟的扎什伦布寺，这里是班禅喇嘛灵魂的安息之地。作为格鲁派（黄教）六大寺庙之一，它几个世纪以来一直是后藏（西藏西部）的政治和宗教中心。</w:t>
      </w:r>
    </w:p>
    <w:p>
      <w:pPr>
        <w:widowControl/>
      </w:pPr>
      <w:r>
        <w:t>扎什伦布寺与拉萨的“三大寺”——甘丹寺、色拉寺和哲蚌寺——并称为西藏四大寺，享有盛誉。我们参观的亮点是弥勒佛殿，殿内供奉着一尊令人惊叹的28米高的未来佛（强巴佛）雕像——世界上最大的鎏金铜坐佛。在探索了金顶佛殿和白墙僧舍的迷宫后，我们将驱车返回拉萨，在圣城度过最后一晚。</w:t>
      </w:r>
    </w:p>
    <w:p>
      <w:pPr>
        <w:widowControl/>
      </w:pPr>
      <w:r>
        <w:t>概述：海拔：3,800米 – 4,000米 – 3,650米 | 距离：270公里（约4-5小时）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住宿：拉萨舒适住宿</w:t>
      </w:r>
    </w:p>
    <w:p>
      <w:pPr>
        <w:keepNext/>
        <w:widowControl/>
        <w:spacing w:before="240"/>
      </w:pPr>
      <w:r>
        <w:t>第15天 (AOT-TGT-H2) 离开拉萨｜拉萨自由活动，送往机场或火车站</w:t>
      </w:r>
    </w:p>
    <w:p>
      <w:pPr>
        <w:widowControl/>
      </w:pPr>
      <w:r>
        <w:t>早餐后，收拾好行李，准备踏上归途。如果您搭乘的是下午或晚上的航班或火车，可以享受一个轻松的上午：睡个懒觉，或者在拉萨热闹的街头最后走一走，拍下最后的照片，买些纪念品。</w:t>
      </w:r>
    </w:p>
    <w:p>
      <w:pPr>
        <w:widowControl/>
      </w:pPr>
      <w:r>
        <w:t>请在指定时间从酒店取好行李。我们会安排舒适的车辆送您前往拉萨贡嘎国际机场（或火车站）。为确保顺利出发，我们通常会在航班起飞前2.5至3小时前往机场。抵达后，导游会协助您办理登机手续。</w:t>
      </w:r>
    </w:p>
    <w:p>
      <w:pPr>
        <w:widowControl/>
      </w:pPr>
      <w:r>
        <w:t>我们的15天川藏公路团体游到此结束。祝您今后的生活愉快。扎西德勒！</w:t>
      </w:r>
    </w:p>
    <w:p>
      <w:pPr>
        <w:widowControl/>
      </w:pPr>
      <w:r>
        <w:t>特别提示：</w:t>
      </w:r>
    </w:p>
    <w:p>
      <w:pPr>
        <w:widowControl/>
      </w:pPr>
      <w:r>
        <w:t>请至少提前2天将您的返程航班或火车车次告知您的旅行顾问，以便我们为您协调送站服务。</w:t>
      </w:r>
    </w:p>
    <w:p>
      <w:pPr>
        <w:widowControl/>
      </w:pPr>
      <w:r>
        <w:t>概述：海拔：3,650米 | 距离：60公里（约1.5小时到机场）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壮丽陆路探险：15天川藏跟团游，含亚丁与日喀则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