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Tibetan Shoton Festival 2026: Yogurt Festival, Tibetan Opera &amp; EBC</w:t>
      </w:r>
    </w:p>
    <w:p>
      <w:pPr>
        <w:widowControl/>
      </w:pPr>
      <w:r>
        <w:t>Product code: AOT-TGT-X2</w:t>
      </w:r>
    </w:p>
    <w:p>
      <w:pPr>
        <w:keepNext/>
        <w:widowControl/>
        <w:spacing w:before="240"/>
      </w:pPr>
      <w:r>
        <w:t>Day 1 (August 10, 2026)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Flight Booking Suggestion for Day 1:</w:t>
      </w:r>
    </w:p>
    <w:p>
      <w:pPr>
        <w:widowControl/>
      </w:pPr>
      <w:r>
        <w:t>Since you will need to wake up very early the next morning to attend the Drepung Monastery Thangka-Unveiling Ceremony, we highly recommend booking a flight that arrives in Lhasa in the morning on Day 1. This will allow you to rest well and save your energy for the next day's activities.</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 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Accommodation: Lhasa</w:t>
      </w:r>
    </w:p>
    <w:p>
      <w:pPr>
        <w:keepNext/>
        <w:widowControl/>
        <w:spacing w:before="240"/>
      </w:pPr>
      <w:r>
        <w:t>Day 2 (August 11, 2026) Lhasa City Tour | Jokhang Temple, Barkhor Street, Tibetan Cultural Experience</w:t>
      </w:r>
    </w:p>
    <w:p>
      <w:pPr>
        <w:widowControl/>
      </w:pPr>
      <w:r>
        <w:t>After breakfast,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This afternoon,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After the tour, be escorted back to your hotel in Lhasa.</w:t>
      </w:r>
    </w:p>
    <w:p>
      <w:pPr>
        <w:widowControl/>
      </w:pPr>
      <w:r>
        <w:t>Meals: Breakfast</w:t>
      </w:r>
    </w:p>
    <w:p>
      <w:pPr>
        <w:widowControl/>
      </w:pPr>
      <w:r>
        <w:t>Accommodation: Lhasa</w:t>
      </w:r>
    </w:p>
    <w:p>
      <w:pPr>
        <w:keepNext/>
        <w:widowControl/>
        <w:spacing w:before="240"/>
      </w:pPr>
      <w:r>
        <w:t>Day 3 (August 12, 2026) Shoton Festival in Lhasa | Drepung Monastery, Sera Monastery</w:t>
      </w:r>
    </w:p>
    <w:p>
      <w:pPr>
        <w:widowControl/>
      </w:pPr>
      <w:r>
        <w:t>Today is the most important day of the Shoton Festival. You will need to rise very early to join the crowd heading up the mountain path behind Drepung Monastery to the Thangka Unveiling Platform. Experience the powerful atmosphere of pilgrimage as thousands of devotees from across Tibet make their way toward the monastery, prayer wheels in hand, softly chanting as they walk toward this sacred site.</w:t>
      </w:r>
    </w:p>
    <w:p>
      <w:pPr>
        <w:widowControl/>
      </w:pPr>
      <w:r>
        <w:t>The Thangka Unveiling Ceremony at Drepung Monastery is the highlight of every Shoton Festival and draws countless pilgrims and visitors. Before dawn breaks, streams of faithful worshippers flow into the monastery grounds, moving with deep devotion. As the first light of morning appears, the sound of chanting drifts through the monastery. Monks in deep crimson robes solemnly carry out a massive Thangka of Buddha Shakyamuni from the monastery's treasure chamber. Despite its age, the Thangka remains vivid and exquisite, each stroke reflecting generations of craftsmanship and faith.</w:t>
      </w:r>
    </w:p>
    <w:p>
      <w:pPr>
        <w:widowControl/>
      </w:pPr>
      <w:r>
        <w:t>With coordinated effort, monks pull the ropes to gradually unfold the enormous Thangka across the steep hillside behind the monastery. People of all ages gather together in this holy moment, offering prayers for good fortune, harmony, and well-being. The Drepung Shoton Thangka Unveiling is more than a religious ritual - it is a vivid expression of Tibetan cultural heritage and spiritual devotion, leaving a lifelong impression on all who witness it.</w:t>
      </w:r>
    </w:p>
    <w:p>
      <w:pPr>
        <w:widowControl/>
      </w:pPr>
      <w:r>
        <w:t>In the afternoon, take a short drive to Sera Monastery, one of the three great Gelug university monasteries of Tibet. Here, you will engage closely with Tibetan Buddhist culture. The highlight is the famous monks' debate, held daily from around 15:00 to 17:00 (except Sundays). One monk asks questions while standing, using symbolic hand gestures such as clapping and foot-stomping to “activate wisdom,” while the seated monks respond. You may also observe prayer rituals, meditation halls, and learn more about monastic life.</w:t>
      </w:r>
    </w:p>
    <w:p>
      <w:pPr>
        <w:widowControl/>
      </w:pPr>
      <w:r>
        <w:t>Warm Reminder: If the monastery is hosting special ceremonies, the debate session may be cancelled.</w:t>
      </w:r>
    </w:p>
    <w:p>
      <w:pPr>
        <w:widowControl/>
      </w:pPr>
      <w:r>
        <w:t>After the visit, you will be transferred back to your hotel in Lhasa.</w:t>
      </w:r>
    </w:p>
    <w:p>
      <w:pPr>
        <w:widowControl/>
      </w:pPr>
      <w:r>
        <w:t>Meals: Breakfast</w:t>
      </w:r>
    </w:p>
    <w:p>
      <w:pPr>
        <w:widowControl/>
      </w:pPr>
      <w:r>
        <w:t>Accommodation: Lhasa</w:t>
      </w:r>
    </w:p>
    <w:p>
      <w:pPr>
        <w:keepNext/>
        <w:widowControl/>
        <w:spacing w:before="240"/>
      </w:pPr>
      <w:r>
        <w:t>Day 4 (August 13, 2026) Shoton Festival in Lhasa | Potala Palace, Norbulinka (Tibetan Opera)</w:t>
      </w:r>
    </w:p>
    <w:p>
      <w:pPr>
        <w:widowControl/>
      </w:pPr>
      <w:r>
        <w:t>This morning, you'll first explore the Potala Palace, the most iconic landmark of Tibet and the former winter residence of the Dalai Lamas (1649–1959). After climbing 365 stone steps from the palace gate to the Red Palace, you'll reach the highest ancient palace in the world - standing proudly at 3,700 meters above sea level - and enjoy a stunning panoramic view of Lhasa city.</w:t>
      </w:r>
    </w:p>
    <w:p>
      <w:pPr>
        <w:widowControl/>
      </w:pPr>
      <w:r>
        <w:t>As you wander through its halls, chapels, and sacred shrines honoring past Dalai Lamas, you'll be captivated by the intricate murals, exquisite carvings, dazzling jeweled decorations, and the profound spiritual atmosphere that fills the air. Inside the Potala Palace, countless Tibetan pilgrims can be seen bowing and praying devoutly - for many, visiting this sacred site is truly a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may stay inside for a maximum of one hour.</w:t>
      </w:r>
    </w:p>
    <w:p>
      <w:pPr>
        <w:widowControl/>
      </w:pPr>
      <w:r>
        <w:t>Tickets are issued under real-name reservation system. A valid ID or passport is required, and once reserved, rebooking is not allowed within seven days.</w:t>
      </w:r>
    </w:p>
    <w:p>
      <w:pPr>
        <w:widowControl/>
      </w:pPr>
      <w:r>
        <w:t>Entry times are assigned randomly by the Potala Palace Administration; it's not possible to choose your visiting hour.</w:t>
      </w:r>
    </w:p>
    <w:p>
      <w:pPr>
        <w:widowControl/>
      </w:pPr>
      <w:r>
        <w:t>During peak season, your travel group may be divided into smaller sub-groups with different visiting times or guides.</w:t>
      </w:r>
    </w:p>
    <w:p>
      <w:pPr>
        <w:widowControl/>
      </w:pPr>
      <w:r>
        <w:t>Photography is strictly prohibited inside the palace.</w:t>
      </w:r>
    </w:p>
    <w:p>
      <w:pPr>
        <w:widowControl/>
      </w:pPr>
      <w:r>
        <w:t>Afterward, your guide and driver will take you to the Norbulingka Summer Palace to enjoy the Tibetan Opera performances of the Shoton (Yogurt) Festival and appreciate the stunning natural landscape. Don't forget to sample Tibetan yogurt and spend a relaxing day in Norbulingka Park, just like the local Tibetans do.</w:t>
      </w:r>
    </w:p>
    <w:p>
      <w:pPr>
        <w:widowControl/>
      </w:pPr>
      <w:r>
        <w:t>Also known as the “Jeweled Park”, Norbulingka is recognized as a UNESCO World Heritage Site. Built by the 7th Dalai Lama in 1755, it served as the summer residence of successive Dalai Lamas. The complex consists of three main parts: the courtyard in front of the palace, the palace buildings, and the surrounding forest.</w:t>
      </w:r>
    </w:p>
    <w:p>
      <w:pPr>
        <w:widowControl/>
      </w:pPr>
      <w:r>
        <w:t>With over 400 rooms of various sizes, Norbulingka is the largest, most magnificent, and best-preserved palace garden in Tibet. It blends gardening, architecture, and sculpture from Tibetan, Han, and other ethnic traditions. The well-preserved murals, mandalas, and frescoes are fascinating highlights not to be missed.</w:t>
      </w:r>
    </w:p>
    <w:p>
      <w:pPr>
        <w:widowControl/>
      </w:pPr>
      <w:r>
        <w:t>Today, Norbulingka Park is a lively hub of entertainment - filled with dancing, singing, music, and festivities, especially during the annual Shoton (Yogurt) Festival, when you can enjoy authentic Tibetan Opera performances. You can even join local Tibetans for a cheerful outdoor celebration.</w:t>
      </w:r>
    </w:p>
    <w:p>
      <w:pPr>
        <w:widowControl/>
      </w:pPr>
      <w:r>
        <w:t>Special Meal Arranged by AOT:</w:t>
      </w:r>
    </w:p>
    <w:p>
      <w:pPr>
        <w:widowControl/>
      </w:pPr>
      <w:r>
        <w:t>On this day, enjoy a group meal featuring delicious Tibetan or Nepalese cuisine, specially arranged by the AOT team.</w:t>
      </w:r>
    </w:p>
    <w:p>
      <w:pPr>
        <w:widowControl/>
      </w:pPr>
      <w:r>
        <w:t>Meals: Breakfast, Dinner</w:t>
      </w:r>
    </w:p>
    <w:p>
      <w:pPr>
        <w:widowControl/>
      </w:pPr>
      <w:r>
        <w:t>Accommodation: Lhasa</w:t>
      </w:r>
    </w:p>
    <w:p>
      <w:pPr>
        <w:keepNext/>
        <w:widowControl/>
        <w:spacing w:before="240"/>
      </w:pPr>
      <w:r>
        <w:t>Day 5 (August 14, 2026) Lhasa - Yamdrok Lake - Karola Glacier - Shigatse (370km, 7 hours) | Special Meal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 by AOT:</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Meals: Breakfast,Lunch</w:t>
      </w:r>
    </w:p>
    <w:p>
      <w:pPr>
        <w:widowControl/>
      </w:pPr>
      <w:r>
        <w:t>Accommodation: Shigatse</w:t>
      </w:r>
    </w:p>
    <w:p>
      <w:pPr>
        <w:keepNext/>
        <w:widowControl/>
        <w:spacing w:before="240"/>
      </w:pPr>
      <w:r>
        <w:t>Day 6 (August 15, 2026)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Meals: Breakfast, Dinner</w:t>
      </w:r>
    </w:p>
    <w:p>
      <w:pPr>
        <w:widowControl/>
      </w:pPr>
      <w:r>
        <w:t>Accommodation: EBC</w:t>
      </w:r>
    </w:p>
    <w:p>
      <w:pPr>
        <w:keepNext/>
        <w:widowControl/>
        <w:spacing w:before="240"/>
      </w:pPr>
      <w:r>
        <w:t>Day 7 (August 16, 2026) Mt. Everest - Shigatse | EBC, Gyatso La Pass</w:t>
      </w:r>
    </w:p>
    <w:p>
      <w:pPr>
        <w:widowControl/>
      </w:pPr>
      <w:r>
        <w:t>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w:t>
      </w:r>
    </w:p>
    <w:p>
      <w:pPr>
        <w:widowControl/>
      </w:pPr>
      <w:r>
        <w:t>Continue your scenic drive back to Shigatse, check into your hotel, and enjoy a relaxing evening with a warm shower after the day's adventure. Overnight in Shigatse.</w:t>
      </w:r>
    </w:p>
    <w:p>
      <w:pPr>
        <w:widowControl/>
      </w:pPr>
      <w:r>
        <w:t>Meals: Breakfast</w:t>
      </w:r>
    </w:p>
    <w:p>
      <w:pPr>
        <w:widowControl/>
      </w:pPr>
      <w:r>
        <w:t>Accommodation: Shigatse</w:t>
      </w:r>
    </w:p>
    <w:p>
      <w:pPr>
        <w:keepNext/>
        <w:widowControl/>
        <w:spacing w:before="240"/>
      </w:pPr>
      <w:r>
        <w:t>Day 8 (August 17, 2026) Shigatse - Lhasa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 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w:t>
      </w:r>
    </w:p>
    <w:p>
      <w:pPr>
        <w:widowControl/>
      </w:pPr>
      <w:r>
        <w:t>Overnight in Lhasa.</w:t>
      </w:r>
    </w:p>
    <w:p>
      <w:pPr>
        <w:widowControl/>
      </w:pPr>
      <w:r>
        <w:t>Meals: Breakfast</w:t>
      </w:r>
    </w:p>
    <w:p>
      <w:pPr>
        <w:widowControl/>
      </w:pPr>
      <w:r>
        <w:t>Accommodation: Lhasa</w:t>
      </w:r>
    </w:p>
    <w:p>
      <w:pPr>
        <w:keepNext/>
        <w:widowControl/>
        <w:spacing w:before="240"/>
      </w:pPr>
      <w:r>
        <w:t>Day 9 (August 18, 2026)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Tibetan Shoton Festival 2026: Yogurt Festival, Tibetan Opera &amp; EBC</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